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AIrbnb Vacation Rental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AIRBNB / VACATION RENTAL CLEANING CHECKLIST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PROPERTY &amp; TURNOVER DETAILS</w:t>
      </w:r>
    </w:p>
    <w:p>
      <w:r>
        <w:t>Property Name:</w:t>
      </w:r>
    </w:p>
    <w:p>
      <w:r>
        <w:t>Property Address:</w:t>
      </w:r>
    </w:p>
    <w:p>
      <w:r>
        <w:t>Unit #:</w:t>
      </w:r>
    </w:p>
    <w:p>
      <w:r>
        <w:t>Host / Property Manager:</w:t>
      </w:r>
    </w:p>
    <w:p>
      <w:r>
        <w:t>Check-Out Date / Time:</w:t>
      </w:r>
    </w:p>
    <w:p>
      <w:r>
        <w:t>Next Check-In Date / Time:</w:t>
      </w:r>
    </w:p>
    <w:p>
      <w:r>
        <w:t>Cleaner / Team:</w:t>
      </w:r>
    </w:p>
    <w:p>
      <w:r>
        <w:t>Bedrooms:</w:t>
      </w:r>
    </w:p>
    <w:p>
      <w:r>
        <w:t>Bathrooms:</w:t>
      </w:r>
    </w:p>
    <w:p>
      <w:r>
        <w:t>Guests Expected:</w:t>
      </w:r>
    </w:p>
    <w:p>
      <w:r>
        <w:t>Laundry Location:</w:t>
      </w:r>
    </w:p>
    <w:p>
      <w:r>
        <w:t>Access Method:</w:t>
      </w:r>
    </w:p>
    <w:p>
      <w:r>
        <w:t>☐ Key</w:t>
      </w:r>
    </w:p>
    <w:p>
      <w:r>
        <w:t>☐ Lockbox</w:t>
      </w:r>
    </w:p>
    <w:p>
      <w:r>
        <w:t>☐ Smart Lock</w:t>
      </w:r>
    </w:p>
    <w:p>
      <w:r>
        <w:t>☐ Keycard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BEFORE CLEANING</w:t>
      </w:r>
    </w:p>
    <w:p>
      <w:r>
        <w:t>☐ Confirm guest has checked out</w:t>
      </w:r>
    </w:p>
    <w:p>
      <w:r>
        <w:t>☐ Confirm property access</w:t>
      </w:r>
    </w:p>
    <w:p>
      <w:r>
        <w:t>☐ Open blinds / curtains as appropriate</w:t>
      </w:r>
    </w:p>
    <w:p>
      <w:r>
        <w:t>☐ Walk through entire property</w:t>
      </w:r>
    </w:p>
    <w:p>
      <w:r>
        <w:t>☐ Check for visible damage</w:t>
      </w:r>
    </w:p>
    <w:p>
      <w:r>
        <w:t>☐ Check for excessive mess</w:t>
      </w:r>
    </w:p>
    <w:p>
      <w:r>
        <w:t>☐ Check for lost-and-found items</w:t>
      </w:r>
    </w:p>
    <w:p>
      <w:r>
        <w:t>☐ Photograph issues if required</w:t>
      </w:r>
    </w:p>
    <w:p>
      <w:r>
        <w:t>☐ Confirm linen and supply inventory</w:t>
      </w:r>
    </w:p>
    <w:p>
      <w:r>
        <w:t>☐ Start laundry if performed onsite</w:t>
      </w:r>
    </w:p>
    <w:p>
      <w:r>
        <w:t>☐ Report urgent maintenance issues</w:t>
      </w:r>
    </w:p>
    <w:p>
      <w:pPr>
        <w:pStyle w:val="Heading3"/>
        <w:keepNext/>
      </w:pPr>
      <w:r>
        <w:t>Initial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LOST &amp; FOUND</w:t>
      </w:r>
    </w:p>
    <w:p>
      <w:r>
        <w:t>☐ No items found</w:t>
      </w:r>
    </w:p>
    <w:p>
      <w:r>
        <w:t>☐ Items found</w:t>
      </w:r>
    </w:p>
    <w:p>
      <w:pPr>
        <w:pStyle w:val="Heading3"/>
        <w:keepNext/>
      </w:pPr>
      <w:r>
        <w:t>Item Description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Location Found</w:t>
      </w:r>
    </w:p>
    <w:p>
      <w:pPr>
        <w:spacing w:after="80"/>
        <w:pBdr>
          <w:bottom w:val="single" w:sz="8" w:color="0B7285"/>
        </w:pBdr>
      </w:pPr>
    </w:p>
    <w:p>
      <w:r>
        <w:t>☐ Photograph taken</w:t>
      </w:r>
    </w:p>
    <w:p>
      <w:r>
        <w:t>☐ Host / manager notified</w:t>
      </w:r>
    </w:p>
    <w:p>
      <w:r>
        <w:t>☐ Item stored according to procedure</w:t>
      </w:r>
    </w:p>
    <w:p>
      <w:r>
        <w:t>Do not discard guest belongings unless authorized under the property's established policy.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DAMAGE &amp; MAINTENANCE CHECK</w:t>
      </w:r>
    </w:p>
    <w:p>
      <w:r>
        <w:t>☐ No visible concerns</w:t>
      </w:r>
    </w:p>
    <w:p>
      <w:r>
        <w:t>☐ Furniture damage</w:t>
      </w:r>
    </w:p>
    <w:p>
      <w:r>
        <w:t>☐ Wall / paint damage</w:t>
      </w:r>
    </w:p>
    <w:p>
      <w:r>
        <w:t>☐ Flooring damage</w:t>
      </w:r>
    </w:p>
    <w:p>
      <w:r>
        <w:t>☐ Broken décor</w:t>
      </w:r>
    </w:p>
    <w:p>
      <w:r>
        <w:t>☐ Appliance issue</w:t>
      </w:r>
    </w:p>
    <w:p>
      <w:r>
        <w:t>☐ Plumbing concern</w:t>
      </w:r>
    </w:p>
    <w:p>
      <w:r>
        <w:t>☐ Electrical concern</w:t>
      </w:r>
    </w:p>
    <w:p>
      <w:r>
        <w:t>☐ Window / door damage</w:t>
      </w:r>
    </w:p>
    <w:p>
      <w:r>
        <w:t>☐ Missing item</w:t>
      </w:r>
    </w:p>
    <w:p>
      <w:r>
        <w:t>☐ Stained linen</w:t>
      </w:r>
    </w:p>
    <w:p>
      <w:r>
        <w:t>☐ Excessive trash</w:t>
      </w:r>
    </w:p>
    <w:p>
      <w:r>
        <w:t>☐ Smoking evidence</w:t>
      </w:r>
    </w:p>
    <w:p>
      <w:r>
        <w:t>☐ Pet-related issue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☐ Photos taken</w:t>
      </w:r>
    </w:p>
    <w:p>
      <w:r>
        <w:t>☐ Host / manager notified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KITCHEN</w:t>
      </w:r>
    </w:p>
    <w:p>
      <w:pPr>
        <w:pStyle w:val="Heading2"/>
        <w:keepNext/>
      </w:pPr>
      <w:r>
        <w:t>Cleaning</w:t>
      </w:r>
    </w:p>
    <w:p>
      <w:r>
        <w:t>☐ Empty trash and recycling</w:t>
      </w:r>
    </w:p>
    <w:p>
      <w:r>
        <w:t>☐ Replace liners</w:t>
      </w:r>
    </w:p>
    <w:p>
      <w:r>
        <w:t>☐ Wash or load dishes</w:t>
      </w:r>
    </w:p>
    <w:p>
      <w:r>
        <w:t>☐ Unload dishwasher if needed</w:t>
      </w:r>
    </w:p>
    <w:p>
      <w:r>
        <w:t>☐ Clean countertops</w:t>
      </w:r>
    </w:p>
    <w:p>
      <w:r>
        <w:t>☐ Clean sink and faucet</w:t>
      </w:r>
    </w:p>
    <w:p>
      <w:r>
        <w:t>☐ Clean stovetop</w:t>
      </w:r>
    </w:p>
    <w:p>
      <w:r>
        <w:t>☐ Wipe appliance exteriors</w:t>
      </w:r>
    </w:p>
    <w:p>
      <w:r>
        <w:t>☐ Clean microwave interior</w:t>
      </w:r>
    </w:p>
    <w:p>
      <w:r>
        <w:t>☐ Clean microwave exterior</w:t>
      </w:r>
    </w:p>
    <w:p>
      <w:r>
        <w:t>☐ Wipe cabinet fronts</w:t>
      </w:r>
    </w:p>
    <w:p>
      <w:r>
        <w:t>☐ Clean backsplash</w:t>
      </w:r>
    </w:p>
    <w:p>
      <w:r>
        <w:t>☐ Clean dining table</w:t>
      </w:r>
    </w:p>
    <w:p>
      <w:r>
        <w:t>☐ Wipe chairs</w:t>
      </w:r>
    </w:p>
    <w:p>
      <w:r>
        <w:t>☐ Spot-clean doors</w:t>
      </w:r>
    </w:p>
    <w:p>
      <w:r>
        <w:t>☐ Wipe handles and switches</w:t>
      </w:r>
    </w:p>
    <w:p>
      <w:r>
        <w:t>☐ Vacuum / sweep floor</w:t>
      </w:r>
    </w:p>
    <w:p>
      <w:r>
        <w:t>☐ Mop floor</w:t>
      </w:r>
    </w:p>
    <w:p>
      <w:pPr>
        <w:pStyle w:val="Heading2"/>
        <w:keepNext/>
      </w:pPr>
      <w:r>
        <w:t>Refrigerator</w:t>
      </w:r>
    </w:p>
    <w:p>
      <w:r>
        <w:t>☐ Remove abandoned guest food according to policy</w:t>
      </w:r>
    </w:p>
    <w:p>
      <w:r>
        <w:t>☐ Check for spills</w:t>
      </w:r>
    </w:p>
    <w:p>
      <w:r>
        <w:t>☐ Wipe shelves as needed</w:t>
      </w:r>
    </w:p>
    <w:p>
      <w:r>
        <w:t>☐ Clean exterior</w:t>
      </w:r>
    </w:p>
    <w:p>
      <w:r>
        <w:t>☐ Confirm refrigerator is operating normally</w:t>
      </w:r>
    </w:p>
    <w:p>
      <w:pPr>
        <w:pStyle w:val="Heading2"/>
        <w:keepNext/>
      </w:pPr>
      <w:r>
        <w:t>Kitchen Restock</w:t>
      </w:r>
    </w:p>
    <w:p>
      <w:r>
        <w:t>☐ Paper towels</w:t>
      </w:r>
    </w:p>
    <w:p>
      <w:r>
        <w:t>☐ Dish soap</w:t>
      </w:r>
    </w:p>
    <w:p>
      <w:r>
        <w:t>☐ Dishwasher detergent</w:t>
      </w:r>
    </w:p>
    <w:p>
      <w:r>
        <w:t>☐ Sponge / dish cloth</w:t>
      </w:r>
    </w:p>
    <w:p>
      <w:r>
        <w:t>☐ Trash bags</w:t>
      </w:r>
    </w:p>
    <w:p>
      <w:r>
        <w:t>☐ Coffee</w:t>
      </w:r>
    </w:p>
    <w:p>
      <w:r>
        <w:t>☐ Tea</w:t>
      </w:r>
    </w:p>
    <w:p>
      <w:r>
        <w:t>☐ Sugar / sweetener</w:t>
      </w:r>
    </w:p>
    <w:p>
      <w:r>
        <w:t>☐ Salt / pepper</w:t>
      </w:r>
    </w:p>
    <w:p>
      <w:r>
        <w:t>☐ Cooking supplies as required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BATHROOMS</w:t>
      </w:r>
    </w:p>
    <w:p>
      <w:r>
        <w:t>☐ Clean and disinfect toilet</w:t>
      </w:r>
    </w:p>
    <w:p>
      <w:r>
        <w:t>☐ Clean sink and faucet</w:t>
      </w:r>
    </w:p>
    <w:p>
      <w:r>
        <w:t>☐ Clean countertop</w:t>
      </w:r>
    </w:p>
    <w:p>
      <w:r>
        <w:t>☐ Clean mirror</w:t>
      </w:r>
    </w:p>
    <w:p>
      <w:r>
        <w:t>☐ Clean shower</w:t>
      </w:r>
    </w:p>
    <w:p>
      <w:r>
        <w:t>☐ Clean bathtub</w:t>
      </w:r>
    </w:p>
    <w:p>
      <w:r>
        <w:t>☐ Clean shower doors</w:t>
      </w:r>
    </w:p>
    <w:p>
      <w:r>
        <w:t>☐ Remove visible hair</w:t>
      </w:r>
    </w:p>
    <w:p>
      <w:r>
        <w:t>☐ Clean fixtures</w:t>
      </w:r>
    </w:p>
    <w:p>
      <w:r>
        <w:t>☐ Empty trash</w:t>
      </w:r>
    </w:p>
    <w:p>
      <w:r>
        <w:t>☐ Replace liner</w:t>
      </w:r>
    </w:p>
    <w:p>
      <w:r>
        <w:t>☐ Vacuum / sweep floor</w:t>
      </w:r>
    </w:p>
    <w:p>
      <w:r>
        <w:t>☐ Mop and disinfect floor</w:t>
      </w:r>
    </w:p>
    <w:p>
      <w:pPr>
        <w:pStyle w:val="Heading2"/>
        <w:keepNext/>
      </w:pPr>
      <w:r>
        <w:t>Bathroom Restock</w:t>
      </w:r>
    </w:p>
    <w:p>
      <w:r>
        <w:t>☐ Toilet paper</w:t>
      </w:r>
    </w:p>
    <w:p>
      <w:r>
        <w:t>☐ Hand soap</w:t>
      </w:r>
    </w:p>
    <w:p>
      <w:r>
        <w:t>☐ Shampoo</w:t>
      </w:r>
    </w:p>
    <w:p>
      <w:r>
        <w:t>☐ Conditioner</w:t>
      </w:r>
    </w:p>
    <w:p>
      <w:r>
        <w:t>☐ Body wash / soap</w:t>
      </w:r>
    </w:p>
    <w:p>
      <w:r>
        <w:t>☐ Tissues</w:t>
      </w:r>
    </w:p>
    <w:p>
      <w:r>
        <w:t>☐ Hand towels</w:t>
      </w:r>
    </w:p>
    <w:p>
      <w:r>
        <w:t>☐ Bath towels</w:t>
      </w:r>
    </w:p>
    <w:p>
      <w:r>
        <w:t>☐ Washcloths</w:t>
      </w:r>
    </w:p>
    <w:p>
      <w:r>
        <w:t>☐ Bath mat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BEDROOMS</w:t>
      </w:r>
    </w:p>
    <w:p>
      <w:r>
        <w:t>☐ Strip used bedding</w:t>
      </w:r>
    </w:p>
    <w:p>
      <w:r>
        <w:t>☐ Inspect linens for stains or damage</w:t>
      </w:r>
    </w:p>
    <w:p>
      <w:r>
        <w:t>☐ Check mattress protector</w:t>
      </w:r>
    </w:p>
    <w:p>
      <w:r>
        <w:t>☐ Make bed with clean linens</w:t>
      </w:r>
    </w:p>
    <w:p>
      <w:r>
        <w:t>☐ Arrange pillows</w:t>
      </w:r>
    </w:p>
    <w:p>
      <w:r>
        <w:t>☐ Dust surfaces</w:t>
      </w:r>
    </w:p>
    <w:p>
      <w:r>
        <w:t>☐ Dust nightstands</w:t>
      </w:r>
    </w:p>
    <w:p>
      <w:r>
        <w:t>☐ Clean mirrors</w:t>
      </w:r>
    </w:p>
    <w:p>
      <w:r>
        <w:t>☐ Empty trash</w:t>
      </w:r>
    </w:p>
    <w:p>
      <w:r>
        <w:t>☐ Check drawers and closets for guest items</w:t>
      </w:r>
    </w:p>
    <w:p>
      <w:r>
        <w:t>☐ Wipe switches and handles</w:t>
      </w:r>
    </w:p>
    <w:p>
      <w:r>
        <w:t>☐ Vacuum carpet</w:t>
      </w:r>
    </w:p>
    <w:p>
      <w:r>
        <w:t>☐ Mop hard floors</w:t>
      </w:r>
    </w:p>
    <w:p>
      <w:r>
        <w:t>☐ Stage room according to property standard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LIVING ROOM / COMMON AREAS</w:t>
      </w:r>
    </w:p>
    <w:p>
      <w:r>
        <w:t>☐ Remove trash</w:t>
      </w:r>
    </w:p>
    <w:p>
      <w:r>
        <w:t>☐ Dust surfaces</w:t>
      </w:r>
    </w:p>
    <w:p>
      <w:r>
        <w:t>☐ Dust furniture</w:t>
      </w:r>
    </w:p>
    <w:p>
      <w:r>
        <w:t>☐ Wipe tables</w:t>
      </w:r>
    </w:p>
    <w:p>
      <w:r>
        <w:t>☐ Clean mirrors</w:t>
      </w:r>
    </w:p>
    <w:p>
      <w:r>
        <w:t>☐ Clean high-touch surfaces</w:t>
      </w:r>
    </w:p>
    <w:p>
      <w:r>
        <w:t>☐ Straighten cushions</w:t>
      </w:r>
    </w:p>
    <w:p>
      <w:r>
        <w:t>☐ Arrange furniture</w:t>
      </w:r>
    </w:p>
    <w:p>
      <w:r>
        <w:t>☐ Check beneath cushions for lost items</w:t>
      </w:r>
    </w:p>
    <w:p>
      <w:r>
        <w:t>☐ Check drawers / storage areas as required</w:t>
      </w:r>
    </w:p>
    <w:p>
      <w:r>
        <w:t>☐ Vacuum carpet</w:t>
      </w:r>
    </w:p>
    <w:p>
      <w:r>
        <w:t>☐ Vacuum rugs</w:t>
      </w:r>
    </w:p>
    <w:p>
      <w:r>
        <w:t>☐ Mop hard floors</w:t>
      </w:r>
    </w:p>
    <w:p>
      <w:r>
        <w:t>☐ Stage property according to standard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DINING AREA</w:t>
      </w:r>
    </w:p>
    <w:p>
      <w:r>
        <w:t>☐ Clean dining table</w:t>
      </w:r>
    </w:p>
    <w:p>
      <w:r>
        <w:t>☐ Wipe chairs</w:t>
      </w:r>
    </w:p>
    <w:p>
      <w:r>
        <w:t>☐ Remove crumbs / debris</w:t>
      </w:r>
    </w:p>
    <w:p>
      <w:r>
        <w:t>☐ Dust nearby surfaces</w:t>
      </w:r>
    </w:p>
    <w:p>
      <w:r>
        <w:t>☐ Vacuum / sweep floor</w:t>
      </w:r>
    </w:p>
    <w:p>
      <w:r>
        <w:t>☐ Mop hard floor</w:t>
      </w:r>
    </w:p>
    <w:p>
      <w:r>
        <w:t>☐ Stage dining area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LAUNDRY</w:t>
      </w:r>
    </w:p>
    <w:p>
      <w:r>
        <w:t>☐ Collect used towels</w:t>
      </w:r>
    </w:p>
    <w:p>
      <w:r>
        <w:t>☐ Collect used bedding</w:t>
      </w:r>
    </w:p>
    <w:p>
      <w:r>
        <w:t>☐ Separate damaged / stained items</w:t>
      </w:r>
    </w:p>
    <w:p>
      <w:r>
        <w:t>☐ Wash linens</w:t>
      </w:r>
    </w:p>
    <w:p>
      <w:r>
        <w:t>☐ Dry linens</w:t>
      </w:r>
    </w:p>
    <w:p>
      <w:r>
        <w:t>☐ Fold linens</w:t>
      </w:r>
    </w:p>
    <w:p>
      <w:r>
        <w:t>☐ Restock linen storage</w:t>
      </w:r>
    </w:p>
    <w:p>
      <w:r>
        <w:t>☐ Confirm sufficient backup inventory</w:t>
      </w:r>
    </w:p>
    <w:p>
      <w:pPr>
        <w:pStyle w:val="Heading3"/>
        <w:keepNext/>
      </w:pPr>
      <w:r>
        <w:t>Linen Issues</w:t>
      </w:r>
    </w:p>
    <w:p>
      <w:r>
        <w:t>☐ None</w:t>
      </w:r>
    </w:p>
    <w:p>
      <w:r>
        <w:t>☐ Stained</w:t>
      </w:r>
    </w:p>
    <w:p>
      <w:r>
        <w:t>☐ Torn</w:t>
      </w:r>
    </w:p>
    <w:p>
      <w:r>
        <w:t>☐ Missing</w:t>
      </w:r>
    </w:p>
    <w:p>
      <w:r>
        <w:t>☐ Replacement needed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ENTRYWAY</w:t>
      </w:r>
    </w:p>
    <w:p>
      <w:r>
        <w:t>☐ Sweep / vacuum entrance</w:t>
      </w:r>
    </w:p>
    <w:p>
      <w:r>
        <w:t>☐ Mop hard floor</w:t>
      </w:r>
    </w:p>
    <w:p>
      <w:r>
        <w:t>☐ Clean interior entry door</w:t>
      </w:r>
    </w:p>
    <w:p>
      <w:r>
        <w:t>☐ Clean door glass if applicable</w:t>
      </w:r>
    </w:p>
    <w:p>
      <w:r>
        <w:t>☐ Wipe handles</w:t>
      </w:r>
    </w:p>
    <w:p>
      <w:r>
        <w:t>☐ Check welcome materials</w:t>
      </w:r>
    </w:p>
    <w:p>
      <w:r>
        <w:t>☐ Confirm entry area is guest-ready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PATIO / BALCONY / OUTDOOR AREA</w:t>
      </w:r>
    </w:p>
    <w:p>
      <w:r>
        <w:t>Complete only when included.</w:t>
      </w:r>
    </w:p>
    <w:p>
      <w:r>
        <w:t>☐ Remove trash</w:t>
      </w:r>
    </w:p>
    <w:p>
      <w:r>
        <w:t>☐ Sweep surface</w:t>
      </w:r>
    </w:p>
    <w:p>
      <w:r>
        <w:t>☐ Wipe furniture</w:t>
      </w:r>
    </w:p>
    <w:p>
      <w:r>
        <w:t>☐ Straighten furniture</w:t>
      </w:r>
    </w:p>
    <w:p>
      <w:r>
        <w:t>☐ Check grill area</w:t>
      </w:r>
    </w:p>
    <w:p>
      <w:r>
        <w:t>☐ Remove obvious debris</w:t>
      </w:r>
    </w:p>
    <w:p>
      <w:r>
        <w:t>☐ Check exterior entry area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WHOLE-PROPERTY CHECK</w:t>
      </w:r>
    </w:p>
    <w:p>
      <w:r>
        <w:t>☐ Dust accessible surfaces</w:t>
      </w:r>
    </w:p>
    <w:p>
      <w:r>
        <w:t>☐ Remove cobwebs</w:t>
      </w:r>
    </w:p>
    <w:p>
      <w:r>
        <w:t>☐ Clean mirrors</w:t>
      </w:r>
    </w:p>
    <w:p>
      <w:r>
        <w:t>☐ Wipe high-touch surfaces</w:t>
      </w:r>
    </w:p>
    <w:p>
      <w:r>
        <w:t>☐ Vacuum floors</w:t>
      </w:r>
    </w:p>
    <w:p>
      <w:r>
        <w:t>☐ Mop hard floors</w:t>
      </w:r>
    </w:p>
    <w:p>
      <w:r>
        <w:t>☐ Empty all trash</w:t>
      </w:r>
    </w:p>
    <w:p>
      <w:r>
        <w:t>☐ Replace liners</w:t>
      </w:r>
    </w:p>
    <w:p>
      <w:r>
        <w:t>☐ Check windows are closed</w:t>
      </w:r>
    </w:p>
    <w:p>
      <w:r>
        <w:t>☐ Check doors are secure</w:t>
      </w:r>
    </w:p>
    <w:p>
      <w:r>
        <w:t>☐ Check thermostat setting</w:t>
      </w:r>
    </w:p>
    <w:p>
      <w:r>
        <w:t>☐ Check lights</w:t>
      </w:r>
    </w:p>
    <w:p>
      <w:r>
        <w:t>☐ Check ceiling fans</w:t>
      </w:r>
    </w:p>
    <w:p>
      <w:r>
        <w:t>☐ Confirm remotes are present</w:t>
      </w:r>
    </w:p>
    <w:p>
      <w:r>
        <w:t>☐ Confirm furniture placement</w:t>
      </w:r>
    </w:p>
    <w:p>
      <w:r>
        <w:t>☐ Confirm décor placement</w:t>
      </w:r>
    </w:p>
    <w:p>
      <w:r>
        <w:t>☐ Confirm no cleaning supplies left out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INVENTORY &amp; AMENITIES</w:t>
      </w:r>
    </w:p>
    <w:p>
      <w:pPr>
        <w:pStyle w:val="Heading2"/>
        <w:keepNext/>
      </w:pPr>
      <w:r>
        <w:t>Guest Supplies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Par Level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Current Qty.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Restock Needed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Toilet paper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Paper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bags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Coffee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Tea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Sugar / sweetener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Shampoo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Conditioner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Body wash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Dish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Dishwasher detergent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Laundry detergent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LINEN INVENTORY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Linen 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Required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Available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Replace / Restock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King sheet sets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Queen sheet sets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Twin sheet sets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Pillowcases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Bath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Washcloths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Bath mats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Kitchen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GUEST-READY STAGING</w:t>
      </w:r>
    </w:p>
    <w:p>
      <w:r>
        <w:t>☐ Beds neatly made</w:t>
      </w:r>
    </w:p>
    <w:p>
      <w:r>
        <w:t>☐ Pillows arranged</w:t>
      </w:r>
    </w:p>
    <w:p>
      <w:r>
        <w:t>☐ Towels folded / displayed correctly</w:t>
      </w:r>
    </w:p>
    <w:p>
      <w:r>
        <w:t>☐ Curtains / blinds positioned</w:t>
      </w:r>
    </w:p>
    <w:p>
      <w:r>
        <w:t>☐ Furniture aligned</w:t>
      </w:r>
    </w:p>
    <w:p>
      <w:r>
        <w:t>☐ Remotes placed correctly</w:t>
      </w:r>
    </w:p>
    <w:p>
      <w:r>
        <w:t>☐ Welcome materials positioned</w:t>
      </w:r>
    </w:p>
    <w:p>
      <w:r>
        <w:t>☐ Kitchen presentation complete</w:t>
      </w:r>
    </w:p>
    <w:p>
      <w:r>
        <w:t>☐ Bathroom presentation complete</w:t>
      </w:r>
    </w:p>
    <w:p>
      <w:r>
        <w:t>☐ Decorative items positioned</w:t>
      </w:r>
    </w:p>
    <w:p>
      <w:r>
        <w:t>☐ Amenities displayed</w:t>
      </w:r>
    </w:p>
    <w:p>
      <w:r>
        <w:t>☐ Temperature set correctly</w:t>
      </w:r>
    </w:p>
    <w:p>
      <w:r>
        <w:t>☐ Property smells fresh and neutral</w:t>
      </w:r>
    </w:p>
    <w:p>
      <w:r>
        <w:t>☐ Entry area ready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TURNOVER INSPECTION</w:t>
      </w:r>
    </w:p>
    <w:p>
      <w:pPr>
        <w:pStyle w:val="Heading2"/>
        <w:keepNext/>
      </w:pPr>
      <w:r>
        <w:t>Kitchen</w:t>
      </w:r>
    </w:p>
    <w:p>
      <w:r>
        <w:t>☐ Clean</w:t>
      </w:r>
    </w:p>
    <w:p>
      <w:r>
        <w:t>☐ Restocked</w:t>
      </w:r>
    </w:p>
    <w:p>
      <w:r>
        <w:t>☐ Dishes complete</w:t>
      </w:r>
    </w:p>
    <w:p>
      <w:r>
        <w:t>☐ Refrigerator checked</w:t>
      </w:r>
    </w:p>
    <w:p>
      <w:r>
        <w:t>☐ Floor complete</w:t>
      </w:r>
    </w:p>
    <w:p>
      <w:pPr>
        <w:pStyle w:val="Heading2"/>
        <w:keepNext/>
      </w:pPr>
      <w:r>
        <w:t>Bathrooms</w:t>
      </w:r>
    </w:p>
    <w:p>
      <w:r>
        <w:t>☐ Clean</w:t>
      </w:r>
    </w:p>
    <w:p>
      <w:r>
        <w:t>☐ Hair-free</w:t>
      </w:r>
    </w:p>
    <w:p>
      <w:r>
        <w:t>☐ Towels staged</w:t>
      </w:r>
    </w:p>
    <w:p>
      <w:r>
        <w:t>☐ Amenities restocked</w:t>
      </w:r>
    </w:p>
    <w:p>
      <w:r>
        <w:t>☐ Floors complete</w:t>
      </w:r>
    </w:p>
    <w:p>
      <w:pPr>
        <w:pStyle w:val="Heading2"/>
        <w:keepNext/>
      </w:pPr>
      <w:r>
        <w:t>Bedrooms</w:t>
      </w:r>
    </w:p>
    <w:p>
      <w:r>
        <w:t>☐ Beds made</w:t>
      </w:r>
    </w:p>
    <w:p>
      <w:r>
        <w:t>☐ Clean linens installed</w:t>
      </w:r>
    </w:p>
    <w:p>
      <w:r>
        <w:t>☐ Guest items checked</w:t>
      </w:r>
    </w:p>
    <w:p>
      <w:r>
        <w:t>☐ Floors complete</w:t>
      </w:r>
    </w:p>
    <w:p>
      <w:r>
        <w:t>☐ Staging complete</w:t>
      </w:r>
    </w:p>
    <w:p>
      <w:pPr>
        <w:pStyle w:val="Heading2"/>
        <w:keepNext/>
      </w:pPr>
      <w:r>
        <w:t>Common Areas</w:t>
      </w:r>
    </w:p>
    <w:p>
      <w:r>
        <w:t>☐ Clean</w:t>
      </w:r>
    </w:p>
    <w:p>
      <w:r>
        <w:t>☐ Furniture arranged</w:t>
      </w:r>
    </w:p>
    <w:p>
      <w:r>
        <w:t>☐ Remotes present</w:t>
      </w:r>
    </w:p>
    <w:p>
      <w:r>
        <w:t>☐ Floors complete</w:t>
      </w:r>
    </w:p>
    <w:p>
      <w:r>
        <w:t>☐ Staging complete</w:t>
      </w:r>
    </w:p>
    <w:p>
      <w:pPr>
        <w:pStyle w:val="Heading2"/>
        <w:keepNext/>
      </w:pPr>
      <w:r>
        <w:t>Property-Wide</w:t>
      </w:r>
    </w:p>
    <w:p>
      <w:r>
        <w:t>☐ No trash remaining</w:t>
      </w:r>
    </w:p>
    <w:p>
      <w:r>
        <w:t>☐ Lost-and-found handled</w:t>
      </w:r>
    </w:p>
    <w:p>
      <w:r>
        <w:t>☐ Damage documented</w:t>
      </w:r>
    </w:p>
    <w:p>
      <w:r>
        <w:t>☐ Maintenance concerns reported</w:t>
      </w:r>
    </w:p>
    <w:p>
      <w:r>
        <w:t>☐ Inventory checked</w:t>
      </w:r>
    </w:p>
    <w:p>
      <w:r>
        <w:t>☐ Linen inventory checked</w:t>
      </w:r>
    </w:p>
    <w:p>
      <w:r>
        <w:t>☐ Property secured</w:t>
      </w:r>
    </w:p>
    <w:p>
      <w:r>
        <w:t>☐ Access method reset as required</w:t>
      </w:r>
    </w:p>
    <w:p>
      <w:r>
        <w:t>☐ Turnover photos completed if required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TURNOVER STATUS</w:t>
      </w:r>
    </w:p>
    <w:p>
      <w:r>
        <w:t>Property Status:</w:t>
      </w:r>
    </w:p>
    <w:p>
      <w:r>
        <w:t>☐ Guest Ready</w:t>
      </w:r>
    </w:p>
    <w:p>
      <w:r>
        <w:t>☐ Guest Ready With Notes</w:t>
      </w:r>
    </w:p>
    <w:p>
      <w:r>
        <w:t>☐ Maintenance Required Before Check-In</w:t>
      </w:r>
    </w:p>
    <w:p>
      <w:r>
        <w:t>☐ Cleaning Follow-Up Required</w:t>
      </w:r>
    </w:p>
    <w:p>
      <w:r>
        <w:t>☐ Host / Manager Review Required</w:t>
      </w:r>
    </w:p>
    <w:p>
      <w:pPr>
        <w:pStyle w:val="Heading3"/>
        <w:keepNext/>
      </w:pPr>
      <w:r>
        <w:t>Issues Requiring Attention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COMPLETION</w:t>
      </w:r>
    </w:p>
    <w:p>
      <w:r>
        <w:t>Cleaner / Team Lead:</w:t>
      </w:r>
    </w:p>
    <w:p>
      <w:r>
        <w:t>Start Time:</w:t>
      </w:r>
    </w:p>
    <w:p>
      <w:r>
        <w:t>Completion Time:</w:t>
      </w:r>
    </w:p>
    <w:p>
      <w:r>
        <w:t>Total Labor Hours:</w:t>
      </w:r>
    </w:p>
    <w:p>
      <w:r>
        <w:t>Completed By: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HOST / PROPERTY MANAGER REVIEW</w:t>
      </w:r>
    </w:p>
    <w:p>
      <w:r>
        <w:t>Reviewed By:</w:t>
      </w:r>
    </w:p>
    <w:p>
      <w:r>
        <w:t>Date / Time:</w:t>
      </w:r>
    </w:p>
    <w:p>
      <w:r>
        <w:t>Result:</w:t>
      </w:r>
    </w:p>
    <w:p>
      <w:r>
        <w:t>☐ Approved</w:t>
      </w:r>
    </w:p>
    <w:p>
      <w:r>
        <w:t>☐ Approved With Notes</w:t>
      </w:r>
    </w:p>
    <w:p>
      <w:r>
        <w:t>☐ Follow-Up Required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TURNOVER SCOPE NOTE</w:t>
      </w:r>
    </w:p>
    <w:p>
      <w:r>
        <w:t>Vacation-rental cleaning usually includes more than cleaning alone.</w:t>
      </w:r>
    </w:p>
    <w:p>
      <w:r>
        <w:t>Clearly define responsibility for:</w:t>
      </w:r>
    </w:p>
    <w:p>
      <w:pPr>
        <w:pStyle w:val="ListBullet"/>
      </w:pPr>
      <w:r>
        <w:t>Laundry</w:t>
      </w:r>
    </w:p>
    <w:p>
      <w:pPr>
        <w:pStyle w:val="ListBullet"/>
      </w:pPr>
      <w:r>
        <w:t>Linen replacement</w:t>
      </w:r>
    </w:p>
    <w:p>
      <w:pPr>
        <w:pStyle w:val="ListBullet"/>
      </w:pPr>
      <w:r>
        <w:t>Consumable restocking</w:t>
      </w:r>
    </w:p>
    <w:p>
      <w:pPr>
        <w:pStyle w:val="ListBullet"/>
      </w:pPr>
      <w:r>
        <w:t>Guest food disposal</w:t>
      </w:r>
    </w:p>
    <w:p>
      <w:pPr>
        <w:pStyle w:val="ListBullet"/>
      </w:pPr>
      <w:r>
        <w:t>Lost-and-found handling</w:t>
      </w:r>
    </w:p>
    <w:p>
      <w:pPr>
        <w:pStyle w:val="ListBullet"/>
      </w:pPr>
      <w:r>
        <w:t>Damage documentation</w:t>
      </w:r>
    </w:p>
    <w:p>
      <w:pPr>
        <w:pStyle w:val="ListBullet"/>
      </w:pPr>
      <w:r>
        <w:t>Maintenance reporting</w:t>
      </w:r>
    </w:p>
    <w:p>
      <w:pPr>
        <w:pStyle w:val="ListBullet"/>
      </w:pPr>
      <w:r>
        <w:t>Inventory management</w:t>
      </w:r>
    </w:p>
    <w:p>
      <w:pPr>
        <w:pStyle w:val="ListBullet"/>
      </w:pPr>
      <w:r>
        <w:t>Trash removal</w:t>
      </w:r>
    </w:p>
    <w:p>
      <w:pPr>
        <w:pStyle w:val="ListBullet"/>
      </w:pPr>
      <w:r>
        <w:t>Outdoor spaces</w:t>
      </w:r>
    </w:p>
    <w:p>
      <w:pPr>
        <w:pStyle w:val="ListBullet"/>
      </w:pPr>
      <w:r>
        <w:t>Turnover photos</w:t>
      </w:r>
    </w:p>
    <w:p>
      <w:pPr>
        <w:pStyle w:val="ListBullet"/>
      </w:pPr>
      <w:r>
        <w:t>Guest-ready staging</w:t>
      </w:r>
    </w:p>
    <w:p>
      <w:r>
        <w:t>These responsibilities should be agreed upon with the host or property manager before service begins.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NOTE</w:t>
      </w:r>
    </w:p>
    <w:p>
      <w:r>
        <w:t>Do not handle hazardous materials, drug paraphernalia, bodily-fluid contamination, needles, unknown chemicals, pest infestations, or other specialized hazards unless properly trained, equipped, and authorized.</w:t>
      </w:r>
    </w:p>
    <w:p>
      <w:r>
        <w:t>Report unsafe conditions according to your company's procedures.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checklist for the specific property.</w:t>
      </w:r>
    </w:p>
    <w:p>
      <w:r>
        <w:t>Vacation rentals differ significantly in layout, amenities, inventory, linen requirements, staging standards, and host expectations.</w:t>
      </w:r>
    </w:p>
    <w:p>
      <w:r>
        <w:t>Template Version: 1.0</w:t>
      </w:r>
    </w:p>
    <w:p>
      <w:r>
        <w:t>Updated: September 2026</w:t>
      </w:r>
    </w:p>
    <w:p>
      <w:r>
        <w:t>Template ID: TPL-CHK-004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