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Cleaner Training Checklist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TRAINEE INFORMATION</w:t>
      </w:r>
    </w:p>
    <w:p>
      <w:r>
        <w:t>Cleaner / Trainee:</w:t>
      </w:r>
    </w:p>
    <w:p>
      <w:r>
        <w:t>Trainer:</w:t>
      </w:r>
    </w:p>
    <w:p>
      <w:r>
        <w:t>Supervisor:</w:t>
      </w:r>
    </w:p>
    <w:p>
      <w:r>
        <w:t>Training Start Date:</w:t>
      </w:r>
    </w:p>
    <w:p>
      <w:r>
        <w:t>Target Completion Date:</w:t>
      </w:r>
    </w:p>
    <w:p>
      <w:r>
        <w:t>Position:</w:t>
      </w:r>
    </w:p>
    <w:p>
      <w:r>
        <w:t>☐ Residential Cleaner</w:t>
      </w:r>
    </w:p>
    <w:p>
      <w:r>
        <w:t>☐ Commercial Cleaner</w:t>
      </w:r>
    </w:p>
    <w:p>
      <w:r>
        <w:t>☐ Team Lead</w:t>
      </w:r>
    </w:p>
    <w:p>
      <w:r>
        <w:t>☐ Floater / Relief Cleaner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TRAINING RATING SCALE</w:t>
      </w:r>
    </w:p>
    <w:p>
      <w:r>
        <w:t>Use the following ratings when evaluating each skill:</w:t>
      </w:r>
    </w:p>
    <w:p>
      <w:r>
        <w:t>3 = Meets Standard — Can perform independently to company standard</w:t>
      </w:r>
    </w:p>
    <w:p>
      <w:r>
        <w:t>2 = Developing — Understands the task but needs additional practice or coaching</w:t>
      </w:r>
    </w:p>
    <w:p>
      <w:r>
        <w:t>1 = Training Required — Cannot yet perform the task independently</w:t>
      </w:r>
    </w:p>
    <w:p>
      <w:r>
        <w:t>N/A = Not Required — Not applicable to this cleaner's role</w:t>
      </w:r>
    </w:p>
    <w:p>
      <w:r>
        <w:t>A cleaner should not be approved for independent work on a task until they can perform it safely and consistently.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1. CLEANING FUNDAMENTALS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Skill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Rating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Trainer Initials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Follows assigned checklist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Reads customer instructions before starting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Uses an efficient cleaning sequence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Works top to bottom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Works clean areas before heavily soiled areas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Prevents cross-contamination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Uses appropriate cloths / tools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Keeps supplies organized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Protects customer property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Completes final walkthrough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pStyle w:val="Heading3"/>
        <w:keepNext/>
      </w:pPr>
      <w:r>
        <w:t>Training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2. CLEANING CHEMICALS</w:t>
      </w:r>
    </w:p>
    <w:p>
      <w:r>
        <w:t>Cleaner demonstrates:</w:t>
      </w:r>
    </w:p>
    <w:p>
      <w:r>
        <w:t>☐ Identifies approved cleaning products</w:t>
      </w:r>
    </w:p>
    <w:p>
      <w:r>
        <w:t>☐ Reads product labels</w:t>
      </w:r>
    </w:p>
    <w:p>
      <w:r>
        <w:t>☐ Understands dilution requirements</w:t>
      </w:r>
    </w:p>
    <w:p>
      <w:r>
        <w:t>☐ Uses labeled containers</w:t>
      </w:r>
    </w:p>
    <w:p>
      <w:r>
        <w:t>☐ Uses appropriate PPE</w:t>
      </w:r>
    </w:p>
    <w:p>
      <w:r>
        <w:t>☐ Stores chemicals correctly</w:t>
      </w:r>
    </w:p>
    <w:p>
      <w:r>
        <w:t>☐ Understands ventilation requirements</w:t>
      </w:r>
    </w:p>
    <w:p>
      <w:r>
        <w:t>☐ Knows products that must not be mixed</w:t>
      </w:r>
    </w:p>
    <w:p>
      <w:r>
        <w:t>☐ Knows where Safety Data Sheets are available</w:t>
      </w:r>
    </w:p>
    <w:p>
      <w:r>
        <w:t>☐ Knows what to do after a spill</w:t>
      </w:r>
    </w:p>
    <w:p>
      <w:r>
        <w:t>☐ Stops and asks when unsure</w:t>
      </w:r>
    </w:p>
    <w:p>
      <w:pPr>
        <w:pStyle w:val="Heading3"/>
        <w:keepNext/>
      </w:pPr>
      <w:r>
        <w:t>Chemical Knowledge Rating</w:t>
      </w:r>
    </w:p>
    <w:p>
      <w:r>
        <w:t>☐ 1 — Training Required</w:t>
      </w:r>
    </w:p>
    <w:p>
      <w:r>
        <w:t>☐ 2 — Developing</w:t>
      </w:r>
    </w:p>
    <w:p>
      <w:r>
        <w:t>☐ 3 — Meets Standard</w:t>
      </w:r>
    </w:p>
    <w:p>
      <w:r>
        <w:t>Trainer Initials: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3. SURFACE KNOWLEDGE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Surface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Identify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Select Correct Product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Clean Safely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Granite / Natural Stone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Quartz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Laminate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Stainless Steel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Glass / Mirrors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Hardwood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Tile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LVT / Vinyl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Painted Surfaces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Chrome / Fixtures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r>
        <w:t>☐ Cleaner understands not to guess when surface compatibility is uncertain.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4. KITCHEN CLEANING</w:t>
      </w:r>
    </w:p>
    <w:p>
      <w:r>
        <w:t>Cleaner demonstrates proper cleaning of: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Rating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Trainer Initials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Countertops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Sink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Faucet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Backsplash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Stovetop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Appliance exteriors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Microwave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Cabinet fronts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Tables / chairs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Trash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Floors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Final presentation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pStyle w:val="Heading3"/>
        <w:keepNext/>
      </w:pPr>
      <w:r>
        <w:t>Add-On Training</w:t>
      </w:r>
    </w:p>
    <w:p>
      <w:r>
        <w:t>☐ Inside Oven</w:t>
      </w:r>
    </w:p>
    <w:p>
      <w:r>
        <w:t>☐ Inside Refrigerator</w:t>
      </w:r>
    </w:p>
    <w:p>
      <w:r>
        <w:t>☐ Inside Cabinets</w:t>
      </w:r>
    </w:p>
    <w:p>
      <w:r>
        <w:t>☐ Other:</w:t>
      </w:r>
    </w:p>
    <w:p>
      <w:pPr>
        <w:pStyle w:val="Heading3"/>
        <w:keepNext/>
      </w:pPr>
      <w:r>
        <w:t>Kitchen Training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5. BATHROOM CLEANING</w:t>
      </w:r>
    </w:p>
    <w:p>
      <w:r>
        <w:t>Cleaner demonstrates proper cleaning of: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Rating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Trainer Initials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Toilet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Sink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Faucet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Countertop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Mirror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Tub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Shower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Shower glass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Fixtures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Trash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Floor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Final presentation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pStyle w:val="Heading3"/>
        <w:keepNext/>
      </w:pPr>
      <w:r>
        <w:t>Cleaner Demonstrates</w:t>
      </w:r>
    </w:p>
    <w:p>
      <w:r>
        <w:t>☐ Correct bathroom cloth / tool system</w:t>
      </w:r>
    </w:p>
    <w:p>
      <w:r>
        <w:t>☐ Cross-contamination prevention</w:t>
      </w:r>
    </w:p>
    <w:p>
      <w:r>
        <w:t>☐ Correct product use</w:t>
      </w:r>
    </w:p>
    <w:p>
      <w:r>
        <w:t>☐ Hair and debris removal</w:t>
      </w:r>
    </w:p>
    <w:p>
      <w:r>
        <w:t>☐ Streak-free fixtures / mirrors</w:t>
      </w:r>
    </w:p>
    <w:p>
      <w:r>
        <w:t>☐ Final inspection</w:t>
      </w:r>
    </w:p>
    <w:p>
      <w:pPr>
        <w:pStyle w:val="Heading3"/>
        <w:keepNext/>
      </w:pPr>
      <w:r>
        <w:t>Bathroom Training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6. BEDROOM CLEANING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Rating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Trainer Initials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Dusting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Furniture surfaces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Mirrors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Bed making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Linen changes if included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Trash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Vacuuming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Hard floors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Detail work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Final presentation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7. LIVING &amp; COMMON AREAS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Rating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Trainer Initials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Dust furniture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Clean tables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Clean mirrors / glass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Dust décor safely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Straighten furniture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Vacuum carpet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Vacuum rugs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Clean hard floors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Detail edges / corners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Final presentation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8. DETAIL CLEANING</w:t>
      </w:r>
    </w:p>
    <w:p>
      <w:r>
        <w:t>Cleaner demonstrates:</w:t>
      </w:r>
    </w:p>
    <w:p>
      <w:r>
        <w:t>☐ Baseboards</w:t>
      </w:r>
    </w:p>
    <w:p>
      <w:r>
        <w:t>☐ Doors</w:t>
      </w:r>
    </w:p>
    <w:p>
      <w:r>
        <w:t>☐ Door frames</w:t>
      </w:r>
    </w:p>
    <w:p>
      <w:r>
        <w:t>☐ Door handles</w:t>
      </w:r>
    </w:p>
    <w:p>
      <w:r>
        <w:t>☐ Light switches</w:t>
      </w:r>
    </w:p>
    <w:p>
      <w:r>
        <w:t>☐ Window sills</w:t>
      </w:r>
    </w:p>
    <w:p>
      <w:r>
        <w:t>☐ Window tracks</w:t>
      </w:r>
    </w:p>
    <w:p>
      <w:r>
        <w:t>☐ Blinds</w:t>
      </w:r>
    </w:p>
    <w:p>
      <w:r>
        <w:t>☐ Ceiling fans</w:t>
      </w:r>
    </w:p>
    <w:p>
      <w:r>
        <w:t>☐ Light fixtures</w:t>
      </w:r>
    </w:p>
    <w:p>
      <w:r>
        <w:t>☐ Vents</w:t>
      </w:r>
    </w:p>
    <w:p>
      <w:r>
        <w:t>☐ Cobweb removal</w:t>
      </w:r>
    </w:p>
    <w:p>
      <w:r>
        <w:t>☐ High-touch surfaces</w:t>
      </w:r>
    </w:p>
    <w:p>
      <w:r>
        <w:t>☐ Corners / edges</w:t>
      </w:r>
    </w:p>
    <w:p>
      <w:r>
        <w:t>Detail Cleaning Rating:  / 3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9. VACUUMING</w:t>
      </w:r>
    </w:p>
    <w:p>
      <w:r>
        <w:t>☐ Selects correct vacuum / attachment</w:t>
      </w:r>
    </w:p>
    <w:p>
      <w:r>
        <w:t>☐ Checks equipment before use</w:t>
      </w:r>
    </w:p>
    <w:p>
      <w:r>
        <w:t>☐ Vacuums methodically</w:t>
      </w:r>
    </w:p>
    <w:p>
      <w:r>
        <w:t>☐ Vacuums edges when required</w:t>
      </w:r>
    </w:p>
    <w:p>
      <w:r>
        <w:t>☐ Cleans under accessible furniture</w:t>
      </w:r>
    </w:p>
    <w:p>
      <w:r>
        <w:t>☐ Handles rugs correctly</w:t>
      </w:r>
    </w:p>
    <w:p>
      <w:r>
        <w:t>☐ Avoids damaging cords / furniture</w:t>
      </w:r>
    </w:p>
    <w:p>
      <w:r>
        <w:t>☐ Empties / maintains vacuum correctly</w:t>
      </w:r>
    </w:p>
    <w:p>
      <w:r>
        <w:t>☐ Reports equipment problems</w:t>
      </w:r>
    </w:p>
    <w:p>
      <w:r>
        <w:t>Rating:  / 3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10. HARD-FLOOR CLEANING</w:t>
      </w:r>
    </w:p>
    <w:p>
      <w:r>
        <w:t>☐ Identifies floor type</w:t>
      </w:r>
    </w:p>
    <w:p>
      <w:r>
        <w:t>☐ Selects appropriate product</w:t>
      </w:r>
    </w:p>
    <w:p>
      <w:r>
        <w:t>☐ Removes loose debris first</w:t>
      </w:r>
    </w:p>
    <w:p>
      <w:r>
        <w:t>☐ Uses correct mop method</w:t>
      </w:r>
    </w:p>
    <w:p>
      <w:r>
        <w:t>☐ Avoids excessive water</w:t>
      </w:r>
    </w:p>
    <w:p>
      <w:r>
        <w:t>☐ Cleans corners / edges</w:t>
      </w:r>
    </w:p>
    <w:p>
      <w:r>
        <w:t>☐ Prevents streaking / residue</w:t>
      </w:r>
    </w:p>
    <w:p>
      <w:r>
        <w:t>☐ Uses wet-floor signage when required</w:t>
      </w:r>
    </w:p>
    <w:p>
      <w:r>
        <w:t>☐ Leaves floor safely</w:t>
      </w:r>
    </w:p>
    <w:p>
      <w:r>
        <w:t>Rating:  / 3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11. EQUIPMENT USE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Equipment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Safe Setup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Correct Use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Clean / Store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Rating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Vacuum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Mop System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Extension Duster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Carpet Equipment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Floor Equipment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12. SAFETY</w:t>
      </w:r>
    </w:p>
    <w:p>
      <w:r>
        <w:t>Cleaner demonstrates understanding of:</w:t>
      </w:r>
    </w:p>
    <w:p>
      <w:r>
        <w:t>☐ PPE requirements</w:t>
      </w:r>
    </w:p>
    <w:p>
      <w:r>
        <w:t>☐ Chemical safety</w:t>
      </w:r>
    </w:p>
    <w:p>
      <w:r>
        <w:t>☐ Slip / trip prevention</w:t>
      </w:r>
    </w:p>
    <w:p>
      <w:r>
        <w:t>☐ Wet-floor procedures</w:t>
      </w:r>
    </w:p>
    <w:p>
      <w:r>
        <w:t>☐ Safe lifting</w:t>
      </w:r>
    </w:p>
    <w:p>
      <w:r>
        <w:t>☐ Ladder safety if applicable</w:t>
      </w:r>
    </w:p>
    <w:p>
      <w:r>
        <w:t>☐ Electrical hazards</w:t>
      </w:r>
    </w:p>
    <w:p>
      <w:r>
        <w:t>☐ Sharps / hazardous objects</w:t>
      </w:r>
    </w:p>
    <w:p>
      <w:r>
        <w:t>☐ Blood / bodily-fluid escalation procedures where applicable</w:t>
      </w:r>
    </w:p>
    <w:p>
      <w:r>
        <w:t>☐ Incident reporting</w:t>
      </w:r>
    </w:p>
    <w:p>
      <w:r>
        <w:t>☐ Injury reporting</w:t>
      </w:r>
    </w:p>
    <w:p>
      <w:r>
        <w:t>☐ Stop-work authority</w:t>
      </w:r>
    </w:p>
    <w:p>
      <w:r>
        <w:t>☐ Emergency procedures</w:t>
      </w:r>
    </w:p>
    <w:p>
      <w:r>
        <w:t>Safety Rating:  / 3</w:t>
      </w:r>
    </w:p>
    <w:p>
      <w:r>
        <w:t>Trainer Initials: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13. CUSTOMER PROPERTY &amp; PRIVACY</w:t>
      </w:r>
    </w:p>
    <w:p>
      <w:r>
        <w:t>Cleaner demonstrates correct handling of:</w:t>
      </w:r>
    </w:p>
    <w:p>
      <w:r>
        <w:t>☐ Customer belongings</w:t>
      </w:r>
    </w:p>
    <w:p>
      <w:r>
        <w:t>☐ Valuable items</w:t>
      </w:r>
    </w:p>
    <w:p>
      <w:r>
        <w:t>☐ Personal documents</w:t>
      </w:r>
    </w:p>
    <w:p>
      <w:r>
        <w:t>☐ Restricted rooms</w:t>
      </w:r>
    </w:p>
    <w:p>
      <w:r>
        <w:t>☐ Keys</w:t>
      </w:r>
    </w:p>
    <w:p>
      <w:r>
        <w:t>☐ Access codes</w:t>
      </w:r>
    </w:p>
    <w:p>
      <w:r>
        <w:t>☐ Alarm information</w:t>
      </w:r>
    </w:p>
    <w:p>
      <w:r>
        <w:t>☐ Customer photographs</w:t>
      </w:r>
    </w:p>
    <w:p>
      <w:r>
        <w:t>☐ Lost property</w:t>
      </w:r>
    </w:p>
    <w:p>
      <w:r>
        <w:t>☐ Existing damage</w:t>
      </w:r>
    </w:p>
    <w:p>
      <w:r>
        <w:t>☐ Accidental damage</w:t>
      </w:r>
    </w:p>
    <w:p>
      <w:r>
        <w:t>Rating:  / 3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14. CUSTOMER SERVICE</w:t>
      </w:r>
    </w:p>
    <w:p>
      <w:r>
        <w:t>Cleaner demonstrates:</w:t>
      </w:r>
    </w:p>
    <w:p>
      <w:r>
        <w:t>☐ Professional greeting</w:t>
      </w:r>
    </w:p>
    <w:p>
      <w:r>
        <w:t>☐ Respectful communication</w:t>
      </w:r>
    </w:p>
    <w:p>
      <w:r>
        <w:t>☐ Appropriate customer boundaries</w:t>
      </w:r>
    </w:p>
    <w:p>
      <w:r>
        <w:t>☐ Proper response to customer questions</w:t>
      </w:r>
    </w:p>
    <w:p>
      <w:r>
        <w:t>☐ Proper handling of out-of-scope requests</w:t>
      </w:r>
    </w:p>
    <w:p>
      <w:r>
        <w:t>☐ Proper complaint escalation</w:t>
      </w:r>
    </w:p>
    <w:p>
      <w:r>
        <w:t>☐ Professional conduct in occupied properties</w:t>
      </w:r>
    </w:p>
    <w:p>
      <w:r>
        <w:t>☐ Appropriate departure / closing procedure</w:t>
      </w:r>
    </w:p>
    <w:p>
      <w:r>
        <w:t>Rating:  / 3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15. DAMAGE &amp; INCIDENT RESPONSE</w:t>
      </w:r>
    </w:p>
    <w:p>
      <w:r>
        <w:t>Use training scenarios to confirm understanding.</w:t>
      </w:r>
    </w:p>
    <w:p>
      <w:pPr>
        <w:pStyle w:val="Heading3"/>
        <w:keepNext/>
      </w:pPr>
      <w:r>
        <w:t>Broken Item</w:t>
      </w:r>
    </w:p>
    <w:p>
      <w:r>
        <w:t>Cleaner knows to:</w:t>
      </w:r>
    </w:p>
    <w:p>
      <w:r>
        <w:t>☐ Stop work if necessary</w:t>
      </w:r>
    </w:p>
    <w:p>
      <w:r>
        <w:t>☐ Prevent further damage</w:t>
      </w:r>
    </w:p>
    <w:p>
      <w:r>
        <w:t>☐ Notify supervisor</w:t>
      </w:r>
    </w:p>
    <w:p>
      <w:r>
        <w:t>☐ Document the incident</w:t>
      </w:r>
    </w:p>
    <w:p>
      <w:r>
        <w:t>☐ Follow company reporting procedure</w:t>
      </w:r>
    </w:p>
    <w:p>
      <w:r>
        <w:t>☐ Never conceal damage</w:t>
      </w:r>
    </w:p>
    <w:p>
      <w:pPr>
        <w:pStyle w:val="Heading3"/>
        <w:keepNext/>
      </w:pPr>
      <w:r>
        <w:t>Existing Damage</w:t>
      </w:r>
    </w:p>
    <w:p>
      <w:r>
        <w:t>☐ Document before cleaning when appropriate</w:t>
      </w:r>
    </w:p>
    <w:p>
      <w:r>
        <w:t>☐ Notify supervisor when necessary</w:t>
      </w:r>
    </w:p>
    <w:p>
      <w:r>
        <w:t>☐ Avoid making unauthorized repairs</w:t>
      </w:r>
    </w:p>
    <w:p>
      <w:pPr>
        <w:pStyle w:val="Heading3"/>
        <w:keepNext/>
      </w:pPr>
      <w:r>
        <w:t>Unsafe Condition</w:t>
      </w:r>
    </w:p>
    <w:p>
      <w:r>
        <w:t>☐ Stop work when appropriate</w:t>
      </w:r>
    </w:p>
    <w:p>
      <w:r>
        <w:t>☐ Protect the area if necessary</w:t>
      </w:r>
    </w:p>
    <w:p>
      <w:r>
        <w:t>☐ Notify supervisor</w:t>
      </w:r>
    </w:p>
    <w:p>
      <w:r>
        <w:t>☐ Do not perform work outside training / authorization</w:t>
      </w:r>
    </w:p>
    <w:p>
      <w:r>
        <w:t>Rating:  / 3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16. TIME MANAGEMENT</w:t>
      </w:r>
    </w:p>
    <w:p>
      <w:r>
        <w:t>Cleaner demonstrates:</w:t>
      </w:r>
    </w:p>
    <w:p>
      <w:r>
        <w:t>☐ Starts work promptly</w:t>
      </w:r>
    </w:p>
    <w:p>
      <w:r>
        <w:t>☐ Organizes supplies efficiently</w:t>
      </w:r>
    </w:p>
    <w:p>
      <w:r>
        <w:t>☐ Follows an efficient room sequence</w:t>
      </w:r>
    </w:p>
    <w:p>
      <w:r>
        <w:t>☐ Avoids unnecessary backtracking</w:t>
      </w:r>
    </w:p>
    <w:p>
      <w:r>
        <w:t>☐ Maintains acceptable pace</w:t>
      </w:r>
    </w:p>
    <w:p>
      <w:r>
        <w:t>☐ Does not sacrifice required quality for speed</w:t>
      </w:r>
    </w:p>
    <w:p>
      <w:r>
        <w:t>☐ Communicates when a job is running over time</w:t>
      </w:r>
    </w:p>
    <w:p>
      <w:r>
        <w:t>☐ Completes final inspection</w:t>
      </w:r>
    </w:p>
    <w:p>
      <w:r>
        <w:t>Rating:  / 3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17. CHECKLIST &amp; JOB-INSTRUCTION COMPLIANCE</w:t>
      </w:r>
    </w:p>
    <w:p>
      <w:r>
        <w:t>☐ Reviews job instructions</w:t>
      </w:r>
    </w:p>
    <w:p>
      <w:r>
        <w:t>☐ Identifies special requests</w:t>
      </w:r>
    </w:p>
    <w:p>
      <w:r>
        <w:t>☐ Follows service-specific checklist</w:t>
      </w:r>
    </w:p>
    <w:p>
      <w:r>
        <w:t>☐ Completes required tasks</w:t>
      </w:r>
    </w:p>
    <w:p>
      <w:r>
        <w:t>☐ Does not perform unauthorized work</w:t>
      </w:r>
    </w:p>
    <w:p>
      <w:r>
        <w:t>☐ Documents exceptions</w:t>
      </w:r>
    </w:p>
    <w:p>
      <w:r>
        <w:t>☐ Reports incomplete tasks</w:t>
      </w:r>
    </w:p>
    <w:p>
      <w:r>
        <w:t>☐ Marks work complete accurately</w:t>
      </w:r>
    </w:p>
    <w:p>
      <w:r>
        <w:t>Rating:  / 3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18. MOBILE APP / SOFTWARE</w:t>
      </w:r>
    </w:p>
    <w:p>
      <w:r>
        <w:t>If applicable, cleaner can:</w:t>
      </w:r>
    </w:p>
    <w:p>
      <w:r>
        <w:t>☐ View schedule</w:t>
      </w:r>
    </w:p>
    <w:p>
      <w:r>
        <w:t>☐ Open assigned job</w:t>
      </w:r>
    </w:p>
    <w:p>
      <w:r>
        <w:t>☐ Review customer information</w:t>
      </w:r>
    </w:p>
    <w:p>
      <w:r>
        <w:t>☐ Review property instructions</w:t>
      </w:r>
    </w:p>
    <w:p>
      <w:r>
        <w:t>☐ Review checklist</w:t>
      </w:r>
    </w:p>
    <w:p>
      <w:r>
        <w:t>☐ Record arrival / start</w:t>
      </w:r>
    </w:p>
    <w:p>
      <w:r>
        <w:t>☐ Complete checklist tasks</w:t>
      </w:r>
    </w:p>
    <w:p>
      <w:r>
        <w:t>☐ Enter job notes</w:t>
      </w:r>
    </w:p>
    <w:p>
      <w:r>
        <w:t>☐ Upload approved photos</w:t>
      </w:r>
    </w:p>
    <w:p>
      <w:r>
        <w:t>☐ Report an issue</w:t>
      </w:r>
    </w:p>
    <w:p>
      <w:r>
        <w:t>☐ Track time</w:t>
      </w:r>
    </w:p>
    <w:p>
      <w:r>
        <w:t>☐ Complete job</w:t>
      </w:r>
    </w:p>
    <w:p>
      <w:r>
        <w:t>☐ Contact supervisor</w:t>
      </w:r>
    </w:p>
    <w:p>
      <w:r>
        <w:t>Rating:  / 3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19. QUALITY-CONTROL TRAINING</w:t>
      </w:r>
    </w:p>
    <w:p>
      <w:r>
        <w:t>Cleaner understands:</w:t>
      </w:r>
    </w:p>
    <w:p>
      <w:r>
        <w:t>☐ Company quality standards</w:t>
      </w:r>
    </w:p>
    <w:p>
      <w:r>
        <w:t>☐ How inspections are scored</w:t>
      </w:r>
    </w:p>
    <w:p>
      <w:r>
        <w:t>☐ Common inspection failures</w:t>
      </w:r>
    </w:p>
    <w:p>
      <w:r>
        <w:t>☐ How to self-inspect work</w:t>
      </w:r>
    </w:p>
    <w:p>
      <w:r>
        <w:t>☐ Reclean expectations</w:t>
      </w:r>
    </w:p>
    <w:p>
      <w:r>
        <w:t>☐ Corrective-action process</w:t>
      </w:r>
    </w:p>
    <w:p>
      <w:r>
        <w:t>☐ Importance of customer-specific requirements</w:t>
      </w:r>
    </w:p>
    <w:p>
      <w:pPr>
        <w:pStyle w:val="Heading3"/>
        <w:keepNext/>
      </w:pPr>
      <w:r>
        <w:t>Practice Inspection Score</w:t>
      </w:r>
    </w:p>
    <w:p>
      <w:r>
        <w:t>Score: %</w:t>
      </w:r>
    </w:p>
    <w:p>
      <w:r>
        <w:t>Required Standard: %</w:t>
      </w:r>
    </w:p>
    <w:p>
      <w:r>
        <w:t>☐ Passed</w:t>
      </w:r>
    </w:p>
    <w:p>
      <w:r>
        <w:t>☐ Additional Training Required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20. SUPERVISED FIELD EVALUATIONS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411"/>
        <w:gridCol w:w="1411"/>
        <w:gridCol w:w="1411"/>
        <w:gridCol w:w="1411"/>
        <w:gridCol w:w="1411"/>
        <w:gridCol w:w="1411"/>
        <w:gridCol w:w="1411"/>
      </w:tblGrid>
      <w:tr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Date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Job Type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Trainer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Quality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Pace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Safety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Result</w:t>
            </w:r>
          </w:p>
        </w:tc>
      </w:tr>
      <w:tr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21. COMPETENCY SUMMARY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Competency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Rating 1–3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Cleaning Fundamentals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Chemical Knowledge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Surface Knowledge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Kitchen Cleaning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Bathroom Cleaning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Bedroom Cleaning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Living / Common Areas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Detail Cleaning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Vacuuming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Hard Floors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Equipment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Safety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Property Care / Privacy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Customer Service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Incident Response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Time Management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Checklist Compliance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Software / App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Quality Control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TRAINING GAPS</w:t>
      </w:r>
    </w:p>
    <w:p>
      <w:r>
        <w:t>Skills requiring additional training: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3"/>
        <w:keepNext/>
      </w:pPr>
      <w:r>
        <w:t>Training Actions</w:t>
      </w:r>
    </w:p>
    <w:p>
      <w:r>
        <w:t>☐ Additional Demonstration</w:t>
      </w:r>
    </w:p>
    <w:p>
      <w:r>
        <w:t>☐ Additional Shadow Shift</w:t>
      </w:r>
    </w:p>
    <w:p>
      <w:r>
        <w:t>☐ Practice Job</w:t>
      </w:r>
    </w:p>
    <w:p>
      <w:r>
        <w:t>☐ Safety Retraining</w:t>
      </w:r>
    </w:p>
    <w:p>
      <w:r>
        <w:t>☐ Product / Surface Training</w:t>
      </w:r>
    </w:p>
    <w:p>
      <w:r>
        <w:t>☐ Quality Coaching</w:t>
      </w:r>
    </w:p>
    <w:p>
      <w:r>
        <w:t>☐ Productivity Coaching</w:t>
      </w:r>
    </w:p>
    <w:p>
      <w:r>
        <w:t>☐ Customer-Service Coaching</w:t>
      </w:r>
    </w:p>
    <w:p>
      <w:r>
        <w:t>☐ Other:</w:t>
      </w:r>
    </w:p>
    <w:p>
      <w:r>
        <w:t>Assigned Trainer:</w:t>
      </w:r>
    </w:p>
    <w:p>
      <w:r>
        <w:t>Target Completion 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FINAL PRACTICAL ASSESSMENT</w:t>
      </w:r>
    </w:p>
    <w:p>
      <w:r>
        <w:t>Assessment Date:</w:t>
      </w:r>
    </w:p>
    <w:p>
      <w:r>
        <w:t>Property / Training Location:</w:t>
      </w:r>
    </w:p>
    <w:p>
      <w:r>
        <w:t>Evaluator:</w:t>
      </w:r>
    </w:p>
    <w:p>
      <w:pPr>
        <w:pStyle w:val="Heading3"/>
        <w:keepNext/>
      </w:pPr>
      <w:r>
        <w:t>Final Assessment</w:t>
      </w:r>
    </w:p>
    <w:p>
      <w:r>
        <w:t>Quality:  / 3</w:t>
      </w:r>
    </w:p>
    <w:p>
      <w:r>
        <w:t>Safety:  / 3</w:t>
      </w:r>
    </w:p>
    <w:p>
      <w:r>
        <w:t>Product Knowledge:  / 3</w:t>
      </w:r>
    </w:p>
    <w:p>
      <w:r>
        <w:t>Equipment Use:  / 3</w:t>
      </w:r>
    </w:p>
    <w:p>
      <w:r>
        <w:t>Checklist Compliance:  / 3</w:t>
      </w:r>
    </w:p>
    <w:p>
      <w:r>
        <w:t>Time Management:  / 3</w:t>
      </w:r>
    </w:p>
    <w:p>
      <w:r>
        <w:t>Customer / Property Care:  / 3</w:t>
      </w:r>
    </w:p>
    <w:p>
      <w:pPr>
        <w:pStyle w:val="Heading3"/>
        <w:keepNext/>
      </w:pPr>
      <w:r>
        <w:t>Result</w:t>
      </w:r>
    </w:p>
    <w:p>
      <w:r>
        <w:t>☐ Passed</w:t>
      </w:r>
    </w:p>
    <w:p>
      <w:r>
        <w:t>☐ Passed With Coaching</w:t>
      </w:r>
    </w:p>
    <w:p>
      <w:r>
        <w:t>☐ Additional Training Required</w:t>
      </w:r>
    </w:p>
    <w:p>
      <w:r>
        <w:t>☐ Reassessment Required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CLEANER CERTIFICATION STATUS</w:t>
      </w:r>
    </w:p>
    <w:p>
      <w:r>
        <w:t>☐ In Training</w:t>
      </w:r>
    </w:p>
    <w:p>
      <w:r>
        <w:t>☐ Approved for Supervised Work</w:t>
      </w:r>
    </w:p>
    <w:p>
      <w:r>
        <w:t>☐ Approved for Independent Standard Cleaning</w:t>
      </w:r>
    </w:p>
    <w:p>
      <w:r>
        <w:t>☐ Approved for Deep Cleaning</w:t>
      </w:r>
    </w:p>
    <w:p>
      <w:r>
        <w:t>☐ Approved for Move-In / Move-Out Cleaning</w:t>
      </w:r>
    </w:p>
    <w:p>
      <w:r>
        <w:t>☐ Approved for Commercial Cleaning</w:t>
      </w:r>
    </w:p>
    <w:p>
      <w:r>
        <w:t>☐ Approved for Specialty Services Listed Below</w:t>
      </w:r>
    </w:p>
    <w:p>
      <w:r>
        <w:t>Specialty Certifications:</w:t>
      </w:r>
    </w:p>
    <w:p>
      <w:pPr>
        <w:spacing w:after="80"/>
        <w:pBdr>
          <w:bottom w:val="single" w:sz="8" w:color="0B7285"/>
        </w:pBdr>
      </w:pPr>
    </w:p>
    <w:p>
      <w:r>
        <w:t>Approved By:</w:t>
      </w:r>
    </w:p>
    <w:p>
      <w:r>
        <w:t>Approval 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30-DAY QUALITY REVIEW</w:t>
      </w:r>
    </w:p>
    <w:p>
      <w:r>
        <w:t>Review Date:</w:t>
      </w:r>
    </w:p>
    <w:p>
      <w:r>
        <w:t>Average Inspection Score: %</w:t>
      </w:r>
    </w:p>
    <w:p>
      <w:r>
        <w:t>Reclean Rate: %</w:t>
      </w:r>
    </w:p>
    <w:p>
      <w:r>
        <w:t>Customer Feedback:</w:t>
      </w:r>
    </w:p>
    <w:p>
      <w:r>
        <w:t>☐ Positive</w:t>
      </w:r>
    </w:p>
    <w:p>
      <w:r>
        <w:t>☐ Acceptable</w:t>
      </w:r>
    </w:p>
    <w:p>
      <w:r>
        <w:t>☐ Concerns</w:t>
      </w:r>
    </w:p>
    <w:p>
      <w:r>
        <w:t>Attendance:</w:t>
      </w:r>
    </w:p>
    <w:p>
      <w:r>
        <w:t>☐ Meets Expectations</w:t>
      </w:r>
    </w:p>
    <w:p>
      <w:r>
        <w:t>☐ Needs Improvement</w:t>
      </w:r>
    </w:p>
    <w:p>
      <w:r>
        <w:t>Productivity:</w:t>
      </w:r>
    </w:p>
    <w:p>
      <w:r>
        <w:t>☐ Meets Expectations</w:t>
      </w:r>
    </w:p>
    <w:p>
      <w:r>
        <w:t>☐ Needs Improvement</w:t>
      </w:r>
    </w:p>
    <w:p>
      <w:r>
        <w:t>Status:</w:t>
      </w:r>
    </w:p>
    <w:p>
      <w:r>
        <w:t>☐ Fully Approved</w:t>
      </w:r>
    </w:p>
    <w:p>
      <w:r>
        <w:t>☐ Coaching Required</w:t>
      </w:r>
    </w:p>
    <w:p>
      <w:r>
        <w:t>☐ Retraining Required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TRAINEE ACKNOWLEDGMENT</w:t>
      </w:r>
    </w:p>
    <w:p>
      <w:r>
        <w:t>I acknowledge the training documented above and understand that I should contact my supervisor whenever I am uncertain about a cleaning procedure, product, surface, safety concern, customer request, or company requirement.</w:t>
      </w:r>
    </w:p>
    <w:p>
      <w:r>
        <w:t>Cleaner / Trainee:</w:t>
      </w:r>
    </w:p>
    <w:p>
      <w:r>
        <w:t>Signature:</w:t>
      </w:r>
    </w:p>
    <w:p>
      <w:r>
        <w:t>Date:</w:t>
      </w:r>
    </w:p>
    <w:p>
      <w:r>
        <w:t>Trainer:</w:t>
      </w:r>
    </w:p>
    <w:p>
      <w:r>
        <w:t>Signature:</w:t>
      </w:r>
    </w:p>
    <w:p>
      <w:r>
        <w:t>Date: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TRAINING &amp; SAFETY NOTICE</w:t>
      </w:r>
    </w:p>
    <w:p>
      <w:r>
        <w:t>This checklist is a general training framework. It does not replace legally required workplace training, product-specific instructions, Safety Data Sheets, equipment manuals, company policies, or professional safety, HR, or legal guidance.</w:t>
      </w:r>
    </w:p>
    <w:p>
      <w:r>
        <w:t>Training requirements depend on the employee's duties, products and equipment used, workplace hazards, service environment, and applicable laws and regulations.</w:t>
      </w:r>
    </w:p>
    <w:p>
      <w:r>
        <w:t>Do not authorize employees to perform specialized or hazardous work for which they have not received appropriate training.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Customize the competencies, passing standards, training sequence, and certifications to match your company's actual services and quality standards.</w:t>
      </w:r>
    </w:p>
    <w:p>
      <w:r>
        <w:t>Template Version: 1.0</w:t>
      </w:r>
    </w:p>
    <w:p>
      <w:r>
        <w:t>Updated: September 2026</w:t>
      </w:r>
    </w:p>
    <w:p>
      <w:r>
        <w:t>Template ID: TPL-HR-004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