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Cleaning Business Brochure Template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r>
        <w:t>designed to generate one quick action; the brochure is the more detailed sales piece a</w:t>
      </w:r>
    </w:p>
    <w:p>
      <w:r>
        <w:t>cleaning company can send after an inquiry, leave after a walkthrough, give to property</w:t>
      </w:r>
    </w:p>
    <w:p>
      <w:r>
        <w:t>managers or Realtors, or attach to a commercial proposal.</w:t>
      </w:r>
    </w:p>
    <w:p>
      <w:r>
        <w:t>I’d structure this as a flexible tri-fold brochure with residential and commercial variations.</w:t>
      </w:r>
    </w:p>
    <w:p>
      <w:r>
        <w:t>Template ID: TPL-MKT-007</w:t>
      </w:r>
    </w:p>
    <w:p>
      <w:r>
        <w:t>Version: 1.0</w:t>
      </w:r>
    </w:p>
    <w:p>
      <w:r>
        <w:t>Updated: September 2026</w:t>
      </w:r>
    </w:p>
    <w:p>
      <w:r>
        <w:t>Provided by TidyOps</w:t>
      </w:r>
    </w:p>
    <w:p>
      <w:r>
        <w:t>FRONT COVER</w:t>
      </w:r>
    </w:p>
    <w:p>
      <w:r>
        <w:t>PROFESSIONAL CLEANING THAT FITS YOUR LIFE</w:t>
      </w:r>
    </w:p>
    <w:p>
      <w:r>
        <w:t>[Company Name]</w:t>
      </w:r>
    </w:p>
    <w:p>
      <w:r>
        <w:t>Professional cleaning services for homes and businesses in [Service Area].</w:t>
      </w:r>
    </w:p>
    <w:p>
      <w:r>
        <w:t>[Primary Value Proposition]</w:t>
      </w:r>
    </w:p>
    <w:p>
      <w:r>
        <w:t>Examples:</w:t>
      </w:r>
    </w:p>
    <w:p>
      <w:r>
        <w:t>Reliable cleaning. Clear expectations. More time for you.</w:t>
      </w:r>
    </w:p>
    <w:p>
      <w:r>
        <w:t>Professional cleaning without the hassle.</w:t>
      </w:r>
    </w:p>
    <w:p>
      <w:r>
        <w:t>Consistent cleaning for your home or workplace.</w:t>
      </w:r>
    </w:p>
    <w:p>
      <w:r>
        <w:t>GET A CLEANING ESTIMATE</w:t>
      </w:r>
    </w:p>
    <w:p>
      <w:r>
        <w:t>[QR CODE]</w:t>
      </w:r>
    </w:p>
    <w:p>
      <w:r>
        <w:t>[Website]</w:t>
      </w:r>
    </w:p>
    <w:p>
      <w:r>
        <w:t>[Phone Number]</w:t>
      </w:r>
    </w:p>
    <w:p>
      <w:r>
        <w:t>INSIDE PANEL 1 — ABOUT US</w:t>
      </w:r>
    </w:p>
    <w:p>
      <w:r>
        <w:t>CLEANING YOU CAN COUNT ON</w:t>
      </w:r>
    </w:p>
    <w:p>
      <w:r>
        <w:t>At [Company Name], we help customers keep their homes and properties clean without</w:t>
      </w:r>
    </w:p>
    <w:p>
      <w:r>
        <w:t>adding another task to an already busy schedule.</w:t>
      </w:r>
    </w:p>
    <w:p>
      <w:r>
        <w:t>We serve customers throughout:</w:t>
      </w:r>
    </w:p>
    <w:p>
      <w:r>
        <w:t>[City]</w:t>
      </w:r>
    </w:p>
    <w:p>
      <w:r>
        <w:t>[City]</w:t>
      </w:r>
    </w:p>
    <w:p>
      <w:r>
        <w:t>[Neighborhood / Area]</w:t>
      </w:r>
    </w:p>
    <w:p>
      <w:r>
        <w:t>[Additional Service Area]</w:t>
      </w:r>
    </w:p>
    <w:p>
      <w:r>
        <w:t>Our goal is simple:</w:t>
      </w:r>
    </w:p>
    <w:p>
      <w:r>
        <w:t>Provide a clearly defined cleaning service with dependable scheduling, professional</w:t>
      </w:r>
    </w:p>
    <w:p>
      <w:r>
        <w:t>communication, and consistent quality.</w:t>
      </w:r>
    </w:p>
    <w:p>
      <w:r>
        <w:t>INSIDE PANEL 2 — RESIDENTIAL SERVICES</w:t>
      </w:r>
    </w:p>
    <w:p>
      <w:r>
        <w:t>HOUSE CLEANING SERVICES</w:t>
      </w:r>
    </w:p>
    <w:p>
      <w:r>
        <w:t>Recurring Cleaning</w:t>
      </w:r>
    </w:p>
    <w:p>
      <w:r>
        <w:t>Routine cleaning designed to help maintain your home on a consistent schedule.</w:t>
      </w:r>
    </w:p>
    <w:p>
      <w:r>
        <w:t>Available frequencies may include:</w:t>
      </w:r>
    </w:p>
    <w:p>
      <w:r>
        <w:t>✓ Weekly</w:t>
      </w:r>
    </w:p>
    <w:p>
      <w:r>
        <w:t>✓ Every Two Weeks</w:t>
      </w:r>
    </w:p>
    <w:p>
      <w:r>
        <w:t>✓ Every Four Weeks</w:t>
      </w:r>
    </w:p>
    <w:p>
      <w:r>
        <w:t>✓ [Other Frequency]</w:t>
      </w:r>
    </w:p>
    <w:p>
      <w:r>
        <w:t>Deep Cleaning</w:t>
      </w:r>
    </w:p>
    <w:p>
      <w:r>
        <w:t>A more detailed service for homes that need additional attention beyond routine</w:t>
      </w:r>
    </w:p>
    <w:p>
      <w:r>
        <w:t>maintenance cleaning.</w:t>
      </w:r>
    </w:p>
    <w:p>
      <w:r>
        <w:t>Common deep-cleaning tasks may include:</w:t>
      </w:r>
    </w:p>
    <w:p>
      <w:r>
        <w:t>✓ Detailed dusting</w:t>
      </w:r>
    </w:p>
    <w:p>
      <w:r>
        <w:t>✓ Baseboards</w:t>
      </w:r>
    </w:p>
    <w:p>
      <w:r>
        <w:t>✓ Doors and frames</w:t>
      </w:r>
    </w:p>
    <w:p>
      <w:r>
        <w:t>✓ Cabinet fronts</w:t>
      </w:r>
    </w:p>
    <w:p>
      <w:r>
        <w:t>✓ Detailed kitchen cleaning</w:t>
      </w:r>
    </w:p>
    <w:p>
      <w:r>
        <w:t>✓ Detailed bathroom cleaning</w:t>
      </w:r>
    </w:p>
    <w:p>
      <w:r>
        <w:t>✓ Additional buildup removal</w:t>
      </w:r>
    </w:p>
    <w:p>
      <w:r>
        <w:t>Exact scope should match your company's service checklist.</w:t>
      </w:r>
    </w:p>
    <w:p>
      <w:r>
        <w:t>Move-In Cleaning</w:t>
      </w:r>
    </w:p>
    <w:p>
      <w:r>
        <w:t>Start fresh before settling into a new home.</w:t>
      </w:r>
    </w:p>
    <w:p>
      <w:r>
        <w:t>Move-Out Cleaning</w:t>
      </w:r>
    </w:p>
    <w:p>
      <w:r>
        <w:t>Professional cleaning for an empty home, apartment, or rental property.</w:t>
      </w:r>
    </w:p>
    <w:p>
      <w:r>
        <w:t>Additional Services</w:t>
      </w:r>
    </w:p>
    <w:p>
      <w:r>
        <w:t>[Inside Refrigerator]</w:t>
      </w:r>
    </w:p>
    <w:p>
      <w:r>
        <w:t>[Inside Oven]</w:t>
      </w:r>
    </w:p>
    <w:p>
      <w:r>
        <w:t>[Interior Windows]</w:t>
      </w:r>
    </w:p>
    <w:p>
      <w:r>
        <w:t>[Cabinet Interiors]</w:t>
      </w:r>
    </w:p>
    <w:p>
      <w:r>
        <w:t>[Other Add-On]</w:t>
      </w:r>
    </w:p>
    <w:p>
      <w:r>
        <w:t>INSIDE PANEL 3 — HOW IT WORKS</w:t>
      </w:r>
    </w:p>
    <w:p>
      <w:r>
        <w:t>GETTING STARTED IS SIMPLE</w:t>
      </w:r>
    </w:p>
    <w:p>
      <w:pPr>
        <w:pStyle w:val="ListNumber"/>
      </w:pPr>
      <w:r>
        <w:t>TELL US WHAT YOU NEED</w:t>
      </w:r>
    </w:p>
    <w:p>
      <w:r>
        <w:t>Request an estimate online or contact our team.</w:t>
      </w:r>
    </w:p>
    <w:p>
      <w:r>
        <w:t>[Estimate URL]</w:t>
      </w:r>
    </w:p>
    <w:p>
      <w:pPr>
        <w:pStyle w:val="ListNumber"/>
      </w:pPr>
      <w:r>
        <w:t>REVIEW YOUR CLEANING PLAN</w:t>
      </w:r>
    </w:p>
    <w:p>
      <w:r>
        <w:t>We'll determine the appropriate service, scope, frequency, and pricing.</w:t>
      </w:r>
    </w:p>
    <w:p>
      <w:pPr>
        <w:pStyle w:val="ListNumber"/>
      </w:pPr>
      <w:r>
        <w:t>SCHEDULE YOUR CLEANING</w:t>
      </w:r>
    </w:p>
    <w:p>
      <w:r>
        <w:t>Choose from available service dates or recurring schedules.</w:t>
      </w:r>
    </w:p>
    <w:p>
      <w:pPr>
        <w:pStyle w:val="ListNumber"/>
      </w:pPr>
      <w:r>
        <w:t>WE CLEAN</w:t>
      </w:r>
    </w:p>
    <w:p>
      <w:r>
        <w:t>Our team follows the service instructions and cleaning checklist assigned to your job.</w:t>
      </w:r>
    </w:p>
    <w:p>
      <w:pPr>
        <w:pStyle w:val="ListNumber"/>
      </w:pPr>
      <w:r>
        <w:t>QUALITY FOLLOW-UP</w:t>
      </w:r>
    </w:p>
    <w:p>
      <w:r>
        <w:t>[Describe your actual quality-control process.]</w:t>
      </w:r>
    </w:p>
    <w:p>
      <w:r>
        <w:t>Examples:</w:t>
      </w:r>
    </w:p>
    <w:p>
      <w:r>
        <w:t>Our team completes a final quality check before leaving.</w:t>
      </w:r>
    </w:p>
    <w:p>
      <w:r>
        <w:t>or</w:t>
      </w:r>
    </w:p>
    <w:p>
      <w:r>
        <w:t>Selected jobs may receive supervisor quality inspections.</w:t>
      </w:r>
    </w:p>
    <w:p>
      <w:r>
        <w:t>Only describe processes the company actually follows.</w:t>
      </w:r>
    </w:p>
    <w:p>
      <w:r>
        <w:t>INSIDE PANEL 4 — WHY CUSTOMERS CHOOSE US</w:t>
      </w:r>
    </w:p>
    <w:p>
      <w:r>
        <w:t>WHY [COMPANY NAME]?</w:t>
      </w:r>
    </w:p>
    <w:p>
      <w:r>
        <w:t>Choose the claims that are actually true for your business.</w:t>
      </w:r>
    </w:p>
    <w:p>
      <w:r>
        <w:t>☐ Locally Owned</w:t>
      </w:r>
    </w:p>
    <w:p>
      <w:r>
        <w:t>☐ Insured</w:t>
      </w:r>
    </w:p>
    <w:p>
      <w:r>
        <w:t>☐ Trained Cleaning Team</w:t>
      </w:r>
    </w:p>
    <w:p>
      <w:r>
        <w:t>☐ Defined Cleaning Checklists</w:t>
      </w:r>
    </w:p>
    <w:p>
      <w:r>
        <w:t>☐ Quality-Control Process</w:t>
      </w:r>
    </w:p>
    <w:p>
      <w:r>
        <w:t>☐ Easy Estimates</w:t>
      </w:r>
    </w:p>
    <w:p>
      <w:r>
        <w:t>☐ Recurring Scheduling</w:t>
      </w:r>
    </w:p>
    <w:p>
      <w:r>
        <w:t>☐ Online Payments</w:t>
      </w:r>
    </w:p>
    <w:p>
      <w:r>
        <w:t>☐ Customer Support</w:t>
      </w:r>
    </w:p>
    <w:p>
      <w:r>
        <w:t>☐ Commercial Cleaning Available</w:t>
      </w:r>
    </w:p>
    <w:p>
      <w:r>
        <w:t>☐ Background-Check Process</w:t>
      </w:r>
    </w:p>
    <w:p>
      <w:r>
        <w:t>☐ Satisfaction / Reclean Policy</w:t>
      </w:r>
    </w:p>
    <w:p>
      <w:r>
        <w:t>☐ Other:</w:t>
      </w:r>
    </w:p>
    <w:p>
      <w:r>
        <w:t>DON'T USE GENERIC CLAIMS JUST TO FILL SPACE</w:t>
      </w:r>
    </w:p>
    <w:p>
      <w:r>
        <w:t>Instead of:</w:t>
      </w:r>
    </w:p>
    <w:p>
      <w:r>
        <w:t>"We provide the highest-quality cleaning in town."</w:t>
      </w:r>
    </w:p>
    <w:p>
      <w:r>
        <w:t>Use something specific:</w:t>
      </w:r>
    </w:p>
    <w:p>
      <w:r>
        <w:t>"Every standard cleaning follows our defined room-by-room checklist."</w:t>
      </w:r>
    </w:p>
    <w:p>
      <w:r>
        <w:t>Instead of:</w:t>
      </w:r>
    </w:p>
    <w:p>
      <w:r>
        <w:t>"Our cleaners are the best."</w:t>
      </w:r>
    </w:p>
    <w:p>
      <w:r>
        <w:t>Use:</w:t>
      </w:r>
    </w:p>
    <w:p>
      <w:r>
        <w:t>"New cleaners complete our onboarding and field-training process before</w:t>
      </w:r>
    </w:p>
    <w:p>
      <w:r>
        <w:t>independent assignment."</w:t>
      </w:r>
    </w:p>
    <w:p>
      <w:r>
        <w:t>Specific claims are more credible and easier to support.</w:t>
      </w:r>
    </w:p>
    <w:p>
      <w:r>
        <w:t>INSIDE PANEL 5 — WHAT TO EXPECT</w:t>
      </w:r>
    </w:p>
    <w:p>
      <w:r>
        <w:t>BEFORE YOUR CLEANING</w:t>
      </w:r>
    </w:p>
    <w:p>
      <w:r>
        <w:t>We'll confirm:</w:t>
      </w:r>
    </w:p>
    <w:p>
      <w:r>
        <w:t>Service Date: [Process]</w:t>
      </w:r>
    </w:p>
    <w:p>
      <w:r>
        <w:t>Arrival Window: [Process]</w:t>
      </w:r>
    </w:p>
    <w:p>
      <w:r>
        <w:t>Access Instructions: [Process]</w:t>
      </w:r>
    </w:p>
    <w:p>
      <w:r>
        <w:t>Special Requests: [Process]</w:t>
      </w:r>
    </w:p>
    <w:p>
      <w:r>
        <w:t>DURING YOUR CLEANING</w:t>
      </w:r>
    </w:p>
    <w:p>
      <w:r>
        <w:t>Our team follows the service scope assigned to your property.</w:t>
      </w:r>
    </w:p>
    <w:p>
      <w:r>
        <w:t>If we discover a condition that materially changes the work required, we'll follow our</w:t>
      </w:r>
    </w:p>
    <w:p>
      <w:r>
        <w:t>company's process for documenting and addressing it.</w:t>
      </w:r>
    </w:p>
    <w:p>
      <w:r>
        <w:t>AFTER YOUR CLEANING</w:t>
      </w:r>
    </w:p>
    <w:p>
      <w:r>
        <w:t>[Describe customer follow-up.]</w:t>
      </w:r>
    </w:p>
    <w:p>
      <w:r>
        <w:t>Examples:</w:t>
      </w:r>
    </w:p>
    <w:p>
      <w:r>
        <w:t>Service completion notification</w:t>
      </w:r>
    </w:p>
    <w:p>
      <w:r>
        <w:t>Quality check</w:t>
      </w:r>
    </w:p>
    <w:p>
      <w:r>
        <w:t>Receipt / invoice</w:t>
      </w:r>
    </w:p>
    <w:p>
      <w:r>
        <w:t>Feedback request</w:t>
      </w:r>
    </w:p>
    <w:p>
      <w:r>
        <w:t>Next recurring appointment</w:t>
      </w:r>
    </w:p>
    <w:p>
      <w:r>
        <w:t>BACK PANEL — CONTACT</w:t>
      </w:r>
    </w:p>
    <w:p>
      <w:r>
        <w:t>READY FOR A CLEANER HOME?</w:t>
      </w:r>
    </w:p>
    <w:p>
      <w:r>
        <w:t>Request your estimate today.</w:t>
      </w:r>
    </w:p>
    <w:p>
      <w:r>
        <w:t>[COMPANY NAME]</w:t>
      </w:r>
    </w:p>
    <w:p>
      <w:r>
        <w:t>Phone: [Phone]</w:t>
      </w:r>
    </w:p>
    <w:p>
      <w:r>
        <w:t>Email: [Email]</w:t>
      </w:r>
    </w:p>
    <w:p>
      <w:r>
        <w:t>Website: [Website]</w:t>
      </w:r>
    </w:p>
    <w:p>
      <w:r>
        <w:t>GET AN ESTIMATE</w:t>
      </w:r>
    </w:p>
    <w:p>
      <w:r>
        <w:t>[QR CODE]</w:t>
      </w:r>
    </w:p>
    <w:p>
      <w:r>
        <w:t>FOLLOW US</w:t>
      </w:r>
    </w:p>
    <w:p>
      <w:r>
        <w:t>[Facebook]</w:t>
      </w:r>
    </w:p>
    <w:p>
      <w:r>
        <w:t>[Instagram]</w:t>
      </w:r>
    </w:p>
    <w:p>
      <w:r>
        <w:t>[Other Appropriate Channel]</w:t>
      </w:r>
    </w:p>
    <w:p>
      <w:r>
        <w:t>SERVICE AREA</w:t>
      </w:r>
    </w:p>
    <w:p>
      <w:r>
        <w:t>[Service Area]</w:t>
      </w:r>
    </w:p>
    <w:p>
      <w:r>
        <w:t>COMMERCIAL BROCHURE VERSION</w:t>
      </w:r>
    </w:p>
    <w:p>
      <w:r>
        <w:t>The same brochure framework can be adapted for commercial prospects.</w:t>
      </w:r>
    </w:p>
    <w:p>
      <w:r>
        <w:t>COMMERCIAL FRONT COVER</w:t>
      </w:r>
    </w:p>
    <w:p>
      <w:r>
        <w:t>PROFESSIONAL CLEANING FOR YOUR FACILITY</w:t>
      </w:r>
    </w:p>
    <w:p>
      <w:r>
        <w:t>[Company Name]</w:t>
      </w:r>
    </w:p>
    <w:p>
      <w:r>
        <w:t>Commercial and janitorial cleaning in [Service Area].</w:t>
      </w:r>
    </w:p>
    <w:p>
      <w:r>
        <w:t>Request a Facility Walkthrough</w:t>
      </w:r>
    </w:p>
    <w:p>
      <w:r>
        <w:t>[QR CODE]</w:t>
      </w:r>
    </w:p>
    <w:p>
      <w:r>
        <w:t>[Phone]</w:t>
      </w:r>
    </w:p>
    <w:p>
      <w:r>
        <w:t>[Commercial Website]</w:t>
      </w:r>
    </w:p>
    <w:p>
      <w:r>
        <w:t>COMMERCIAL SERVICES</w:t>
      </w:r>
    </w:p>
    <w:p>
      <w:r>
        <w:t>COMMERCIAL CLEANING</w:t>
      </w:r>
    </w:p>
    <w:p>
      <w:r>
        <w:t>We provide cleaning services for facilities such as:</w:t>
      </w:r>
    </w:p>
    <w:p>
      <w:r>
        <w:t>✓ Offices</w:t>
      </w:r>
    </w:p>
    <w:p>
      <w:r>
        <w:t>✓ Professional Buildings</w:t>
      </w:r>
    </w:p>
    <w:p>
      <w:r>
        <w:t>✓ Retail Locations</w:t>
      </w:r>
    </w:p>
    <w:p>
      <w:r>
        <w:t>✓ Property Management</w:t>
      </w:r>
    </w:p>
    <w:p>
      <w:r>
        <w:t>✓ Common Areas</w:t>
      </w:r>
    </w:p>
    <w:p>
      <w:r>
        <w:t>✓ [Applicable Facility Type]</w:t>
      </w:r>
    </w:p>
    <w:p>
      <w:r>
        <w:t>COMMON SERVICE AREAS</w:t>
      </w:r>
    </w:p>
    <w:p>
      <w:r>
        <w:t>Services may include:</w:t>
      </w:r>
    </w:p>
    <w:p>
      <w:r>
        <w:t>Offices</w:t>
      </w:r>
    </w:p>
    <w:p>
      <w:r>
        <w:t>Restrooms</w:t>
      </w:r>
    </w:p>
    <w:p>
      <w:r>
        <w:t>Break Rooms</w:t>
      </w:r>
    </w:p>
    <w:p>
      <w:r>
        <w:t>Conference Rooms</w:t>
      </w:r>
    </w:p>
    <w:p>
      <w:r>
        <w:t>Lobbies</w:t>
      </w:r>
    </w:p>
    <w:p>
      <w:r>
        <w:t>Common Areas</w:t>
      </w:r>
    </w:p>
    <w:p>
      <w:r>
        <w:t>Trash &amp; Recycling</w:t>
      </w:r>
    </w:p>
    <w:p>
      <w:r>
        <w:t>Carpet Care</w:t>
      </w:r>
    </w:p>
    <w:p>
      <w:r>
        <w:t>Hard Floors</w:t>
      </w:r>
    </w:p>
    <w:p>
      <w:r>
        <w:t>High-Touch Surfaces</w:t>
      </w:r>
    </w:p>
    <w:p>
      <w:r>
        <w:t>Consumable Restocking</w:t>
      </w:r>
    </w:p>
    <w:p>
      <w:r>
        <w:t>Periodic Services</w:t>
      </w:r>
    </w:p>
    <w:p>
      <w:r>
        <w:t>Actual scope is established for each facility.</w:t>
      </w:r>
    </w:p>
    <w:p>
      <w:r>
        <w:t>CUSTOMIZED SCOPE OF WORK</w:t>
      </w:r>
    </w:p>
    <w:p>
      <w:r>
        <w:t>Commercial cleaning should not be sold as a vague promise to "clean the building."</w:t>
      </w:r>
    </w:p>
    <w:p>
      <w:r>
        <w:t>We develop the service around factors such as:</w:t>
      </w:r>
    </w:p>
    <w:p>
      <w:r>
        <w:t>Facility Size</w:t>
      </w:r>
    </w:p>
    <w:p>
      <w:r>
        <w:t>Service Areas</w:t>
      </w:r>
    </w:p>
    <w:p>
      <w:r>
        <w:t>Required Frequencies</w:t>
      </w:r>
    </w:p>
    <w:p>
      <w:r>
        <w:t>Operating Hours</w:t>
      </w:r>
    </w:p>
    <w:p>
      <w:r>
        <w:t>Restroom Volume</w:t>
      </w:r>
    </w:p>
    <w:p>
      <w:r>
        <w:t>Flooring</w:t>
      </w:r>
    </w:p>
    <w:p>
      <w:r>
        <w:t>Consumables</w:t>
      </w:r>
    </w:p>
    <w:p>
      <w:r>
        <w:t>Security Requirements</w:t>
      </w:r>
    </w:p>
    <w:p>
      <w:r>
        <w:t>Periodic Services</w:t>
      </w:r>
    </w:p>
    <w:p>
      <w:r>
        <w:t>Special Facility Requirements</w:t>
      </w:r>
    </w:p>
    <w:p>
      <w:r>
        <w:t>COMMERCIAL PROCESS</w:t>
      </w:r>
    </w:p>
    <w:p>
      <w:pPr>
        <w:pStyle w:val="ListNumber"/>
      </w:pPr>
      <w:r>
        <w:t>FACILITY WALKTHROUGH</w:t>
      </w:r>
    </w:p>
    <w:p>
      <w:r>
        <w:t>We assess the property and discuss your requirements.</w:t>
      </w:r>
    </w:p>
    <w:p>
      <w:pPr>
        <w:pStyle w:val="ListNumber"/>
      </w:pPr>
      <w:r>
        <w:t>SCOPE &amp; FREQUENCIES</w:t>
      </w:r>
    </w:p>
    <w:p>
      <w:r>
        <w:t>We document the proposed cleaning tasks and service schedule.</w:t>
      </w:r>
    </w:p>
    <w:p>
      <w:pPr>
        <w:pStyle w:val="ListNumber"/>
      </w:pPr>
      <w:r>
        <w:t>PROPOSAL</w:t>
      </w:r>
    </w:p>
    <w:p>
      <w:r>
        <w:t>You receive pricing and the proposed service plan.</w:t>
      </w:r>
    </w:p>
    <w:p>
      <w:pPr>
        <w:pStyle w:val="ListNumber"/>
      </w:pPr>
      <w:r>
        <w:t>IMPLEMENTATION</w:t>
      </w:r>
    </w:p>
    <w:p>
      <w:r>
        <w:t>If approved, we coordinate access, scheduling, supplies, and service startup.</w:t>
      </w:r>
    </w:p>
    <w:p>
      <w:pPr>
        <w:pStyle w:val="ListNumber"/>
      </w:pPr>
      <w:r>
        <w:t>QUALITY MANAGEMENT</w:t>
      </w:r>
    </w:p>
    <w:p>
      <w:r>
        <w:t>[Describe actual inspection / communication / corrective-action process.]</w:t>
      </w:r>
    </w:p>
    <w:p>
      <w:r>
        <w:t>COMMERCIAL TRUST SECTION</w:t>
      </w:r>
    </w:p>
    <w:p>
      <w:r>
        <w:t>Depending on your actual business:</w:t>
      </w:r>
    </w:p>
    <w:p>
      <w:r>
        <w:t>☐ Certificate of Insurance Available</w:t>
      </w:r>
    </w:p>
    <w:p>
      <w:r>
        <w:t>☐ Defined Scope of Work</w:t>
      </w:r>
    </w:p>
    <w:p>
      <w:r>
        <w:t>☐ Cleaning Checklists</w:t>
      </w:r>
    </w:p>
    <w:p>
      <w:r>
        <w:t>☐ Supervisor Inspections</w:t>
      </w:r>
    </w:p>
    <w:p>
      <w:r>
        <w:t>☐ Issue Tracking</w:t>
      </w:r>
    </w:p>
    <w:p>
      <w:r>
        <w:t>☐ Employee Training</w:t>
      </w:r>
    </w:p>
    <w:p>
      <w:r>
        <w:t>☐ Security Procedures</w:t>
      </w:r>
    </w:p>
    <w:p>
      <w:r>
        <w:t>☐ Background-Check Process</w:t>
      </w:r>
    </w:p>
    <w:p>
      <w:r>
        <w:t>☐ Safety Program</w:t>
      </w:r>
    </w:p>
    <w:p>
      <w:r>
        <w:t>☐ Commercial References Available</w:t>
      </w:r>
    </w:p>
    <w:p>
      <w:r>
        <w:t>Do not check or advertise items that are not actually provided.</w:t>
      </w:r>
    </w:p>
    <w:p>
      <w:r>
        <w:t>PROPERTY MANAGER VERSION</w:t>
      </w:r>
    </w:p>
    <w:p>
      <w:r>
        <w:t>CLEANING SUPPORT FOR PROPERTY MANAGERS</w:t>
      </w:r>
    </w:p>
    <w:p>
      <w:r>
        <w:t>Services may include:</w:t>
      </w:r>
    </w:p>
    <w:p>
      <w:r>
        <w:t>✓ Turnover Cleaning</w:t>
      </w:r>
    </w:p>
    <w:p>
      <w:r>
        <w:t>✓ Move-Out Cleaning</w:t>
      </w:r>
    </w:p>
    <w:p>
      <w:r>
        <w:t>✓ Make-Ready Cleaning</w:t>
      </w:r>
    </w:p>
    <w:p>
      <w:r>
        <w:t>✓ Common-Area Cleaning</w:t>
      </w:r>
    </w:p>
    <w:p>
      <w:r>
        <w:t>✓ Recurring Property Cleaning</w:t>
      </w:r>
    </w:p>
    <w:p>
      <w:r>
        <w:t>✓ Post-Construction Cleaning</w:t>
      </w:r>
    </w:p>
    <w:p>
      <w:r>
        <w:t>✓ [Additional Service]</w:t>
      </w:r>
    </w:p>
    <w:p>
      <w:r>
        <w:t>NEED A PROPERTY CLEANED?</w:t>
      </w:r>
    </w:p>
    <w:p>
      <w:r>
        <w:t>[Property Manager QR Code]</w:t>
      </w:r>
    </w:p>
    <w:p>
      <w:r>
        <w:t>[Contact Information]</w:t>
      </w:r>
    </w:p>
    <w:p>
      <w:r>
        <w:t>REALTOR VERSION</w:t>
      </w:r>
    </w:p>
    <w:p>
      <w:r>
        <w:t>CLEANING FOR LISTINGS, MOVES &amp; CLOSINGS</w:t>
      </w:r>
    </w:p>
    <w:p>
      <w:r>
        <w:t>Help prepare properties for:</w:t>
      </w:r>
    </w:p>
    <w:p>
      <w:r>
        <w:t>✓ Listing Photos</w:t>
      </w:r>
    </w:p>
    <w:p>
      <w:r>
        <w:t>✓ Showings</w:t>
      </w:r>
    </w:p>
    <w:p>
      <w:r>
        <w:t>✓ Move-Out</w:t>
      </w:r>
    </w:p>
    <w:p>
      <w:r>
        <w:t>✓ Move-In</w:t>
      </w:r>
    </w:p>
    <w:p>
      <w:r>
        <w:t>✓ Closing</w:t>
      </w:r>
    </w:p>
    <w:p>
      <w:r>
        <w:t>✓ Post-Renovation Cleanup</w:t>
      </w:r>
    </w:p>
    <w:p>
      <w:r>
        <w:t>NEED A CLEANING PARTNER?</w:t>
      </w:r>
    </w:p>
    <w:p>
      <w:r>
        <w:t>[Realtor Contact / QR Code]</w:t>
      </w:r>
    </w:p>
    <w:p>
      <w:r>
        <w:t>VACATION RENTAL VERSION</w:t>
      </w:r>
    </w:p>
    <w:p>
      <w:r>
        <w:t>TURNOVER CLEANING FOR SHORT-TERM RENTALS</w:t>
      </w:r>
    </w:p>
    <w:p>
      <w:r>
        <w:t>Turnover services may include:</w:t>
      </w:r>
    </w:p>
    <w:p>
      <w:r>
        <w:t>✓ Cleaning</w:t>
      </w:r>
    </w:p>
    <w:p>
      <w:r>
        <w:t>✓ Linen Change</w:t>
      </w:r>
    </w:p>
    <w:p>
      <w:r>
        <w:t>✓ Amenities / Restocking</w:t>
      </w:r>
    </w:p>
    <w:p>
      <w:r>
        <w:t>✓ Damage Observations</w:t>
      </w:r>
    </w:p>
    <w:p>
      <w:r>
        <w:t>✓ Staging</w:t>
      </w:r>
    </w:p>
    <w:p>
      <w:r>
        <w:t>✓ Final Turnover Check</w:t>
      </w:r>
    </w:p>
    <w:p>
      <w:r>
        <w:t>ASK ABOUT VACATION RENTAL SERVICE</w:t>
      </w:r>
    </w:p>
    <w:p>
      <w:r>
        <w:t>[QR CODE]</w:t>
      </w:r>
    </w:p>
    <w:p>
      <w:r>
        <w:t>CUSTOMER TESTIMONIAL PANEL</w:t>
      </w:r>
    </w:p>
    <w:p>
      <w:r>
        <w:t>WHAT CUSTOMERS SAY</w:t>
      </w:r>
    </w:p>
    <w:p>
      <w:r>
        <w:t>— [Customer Name / Initial, as appropriate]</w:t>
      </w:r>
    </w:p>
    <w:p>
      <w:r>
        <w:t>— [Customer Name / Initial]</w:t>
      </w:r>
    </w:p>
    <w:p>
      <w:r>
        <w:t>Only use genuine customer feedback with appropriate permission and disclosure.</w:t>
      </w:r>
    </w:p>
    <w:p>
      <w:r>
        <w:t>REVIEW PROOF</w:t>
      </w:r>
    </w:p>
    <w:p>
      <w:r>
        <w:t>Optional:</w:t>
      </w:r>
    </w:p>
    <w:p>
      <w:r>
        <w:t>"[Short Customer Testimonial]"</w:t>
      </w:r>
    </w:p>
    <w:p>
      <w:r>
        <w:t>"[Short Customer Testimonial]"</w:t>
      </w:r>
    </w:p>
    <w:p>
      <w:r>
        <w:t>[Rating] average from [Number] reviews on [Platform]</w:t>
      </w:r>
    </w:p>
    <w:p>
      <w:r>
        <w:t>or</w:t>
      </w:r>
    </w:p>
    <w:p>
      <w:r>
        <w:t>More than [Number] customer reviews</w:t>
      </w:r>
    </w:p>
    <w:p>
      <w:r>
        <w:t>Only use current, supportable figures.</w:t>
      </w:r>
    </w:p>
    <w:p>
      <w:r>
        <w:t>Avoid printing ratings that will quickly become inaccurate unless the brochure will be</w:t>
      </w:r>
    </w:p>
    <w:p>
      <w:r>
        <w:t>updated regularly.</w:t>
      </w:r>
    </w:p>
    <w:p>
      <w:r>
        <w:t>OPTIONAL PRICING PANEL</w:t>
      </w:r>
    </w:p>
    <w:p>
      <w:r>
        <w:t>For companies that publish starting prices:</w:t>
      </w:r>
    </w:p>
    <w:p>
      <w:r>
        <w:t>CLEANING OPTIONS</w:t>
      </w:r>
    </w:p>
    <w:p>
      <w:r>
        <w:t>Service</w:t>
      </w:r>
    </w:p>
    <w:p>
      <w:r>
        <w:t>Starting At</w:t>
      </w:r>
    </w:p>
    <w:p>
      <w:r>
        <w:t>Standard Cleaning</w:t>
      </w:r>
    </w:p>
    <w:p>
      <w:r>
        <w:t>$</w:t>
      </w:r>
    </w:p>
    <w:p>
      <w:r>
        <w:t>Deep Cleaning</w:t>
      </w:r>
    </w:p>
    <w:p>
      <w:r>
        <w:t>$</w:t>
      </w:r>
    </w:p>
    <w:p>
      <w:r>
        <w:t>Move-Out Cleaning</w:t>
      </w:r>
    </w:p>
    <w:p>
      <w:r>
        <w:t>$</w:t>
      </w:r>
    </w:p>
    <w:p>
      <w:r>
        <w:t>Recurring Cleaning</w:t>
      </w:r>
    </w:p>
    <w:p>
      <w:r>
        <w:t>$</w:t>
      </w:r>
    </w:p>
    <w:p>
      <w:r>
        <w:t>Pricing Note</w:t>
      </w:r>
    </w:p>
    <w:p>
      <w:r>
        <w:t>Final pricing may depend on property size, condition, service scope, frequency, add-ons,</w:t>
      </w:r>
    </w:p>
    <w:p>
      <w:r>
        <w:t>location, and other job requirements.</w:t>
      </w:r>
    </w:p>
    <w:p>
      <w:r>
        <w:t>Only advertise "starting at" prices when customers can realistically obtain the advertised</w:t>
      </w:r>
    </w:p>
    <w:p>
      <w:r>
        <w:t>price under the disclosed conditions.</w:t>
      </w:r>
    </w:p>
    <w:p>
      <w:r>
        <w:t>OPTIONAL SERVICE COMPARISON</w:t>
      </w:r>
    </w:p>
    <w:p>
      <w:r>
        <w:t>Included</w:t>
      </w:r>
    </w:p>
    <w:p>
      <w:r>
        <w:t>Standard</w:t>
      </w:r>
    </w:p>
    <w:p>
      <w:r>
        <w:t>Deep</w:t>
      </w:r>
    </w:p>
    <w:p>
      <w:r>
        <w:t>Move-Out</w:t>
      </w:r>
    </w:p>
    <w:p>
      <w:r>
        <w:t>Kitchen Surfaces</w:t>
      </w:r>
    </w:p>
    <w:p>
      <w:r>
        <w:t>✓</w:t>
      </w:r>
    </w:p>
    <w:p>
      <w:r>
        <w:t>✓</w:t>
      </w:r>
    </w:p>
    <w:p>
      <w:r>
        <w:t>✓</w:t>
      </w:r>
    </w:p>
    <w:p>
      <w:r>
        <w:t>Bathrooms</w:t>
      </w:r>
    </w:p>
    <w:p>
      <w:r>
        <w:t>✓</w:t>
      </w:r>
    </w:p>
    <w:p>
      <w:r>
        <w:t>✓</w:t>
      </w:r>
    </w:p>
    <w:p>
      <w:r>
        <w:t>✓</w:t>
      </w:r>
    </w:p>
    <w:p>
      <w:r>
        <w:t>Dusting</w:t>
      </w:r>
    </w:p>
    <w:p>
      <w:r>
        <w:t>✓</w:t>
      </w:r>
    </w:p>
    <w:p>
      <w:r>
        <w:t>✓</w:t>
      </w:r>
    </w:p>
    <w:p>
      <w:r>
        <w:t>✓</w:t>
      </w:r>
    </w:p>
    <w:p>
      <w:r>
        <w:t>Floors</w:t>
      </w:r>
    </w:p>
    <w:p>
      <w:r>
        <w:t>✓</w:t>
      </w:r>
    </w:p>
    <w:p>
      <w:r>
        <w:t>✓</w:t>
      </w:r>
    </w:p>
    <w:p>
      <w:r>
        <w:t>✓</w:t>
      </w:r>
    </w:p>
    <w:p>
      <w:r>
        <w:t>Included</w:t>
      </w:r>
    </w:p>
    <w:p>
      <w:r>
        <w:t>Standard</w:t>
      </w:r>
    </w:p>
    <w:p>
      <w:r>
        <w:t>Deep</w:t>
      </w:r>
    </w:p>
    <w:p>
      <w:r>
        <w:t>Move-Out</w:t>
      </w:r>
    </w:p>
    <w:p>
      <w:r>
        <w:t>Baseboards</w:t>
      </w:r>
    </w:p>
    <w:p>
      <w:r>
        <w:t>—</w:t>
      </w:r>
    </w:p>
    <w:p>
      <w:r>
        <w:t>✓</w:t>
      </w:r>
    </w:p>
    <w:p>
      <w:r>
        <w:t>✓</w:t>
      </w:r>
    </w:p>
    <w:p>
      <w:r>
        <w:t>Detailed Doors</w:t>
      </w:r>
    </w:p>
    <w:p>
      <w:r>
        <w:t>—</w:t>
      </w:r>
    </w:p>
    <w:p>
      <w:r>
        <w:t>✓</w:t>
      </w:r>
    </w:p>
    <w:p>
      <w:r>
        <w:t>✓</w:t>
      </w:r>
    </w:p>
    <w:p>
      <w:r>
        <w:t>Cabinet Interiors</w:t>
      </w:r>
    </w:p>
    <w:p>
      <w:r>
        <w:t>Add-On</w:t>
      </w:r>
    </w:p>
    <w:p>
      <w:r>
        <w:t>Add-On</w:t>
      </w:r>
    </w:p>
    <w:p>
      <w:r>
        <w:t>✓*</w:t>
      </w:r>
    </w:p>
    <w:p>
      <w:r>
        <w:t>Appliance Interiors</w:t>
      </w:r>
    </w:p>
    <w:p>
      <w:r>
        <w:t>Add-On</w:t>
      </w:r>
    </w:p>
    <w:p>
      <w:r>
        <w:t>Add-On</w:t>
      </w:r>
    </w:p>
    <w:p>
      <w:r>
        <w:t>✓*</w:t>
      </w:r>
    </w:p>
    <w:p>
      <w:r>
        <w:t>*Customize this table to your actual service definitions.</w:t>
      </w:r>
    </w:p>
    <w:p>
      <w:r>
        <w:t>This is particularly useful because it helps prevent customers from assuming every</w:t>
      </w:r>
    </w:p>
    <w:p>
      <w:r>
        <w:t>cleaning package includes every task.</w:t>
      </w:r>
    </w:p>
    <w:p>
      <w:r>
        <w:t>BROCHURE CTA OPTIONS</w:t>
      </w:r>
    </w:p>
    <w:p>
      <w:r>
        <w:t>Use one primary CTA per brochure.</w:t>
      </w:r>
    </w:p>
    <w:p>
      <w:r>
        <w:t>Residential</w:t>
      </w:r>
    </w:p>
    <w:p>
      <w:r>
        <w:t>GET MY CLEANING ESTIMATE</w:t>
      </w:r>
    </w:p>
    <w:p>
      <w:r>
        <w:t>Commercial</w:t>
      </w:r>
    </w:p>
    <w:p>
      <w:r>
        <w:t>REQUEST A FACILITY WALKTHROUGH</w:t>
      </w:r>
    </w:p>
    <w:p>
      <w:r>
        <w:t>Property Management</w:t>
      </w:r>
    </w:p>
    <w:p>
      <w:r>
        <w:t>REQUEST TURNOVER PRICING</w:t>
      </w:r>
    </w:p>
    <w:p>
      <w:r>
        <w:t>Realtor</w:t>
      </w:r>
    </w:p>
    <w:p>
      <w:r>
        <w:t>REQUEST CLEANING AVAILABILITY</w:t>
      </w:r>
    </w:p>
    <w:p>
      <w:r>
        <w:t>Vacation Rental</w:t>
      </w:r>
    </w:p>
    <w:p>
      <w:r>
        <w:t>DISCUSS TURNOVER SERVICE</w:t>
      </w:r>
    </w:p>
    <w:p>
      <w:r>
        <w:t>QR CODE STRATEGY</w:t>
      </w:r>
    </w:p>
    <w:p>
      <w:r>
        <w:t>Don't send every brochure to the homepage.</w:t>
      </w:r>
    </w:p>
    <w:p>
      <w:r>
        <w:t>Use a destination that matches the audience.</w:t>
      </w:r>
    </w:p>
    <w:p>
      <w:r>
        <w:t>Residential Brochure</w:t>
      </w:r>
    </w:p>
    <w:p>
      <w:r>
        <w:t>[Website]/estimate</w:t>
      </w:r>
    </w:p>
    <w:p>
      <w:r>
        <w:t>Commercial Brochure</w:t>
      </w:r>
    </w:p>
    <w:p>
      <w:r>
        <w:t>[Website]/commercial-walkthrough</w:t>
      </w:r>
    </w:p>
    <w:p>
      <w:r>
        <w:t>Realtor Brochure</w:t>
      </w:r>
    </w:p>
    <w:p>
      <w:r>
        <w:t>[Website]/realtor</w:t>
      </w:r>
    </w:p>
    <w:p>
      <w:r>
        <w:t>Property Manager Brochure</w:t>
      </w:r>
    </w:p>
    <w:p>
      <w:r>
        <w:t>[Website]/property-management</w:t>
      </w:r>
    </w:p>
    <w:p>
      <w:r>
        <w:t>Vacation Rental Brochure</w:t>
      </w:r>
    </w:p>
    <w:p>
      <w:r>
        <w:t>[Website]/vacation-rental</w:t>
      </w:r>
    </w:p>
    <w:p>
      <w:r>
        <w:t>Add campaign attribution where possible.</w:t>
      </w:r>
    </w:p>
    <w:p>
      <w:r>
        <w:t>BROCHURE CAMPAIGN TRACKING</w:t>
      </w:r>
    </w:p>
    <w:p>
      <w:r>
        <w:t>Brochure</w:t>
      </w:r>
    </w:p>
    <w:p>
      <w:r>
        <w:t>Audience</w:t>
      </w:r>
    </w:p>
    <w:p>
      <w:r>
        <w:t>Campaign</w:t>
      </w:r>
    </w:p>
    <w:p>
      <w:r>
        <w:t>Leads</w:t>
      </w:r>
    </w:p>
    <w:p>
      <w:r>
        <w:t>Estimates</w:t>
      </w:r>
    </w:p>
    <w:p>
      <w:r>
        <w:t>Customers</w:t>
      </w:r>
    </w:p>
    <w:p>
      <w:r>
        <w:t>Revenu</w:t>
      </w:r>
    </w:p>
    <w:p>
      <w:r>
        <w:t>Residential</w:t>
      </w:r>
    </w:p>
    <w:p>
      <w:r>
        <w:t>Homeowners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Commercial</w:t>
      </w:r>
    </w:p>
    <w:p>
      <w:r>
        <w:t>Businesses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Realtor</w:t>
      </w:r>
    </w:p>
    <w:p>
      <w:r>
        <w:t>Realtors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PM</w:t>
      </w:r>
    </w:p>
    <w:p>
      <w:r>
        <w:t>Property</w:t>
      </w:r>
    </w:p>
    <w:p>
      <w:r>
        <w:t>Managers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Track:</w:t>
      </w:r>
    </w:p>
    <w:p>
      <w:r>
        <w:t>Lead Conversion Rate</w:t>
      </w:r>
    </w:p>
    <w:p>
      <w:r>
        <w:t>Estimate Conversion Rate</w:t>
      </w:r>
    </w:p>
    <w:p>
      <w:r>
        <w:t>Customer Acquisition Cost</w:t>
      </w:r>
    </w:p>
    <w:p>
      <w:r>
        <w:t>Revenue</w:t>
      </w:r>
    </w:p>
    <w:p>
      <w:r>
        <w:t>Recurring Revenue</w:t>
      </w:r>
    </w:p>
    <w:p>
      <w:r>
        <w:t>Revenue by Brochure / Partner</w:t>
      </w:r>
    </w:p>
    <w:p>
      <w:r>
        <w:t>PRINT PREPARATION CHECKLIST</w:t>
      </w:r>
    </w:p>
    <w:p>
      <w:r>
        <w:t>Before printing:</w:t>
      </w:r>
    </w:p>
    <w:p>
      <w:r>
        <w:t>☐ Company logo correct</w:t>
      </w:r>
    </w:p>
    <w:p>
      <w:r>
        <w:t>☐ Brand colors correct</w:t>
      </w:r>
    </w:p>
    <w:p>
      <w:r>
        <w:t>☐ Phone number tested</w:t>
      </w:r>
    </w:p>
    <w:p>
      <w:r>
        <w:t>☐ Email correct</w:t>
      </w:r>
    </w:p>
    <w:p>
      <w:r>
        <w:t>☐ Website correct</w:t>
      </w:r>
    </w:p>
    <w:p>
      <w:r>
        <w:t>☐ QR code tested from printed proof</w:t>
      </w:r>
    </w:p>
    <w:p>
      <w:r>
        <w:t>☐ Services accurate</w:t>
      </w:r>
    </w:p>
    <w:p>
      <w:r>
        <w:t>☐ Service area accurate</w:t>
      </w:r>
    </w:p>
    <w:p>
      <w:r>
        <w:t>☐ Claims verified</w:t>
      </w:r>
    </w:p>
    <w:p>
      <w:r>
        <w:t>☐ Pricing current</w:t>
      </w:r>
    </w:p>
    <w:p>
      <w:r>
        <w:t>☐ Offer terms current</w:t>
      </w:r>
    </w:p>
    <w:p>
      <w:r>
        <w:t>☐ Photos licensed / approved</w:t>
      </w:r>
    </w:p>
    <w:p>
      <w:r>
        <w:t>☐ Testimonials approved</w:t>
      </w:r>
    </w:p>
    <w:p>
      <w:r>
        <w:t>☐ Spelling checked</w:t>
      </w:r>
    </w:p>
    <w:p>
      <w:r>
        <w:t>☐ Fold positions reviewed</w:t>
      </w:r>
    </w:p>
    <w:p>
      <w:r>
        <w:t>☐ Safe margins checked</w:t>
      </w:r>
    </w:p>
    <w:p>
      <w:r>
        <w:t>☐ Bleed configured if required by printer</w:t>
      </w:r>
    </w:p>
    <w:p>
      <w:r>
        <w:t>DIGITAL BROCHURE CHECKLIST</w:t>
      </w:r>
    </w:p>
    <w:p>
      <w:r>
        <w:t>Before emailing or publishing:</w:t>
      </w:r>
    </w:p>
    <w:p>
      <w:r>
        <w:t>☐ Links clickable</w:t>
      </w:r>
    </w:p>
    <w:p>
      <w:r>
        <w:t>☐ QR code works</w:t>
      </w:r>
    </w:p>
    <w:p>
      <w:r>
        <w:t>☐ File size reasonable</w:t>
      </w:r>
    </w:p>
    <w:p>
      <w:r>
        <w:t>☐ Mobile readability checked</w:t>
      </w:r>
    </w:p>
    <w:p>
      <w:r>
        <w:t>☐ Contact information current</w:t>
      </w:r>
    </w:p>
    <w:p>
      <w:r>
        <w:t>☐ Accessibility considered</w:t>
      </w:r>
    </w:p>
    <w:p>
      <w:r>
        <w:t>☐ Filename professional</w:t>
      </w:r>
    </w:p>
    <w:p>
      <w:r>
        <w:t>Suggested filename:</w:t>
      </w:r>
    </w:p>
    <w:p>
      <w:r>
        <w:t>[Company-Name]-Cleaning-Services.pdf</w:t>
      </w:r>
    </w:p>
    <w:p>
      <w:r>
        <w:t>DESIGN GUIDANCE</w:t>
      </w:r>
    </w:p>
    <w:p>
      <w:r>
        <w:t>A brochure should be easy to scan.</w:t>
      </w:r>
    </w:p>
    <w:p>
      <w:r>
        <w:t>Prioritize:</w:t>
      </w:r>
    </w:p>
    <w:p>
      <w:r>
        <w:t>Large headings</w:t>
      </w:r>
    </w:p>
    <w:p>
      <w:r>
        <w:t>Short paragraphs</w:t>
      </w:r>
    </w:p>
    <w:p>
      <w:r>
        <w:t>Service icons</w:t>
      </w:r>
    </w:p>
    <w:p>
      <w:r>
        <w:t>Real company photography where appropriate</w:t>
      </w:r>
    </w:p>
    <w:p>
      <w:r>
        <w:t>White space</w:t>
      </w:r>
    </w:p>
    <w:p>
      <w:r>
        <w:t>Clear hierarchy</w:t>
      </w:r>
    </w:p>
    <w:p>
      <w:r>
        <w:t>One primary CTA</w:t>
      </w:r>
    </w:p>
    <w:p>
      <w:r>
        <w:t>Consistent branding</w:t>
      </w:r>
    </w:p>
    <w:p>
      <w:r>
        <w:t>Avoid filling every available inch with text.</w:t>
      </w:r>
    </w:p>
    <w:p>
      <w:r>
        <w:t>PHOTO &amp; PRIVACY NOTICE</w:t>
      </w:r>
    </w:p>
    <w:p>
      <w:r>
        <w:t>Do not assume permission to clean a customer's property includes permission to use</w:t>
      </w:r>
    </w:p>
    <w:p>
      <w:r>
        <w:t>photographs of that property in marketing.</w:t>
      </w:r>
    </w:p>
    <w:p>
      <w:r>
        <w:t>Obtain appropriate authorization for customer-property photographs, testimonials,</w:t>
      </w:r>
    </w:p>
    <w:p>
      <w:r>
        <w:t>employee photographs, logos, or other third-party content.</w:t>
      </w:r>
    </w:p>
    <w:p>
      <w:r>
        <w:t>Review images for sensitive information before publication.</w:t>
      </w:r>
    </w:p>
    <w:p>
      <w:r>
        <w:t>ADVERTISING NOTICE</w:t>
      </w:r>
    </w:p>
    <w:p>
      <w:r>
        <w:t>Advertising claims should be accurate and supportable.</w:t>
      </w:r>
    </w:p>
    <w:p>
      <w:r>
        <w:t>Insurance, bonding, background checks, certifications, environmental claims, guarantees,</w:t>
      </w:r>
    </w:p>
    <w:p>
      <w:r>
        <w:t>years in business, customer counts, review ratings, and similar claims should reflect the</w:t>
      </w:r>
    </w:p>
    <w:p>
      <w:r>
        <w:t>company's actual current practices and credentials.</w:t>
      </w:r>
    </w:p>
    <w:p>
      <w:r>
        <w:t>TEMPLATE NOTICE</w:t>
      </w:r>
    </w:p>
    <w:p>
      <w:r>
        <w:t>This brochure template is a general marketing resource and is not legal, advertising,</w:t>
      </w:r>
    </w:p>
    <w:p>
      <w:r>
        <w:t>privacy, intellectual-property, accessibility, or consumer-protection advice.</w:t>
      </w:r>
    </w:p>
    <w:p>
      <w:r>
        <w:t>Customize it for your company's actual services, policies, qualifications, service area, and</w:t>
      </w:r>
    </w:p>
    <w:p>
      <w:r>
        <w:t>applicable requirements.</w:t>
      </w:r>
    </w:p>
    <w:p>
      <w:r>
        <w:t>Template Version: 1.0</w:t>
      </w:r>
    </w:p>
    <w:p>
      <w:r>
        <w:t>Updated: September 2026</w:t>
      </w:r>
    </w:p>
    <w:p>
      <w:r>
        <w:t>Template ID: TPL-MKT-007</w:t>
      </w:r>
    </w:p>
    <w:p>
      <w:r>
        <w:t>Provided by TidyOps</w:t>
      </w:r>
    </w:p>
    <w:p>
      <w:r>
        <w:t>For the library metadata:</w:t>
      </w:r>
    </w:p>
    <w:p>
      <w:r>
        <w:t>For the eventual downloadable asset, I’d make the editable visual version the primary</w:t>
      </w:r>
    </w:p>
    <w:p>
      <w:r>
        <w:t>download, with the DOCX acting as the copy source. A brochure is one of the templates</w:t>
      </w:r>
    </w:p>
    <w:p>
      <w:r>
        <w:t>where visual quality really matters.</w:t>
      </w:r>
    </w:p>
    <w:p>
      <w:r>
        <w:t>There’s also a useful acquisition feature for TidyOps: give each brochure or partner its own</w:t>
      </w:r>
    </w:p>
    <w:p>
      <w:r>
        <w:t>QR destination and campaign ID. A cleaning company could then see Brochure → Lead</w:t>
      </w:r>
    </w:p>
    <w:p>
      <w:r>
        <w:t>→ Estimate → Customer → Revenue → Recurring Revenue rather than treating offline</w:t>
      </w:r>
    </w:p>
    <w:p>
      <w:r>
        <w:t>marketing as an unmeasurable expense.</w:t>
      </w:r>
    </w:p>
    <w:p>
      <w:r>
        <w:t>Template ID: TPL-MKT-007</w:t>
      </w:r>
    </w:p>
    <w:p>
      <w:r>
        <w:t>Slug: cleaning-business-brochure-template</w:t>
      </w:r>
    </w:p>
    <w:p>
      <w:r>
        <w:t>SEO Title: Cleaning Business Brochure Template | Free Editable Download</w:t>
      </w:r>
    </w:p>
    <w:p>
      <w:r>
        <w:t>Meta Description: Download a free cleaning business brochure template for house cle</w:t>
      </w:r>
    </w:p>
    <w:p>
      <w:r>
        <w:t>Category: Sales &amp; Marketing</w:t>
      </w:r>
    </w:p>
    <w:p>
      <w:r>
        <w:t>Formats: Editable Design, DOCX, PDF</w:t>
      </w:r>
    </w:p>
    <w:p>
      <w:r>
        <w:t>Version: 1.0</w:t>
      </w:r>
    </w:p>
    <w:p>
      <w:r>
        <w:t>Updated: 2026-09</w:t>
      </w:r>
    </w:p>
    <w:p>
      <w:r>
        <w:t>Legal Review Flag: Advertising / privacy / claims disclaimer</w:t>
      </w:r>
    </w:p>
    <w:p>
      <w:r>
        <w:t>Primary CTA: Turn Cleaning Inquiries Into Customers with TidyOps</w:t>
      </w:r>
    </w:p>
    <w:p>
      <w:r>
        <w:t>Product Route: Leads / Estimates / Customers / Reporting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