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Business Promotional Offer Templates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already have flyers, brochures, referrals, reviews, win-back, and social content. This fills</w:t>
      </w:r>
    </w:p>
    <w:p>
      <w:r>
        <w:t>the gap for creating promotions without training cleaning companies to compete only on</w:t>
      </w:r>
    </w:p>
    <w:p>
      <w:r>
        <w:t>price.</w:t>
      </w:r>
    </w:p>
    <w:p>
      <w:r>
        <w:t>The resource should cover first-clean offers, recurring-service incentives, seasonal</w:t>
      </w:r>
    </w:p>
    <w:p>
      <w:r>
        <w:t>promotions, add-on offers, reactivation campaigns, referral promotions, and—importantly—</w:t>
      </w:r>
    </w:p>
    <w:p>
      <w:r>
        <w:t>the economics needed to avoid giving away the job’s profit.</w:t>
      </w:r>
    </w:p>
    <w:p>
      <w:r>
        <w:t>Template ID: TPL-MKT-008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pPr>
        <w:pStyle w:val="ListNumber"/>
      </w:pPr>
      <w:r>
        <w:t>New Customer Dollar-Off Offer</w:t>
      </w:r>
    </w:p>
    <w:p>
      <w:r>
        <w:t>SAVE $[AMOUNT] ON YOUR FIRST CLEANING</w:t>
      </w:r>
    </w:p>
    <w:p>
      <w:r>
        <w:t>New to [Company Name]?</w:t>
      </w:r>
    </w:p>
    <w:p>
      <w:r>
        <w:t>Receive $[Amount] off your first qualifying cleaning service.</w:t>
      </w:r>
    </w:p>
    <w:p>
      <w:r>
        <w:t>Offer Code: [CODE]</w:t>
      </w:r>
    </w:p>
    <w:p>
      <w:r>
        <w:t>Valid Through: [Date]</w:t>
      </w:r>
    </w:p>
    <w:p>
      <w:r>
        <w:t>GET AN ESTIMATE</w:t>
      </w:r>
    </w:p>
    <w:p>
      <w:r>
        <w:t>[QR CODE]</w:t>
      </w:r>
    </w:p>
    <w:p>
      <w:r>
        <w:t>[Estimate Link]</w:t>
      </w:r>
    </w:p>
    <w:p>
      <w:r>
        <w:t>Terms: Valid for new customers on [Eligible Services]. Minimum service price of</w:t>
      </w:r>
    </w:p>
    <w:p>
      <w:r>
        <w:t>$[Amount]. [Other Material Conditions].</w:t>
      </w:r>
    </w:p>
    <w:p>
      <w:pPr>
        <w:pStyle w:val="ListNumber"/>
      </w:pPr>
      <w:r>
        <w:t>New Customer Percentage Offer</w:t>
      </w:r>
    </w:p>
    <w:p>
      <w:r>
        <w:t>☑% OFF YOUR FIRST CLEANING</w:t>
      </w:r>
    </w:p>
    <w:p>
      <w:r>
        <w:t>Try [Company Name] and save ☑% on your first eligible cleaning.</w:t>
      </w:r>
    </w:p>
    <w:p>
      <w:r>
        <w:t>REQUEST AN ESTIMATE</w:t>
      </w:r>
    </w:p>
    <w:p>
      <w:r>
        <w:t>[Link]</w:t>
      </w:r>
    </w:p>
    <w:p>
      <w:r>
        <w:t>Maximum Discount: $[Amount]</w:t>
      </w:r>
    </w:p>
    <w:p>
      <w:r>
        <w:t>Expires: [Date]</w:t>
      </w:r>
    </w:p>
    <w:p>
      <w:r>
        <w:t>Offer Code: [CODE]</w:t>
      </w:r>
    </w:p>
    <w:p>
      <w:r>
        <w:t>Include a maximum discount where necessary to protect the economics of large jobs.</w:t>
      </w:r>
    </w:p>
    <w:p>
      <w:pPr>
        <w:pStyle w:val="ListNumber"/>
      </w:pPr>
      <w:r>
        <w:t>Fixed-Price Introductory Offer</w:t>
      </w:r>
    </w:p>
    <w:p>
      <w:r>
        <w:t>FIRST CLEANING FROM $[PRICE]</w:t>
      </w:r>
    </w:p>
    <w:p>
      <w:r>
        <w:t>Professional cleaning for qualifying [home/property] sizes starting at $[Price].</w:t>
      </w:r>
    </w:p>
    <w:p>
      <w:r>
        <w:t>ELIGIBILITY</w:t>
      </w:r>
    </w:p>
    <w:p>
      <w:r>
        <w:t>[Property Size]</w:t>
      </w:r>
    </w:p>
    <w:p>
      <w:r>
        <w:t>[Service Type]</w:t>
      </w:r>
    </w:p>
    <w:p>
      <w:r>
        <w:t>[Service Area]</w:t>
      </w:r>
    </w:p>
    <w:p>
      <w:r>
        <w:t>[Condition Assumption]</w:t>
      </w:r>
    </w:p>
    <w:p>
      <w:r>
        <w:t>[Other Requirements]</w:t>
      </w:r>
    </w:p>
    <w:p>
      <w:r>
        <w:t>Request your estimate:</w:t>
      </w:r>
    </w:p>
    <w:p>
      <w:r>
        <w:t>[Link]</w:t>
      </w:r>
    </w:p>
    <w:p>
      <w:r>
        <w:t>"Starting at" pricing should represent a genuine offer available to customers who meet the</w:t>
      </w:r>
    </w:p>
    <w:p>
      <w:r>
        <w:t>disclosed conditions.</w:t>
      </w:r>
    </w:p>
    <w:p>
      <w:pPr>
        <w:pStyle w:val="ListNumber"/>
      </w:pPr>
      <w:r>
        <w:t>Deep Cleaning Promotion</w:t>
      </w:r>
    </w:p>
    <w:p>
      <w:r>
        <w:t>READY FOR A DEEPER CLEAN?</w:t>
      </w:r>
    </w:p>
    <w:p>
      <w:r>
        <w:t>Book an eligible deep cleaning by [Date] and receive:</w:t>
      </w:r>
    </w:p>
    <w:p>
      <w:r>
        <w:t>[Offer]</w:t>
      </w:r>
    </w:p>
    <w:p>
      <w:r>
        <w:t>Deep cleaning may include:</w:t>
      </w:r>
    </w:p>
    <w:p>
      <w:r>
        <w:t>✓ [Task]</w:t>
      </w:r>
    </w:p>
    <w:p>
      <w:r>
        <w:t>✓ [Task]</w:t>
      </w:r>
    </w:p>
    <w:p>
      <w:r>
        <w:t>✓ [Task]</w:t>
      </w:r>
    </w:p>
    <w:p>
      <w:r>
        <w:t>[Estimate Link]</w:t>
      </w:r>
    </w:p>
    <w:p>
      <w:r>
        <w:t>Terms: [Eligibility and restrictions]</w:t>
      </w:r>
    </w:p>
    <w:p>
      <w:pPr>
        <w:pStyle w:val="ListNumber"/>
      </w:pPr>
      <w:r>
        <w:t>Deep Clean + Recurring Conversion Offer</w:t>
      </w:r>
    </w:p>
    <w:p>
      <w:r>
        <w:t>START WITH A DEEP CLEAN. KEEP IT CLEAN.</w:t>
      </w:r>
    </w:p>
    <w:p>
      <w:r>
        <w:t>Book an eligible deep cleaning and establish qualifying recurring service to receive:</w:t>
      </w:r>
    </w:p>
    <w:p>
      <w:r>
        <w:t>[Offer]</w:t>
      </w:r>
    </w:p>
    <w:p>
      <w:r>
        <w:t>Recurring options:</w:t>
      </w:r>
    </w:p>
    <w:p>
      <w:r>
        <w:t>Weekly</w:t>
      </w:r>
    </w:p>
    <w:p>
      <w:r>
        <w:t>Every Two Weeks</w:t>
      </w:r>
    </w:p>
    <w:p>
      <w:r>
        <w:t>Every Four Weeks</w:t>
      </w:r>
    </w:p>
    <w:p>
      <w:r>
        <w:t>[Estimate Link]</w:t>
      </w:r>
    </w:p>
    <w:p>
      <w:r>
        <w:t>This type of promotion can be more valuable than simply discounting a one-time job</w:t>
      </w:r>
    </w:p>
    <w:p>
      <w:r>
        <w:t>because it is designed around customer lifetime value.</w:t>
      </w:r>
    </w:p>
    <w:p>
      <w:pPr>
        <w:pStyle w:val="ListNumber"/>
      </w:pPr>
      <w:r>
        <w:t>Recurring Cleaning Offer</w:t>
      </w:r>
    </w:p>
    <w:p>
      <w:r>
        <w:t>SAVE WHEN YOU START RECURRING CLEANING</w:t>
      </w:r>
    </w:p>
    <w:p>
      <w:r>
        <w:t>New qualifying recurring customers receive:</w:t>
      </w:r>
    </w:p>
    <w:p>
      <w:r>
        <w:t>[Offer]</w:t>
      </w:r>
    </w:p>
    <w:p>
      <w:r>
        <w:t>when starting:</w:t>
      </w:r>
    </w:p>
    <w:p>
      <w:r>
        <w:t>☐ Weekly Service</w:t>
      </w:r>
    </w:p>
    <w:p>
      <w:r>
        <w:t>☐ Every-Two-Week Service</w:t>
      </w:r>
    </w:p>
    <w:p>
      <w:r>
        <w:t>☐ Every-Four-Week Service</w:t>
      </w:r>
    </w:p>
    <w:p>
      <w:r>
        <w:t>[Terms]</w:t>
      </w:r>
    </w:p>
    <w:p>
      <w:r>
        <w:t>[Estimate Link]</w:t>
      </w:r>
    </w:p>
    <w:p>
      <w:pPr>
        <w:pStyle w:val="ListNumber"/>
      </w:pPr>
      <w:r>
        <w:t>First Recurring Visit Offer</w:t>
      </w:r>
    </w:p>
    <w:p>
      <w:r>
        <w:t>MAKE CLEANING ONE LESS THING TO MANAGE</w:t>
      </w:r>
    </w:p>
    <w:p>
      <w:r>
        <w:t>Start qualifying recurring cleaning and receive $[Amount] off your first recurring visit.</w:t>
      </w:r>
    </w:p>
    <w:p>
      <w:r>
        <w:t>[Estimate Link]</w:t>
      </w:r>
    </w:p>
    <w:p>
      <w:r>
        <w:t>Minimum Commitment, if applicable: [Terms]</w:t>
      </w:r>
    </w:p>
    <w:p>
      <w:r>
        <w:t>Be explicit about any required commitment.</w:t>
      </w:r>
    </w:p>
    <w:p>
      <w:pPr>
        <w:pStyle w:val="ListNumber"/>
      </w:pPr>
      <w:r>
        <w:t>Multi-Visit Credit</w:t>
      </w:r>
    </w:p>
    <w:p>
      <w:r>
        <w:t>Rather than applying the entire incentive immediately:</w:t>
      </w:r>
    </w:p>
    <w:p>
      <w:r>
        <w:t>GET $[TOTAL] IN CLEANING CREDITS</w:t>
      </w:r>
    </w:p>
    <w:p>
      <w:r>
        <w:t>Start qualifying recurring service and receive:</w:t>
      </w:r>
    </w:p>
    <w:p>
      <w:r>
        <w:t>$[Amount] credit after Visit 1</w:t>
      </w:r>
    </w:p>
    <w:p>
      <w:r>
        <w:t>$[Amount] credit after Visit 2</w:t>
      </w:r>
    </w:p>
    <w:p>
      <w:r>
        <w:t>$[Amount] credit after Visit 3</w:t>
      </w:r>
    </w:p>
    <w:p>
      <w:r>
        <w:t>Total available credit: $[Total]</w:t>
      </w:r>
    </w:p>
    <w:p>
      <w:r>
        <w:t>[Terms]</w:t>
      </w:r>
    </w:p>
    <w:p>
      <w:r>
        <w:t>This structure can reduce the cost of customers who book solely for a first-service discount</w:t>
      </w:r>
    </w:p>
    <w:p>
      <w:r>
        <w:t>and immediately cancel.</w:t>
      </w:r>
    </w:p>
    <w:p>
      <w:pPr>
        <w:pStyle w:val="ListNumber"/>
      </w:pPr>
      <w:r>
        <w:t>Free Add-On Offer</w:t>
      </w:r>
    </w:p>
    <w:p>
      <w:r>
        <w:t>BOOK A CLEANING &amp; GET [ADD-ON]</w:t>
      </w:r>
    </w:p>
    <w:p>
      <w:r>
        <w:t>Book a qualifying [Service Type] and receive:</w:t>
      </w:r>
    </w:p>
    <w:p>
      <w:r>
        <w:t>[Add-On]</w:t>
      </w:r>
    </w:p>
    <w:p>
      <w:r>
        <w:t>at no additional charge.</w:t>
      </w:r>
    </w:p>
    <w:p>
      <w:r>
        <w:t>Examples could include an add-on with low incremental labor or material cost.</w:t>
      </w:r>
    </w:p>
    <w:p>
      <w:r>
        <w:t>[Estimate Link]</w:t>
      </w:r>
    </w:p>
    <w:p>
      <w:r>
        <w:t>Terms: [Conditions]</w:t>
      </w:r>
    </w:p>
    <w:p>
      <w:pPr>
        <w:pStyle w:val="ListNumber"/>
      </w:pPr>
      <w:r>
        <w:t>Add-On Discount</w:t>
      </w:r>
    </w:p>
    <w:p>
      <w:r>
        <w:t>ADD [SERVICE] FOR $[PRICE]</w:t>
      </w:r>
    </w:p>
    <w:p>
      <w:r>
        <w:t>Existing cleaning customers can add:</w:t>
      </w:r>
    </w:p>
    <w:p>
      <w:r>
        <w:t>[Add-On Service]</w:t>
      </w:r>
    </w:p>
    <w:p>
      <w:r>
        <w:t>to an eligible appointment for $[Price].</w:t>
      </w:r>
    </w:p>
    <w:p>
      <w:r>
        <w:t>Available through [Date / Availability Condition].</w:t>
      </w:r>
    </w:p>
    <w:p>
      <w:r>
        <w:t>[Booking / Customer Link]</w:t>
      </w:r>
    </w:p>
    <w:p>
      <w:pPr>
        <w:pStyle w:val="ListNumber"/>
      </w:pPr>
      <w:r>
        <w:t>Bundle Offer</w:t>
      </w:r>
    </w:p>
    <w:p>
      <w:r>
        <w:t>BUILD YOUR CLEANING PACKAGE</w:t>
      </w:r>
    </w:p>
    <w:p>
      <w:r>
        <w:t>Book:</w:t>
      </w:r>
    </w:p>
    <w:p>
      <w:r>
        <w:t>[Primary Service]</w:t>
      </w:r>
    </w:p>
    <w:p>
      <w:r>
        <w:t>plus:</w:t>
      </w:r>
    </w:p>
    <w:p>
      <w:r>
        <w:t>[Add-On 1]</w:t>
      </w:r>
    </w:p>
    <w:p>
      <w:r>
        <w:t>and</w:t>
      </w:r>
    </w:p>
    <w:p>
      <w:r>
        <w:t>[Add-On 2]</w:t>
      </w:r>
    </w:p>
    <w:p>
      <w:r>
        <w:t>for:</w:t>
      </w:r>
    </w:p>
    <w:p>
      <w:r>
        <w:t>$[PACKAGE PRICE]</w:t>
      </w:r>
    </w:p>
    <w:p>
      <w:r>
        <w:t>Regular combined price: $[Amount], if accurate.</w:t>
      </w:r>
    </w:p>
    <w:p>
      <w:r>
        <w:t>Package savings: $[Amount]</w:t>
      </w:r>
    </w:p>
    <w:p>
      <w:r>
        <w:t>[Estimate Link]</w:t>
      </w:r>
    </w:p>
    <w:p>
      <w:pPr>
        <w:pStyle w:val="ListNumber"/>
      </w:pPr>
      <w:r>
        <w:t>Spring Cleaning Promotion</w:t>
      </w:r>
    </w:p>
    <w:p>
      <w:r>
        <w:t>SPRING CLEANING WITHOUT THE WEEKEND OF WORK</w:t>
      </w:r>
    </w:p>
    <w:p>
      <w:r>
        <w:t>Schedule an eligible [Deep Cleaning / Spring Cleaning] service by [Date] and receive:</w:t>
      </w:r>
    </w:p>
    <w:p>
      <w:r>
        <w:t>[Offer]</w:t>
      </w:r>
    </w:p>
    <w:p>
      <w:r>
        <w:t>[Estimate Link]</w:t>
      </w:r>
    </w:p>
    <w:p>
      <w:r>
        <w:t>Availability: [Accurate Availability Statement]</w:t>
      </w:r>
    </w:p>
    <w:p>
      <w:pPr>
        <w:pStyle w:val="ListNumber"/>
      </w:pPr>
      <w:r>
        <w:t>Holiday Cleaning Offer</w:t>
      </w:r>
    </w:p>
    <w:p>
      <w:r>
        <w:t>GET YOUR HOME READY FOR THE HOLIDAYS</w:t>
      </w:r>
    </w:p>
    <w:p>
      <w:r>
        <w:t>Book an eligible cleaning for [Holiday Period] and receive:</w:t>
      </w:r>
    </w:p>
    <w:p>
      <w:r>
        <w:t>[Offer]</w:t>
      </w:r>
    </w:p>
    <w:p>
      <w:r>
        <w:t>[Booking Link]</w:t>
      </w:r>
    </w:p>
    <w:p>
      <w:r>
        <w:t>Use genuine availability and expiration dates rather than manufactured urgency.</w:t>
      </w:r>
    </w:p>
    <w:p>
      <w:pPr>
        <w:pStyle w:val="ListNumber"/>
      </w:pPr>
      <w:r>
        <w:t>Back-to-School Promotion</w:t>
      </w:r>
    </w:p>
    <w:p>
      <w:r>
        <w:t>GET THE HOUSE BACK ON TRACK</w:t>
      </w:r>
    </w:p>
    <w:p>
      <w:r>
        <w:t>Start qualifying recurring cleaning during [Promotion Period] and receive:</w:t>
      </w:r>
    </w:p>
    <w:p>
      <w:r>
        <w:t>[Offer]</w:t>
      </w:r>
    </w:p>
    <w:p>
      <w:r>
        <w:t>[Estimate Link]</w:t>
      </w:r>
    </w:p>
    <w:p>
      <w:pPr>
        <w:pStyle w:val="ListNumber"/>
      </w:pPr>
      <w:r>
        <w:t>New-Year Promotion</w:t>
      </w:r>
    </w:p>
    <w:p>
      <w:r>
        <w:t>START THE YEAR WITH A CLEANER HOME</w:t>
      </w:r>
    </w:p>
    <w:p>
      <w:r>
        <w:t>Book an eligible [Deep / Recurring] cleaning by [Date]:</w:t>
      </w:r>
    </w:p>
    <w:p>
      <w:r>
        <w:t>[Offer]</w:t>
      </w:r>
    </w:p>
    <w:p>
      <w:r>
        <w:t>[Link]</w:t>
      </w:r>
    </w:p>
    <w:p>
      <w:pPr>
        <w:pStyle w:val="ListNumber"/>
      </w:pPr>
      <w:r>
        <w:t>Move-In / Move-Out Promotion</w:t>
      </w:r>
    </w:p>
    <w:p>
      <w:r>
        <w:t>MOVING?</w:t>
      </w:r>
    </w:p>
    <w:p>
      <w:r>
        <w:t>Receive [Offer] on an eligible move-in or move-out cleaning.</w:t>
      </w:r>
    </w:p>
    <w:p>
      <w:r>
        <w:t>Service must be completed by: [Date]</w:t>
      </w:r>
    </w:p>
    <w:p>
      <w:r>
        <w:t>[Estimate Link]</w:t>
      </w:r>
    </w:p>
    <w:p>
      <w:pPr>
        <w:pStyle w:val="ListNumber"/>
      </w:pPr>
      <w:r>
        <w:t>Realtor Partner Offer</w:t>
      </w:r>
    </w:p>
    <w:p>
      <w:r>
        <w:t>CLEANING FOR YOUR NEXT LISTING OR CLOSING</w:t>
      </w:r>
    </w:p>
    <w:p>
      <w:r>
        <w:t>Realtor-referred customers receive:</w:t>
      </w:r>
    </w:p>
    <w:p>
      <w:r>
        <w:t>[Offer, if applicable]</w:t>
      </w:r>
    </w:p>
    <w:p>
      <w:r>
        <w:t>Eligible services:</w:t>
      </w:r>
    </w:p>
    <w:p>
      <w:r>
        <w:t>✓ Move-In</w:t>
      </w:r>
    </w:p>
    <w:p>
      <w:r>
        <w:t>✓ Move-Out</w:t>
      </w:r>
    </w:p>
    <w:p>
      <w:r>
        <w:t>✓ Deep Cleaning</w:t>
      </w:r>
    </w:p>
    <w:p>
      <w:r>
        <w:t>✓ [Service]</w:t>
      </w:r>
    </w:p>
    <w:p>
      <w:r>
        <w:t>Partner Code: [CODE]</w:t>
      </w:r>
    </w:p>
    <w:p>
      <w:r>
        <w:t>[Terms]</w:t>
      </w:r>
    </w:p>
    <w:p>
      <w:pPr>
        <w:pStyle w:val="ListNumber"/>
      </w:pPr>
      <w:r>
        <w:t>Property Manager Volume Offer</w:t>
      </w:r>
    </w:p>
    <w:p>
      <w:r>
        <w:t>TURNOVER CLEANING FOR PROPERTY MANAGERS</w:t>
      </w:r>
    </w:p>
    <w:p>
      <w:r>
        <w:t>For qualifying property-management accounts:</w:t>
      </w:r>
    </w:p>
    <w:p>
      <w:r>
        <w:t>[Volume / Service Offer]</w:t>
      </w:r>
    </w:p>
    <w:p>
      <w:r>
        <w:t>Examples:</w:t>
      </w:r>
    </w:p>
    <w:p>
      <w:r>
        <w:t>[Pricing tier]</w:t>
      </w:r>
    </w:p>
    <w:p>
      <w:r>
        <w:t>[Priority scheduling policy]</w:t>
      </w:r>
    </w:p>
    <w:p>
      <w:r>
        <w:t>[Volume credit]</w:t>
      </w:r>
    </w:p>
    <w:p>
      <w:r>
        <w:t>[Bundled service]</w:t>
      </w:r>
    </w:p>
    <w:p>
      <w:r>
        <w:t>Avoid promising priority or capacity that operations cannot actually deliver.</w:t>
      </w:r>
    </w:p>
    <w:p>
      <w:pPr>
        <w:pStyle w:val="ListNumber"/>
      </w:pPr>
      <w:r>
        <w:t>Customer Win-Back Offer</w:t>
      </w:r>
    </w:p>
    <w:p>
      <w:r>
        <w:t>WE'D LOVE TO CLEAN FOR YOU AGAIN</w:t>
      </w:r>
    </w:p>
    <w:p>
      <w:r>
        <w:t>Returning eligible customers receive:</w:t>
      </w:r>
    </w:p>
    <w:p>
      <w:r>
        <w:t>[Offer]</w:t>
      </w:r>
    </w:p>
    <w:p>
      <w:r>
        <w:t>on their next qualifying service through [Date].</w:t>
      </w:r>
    </w:p>
    <w:p>
      <w:r>
        <w:t>[Booking Link]</w:t>
      </w:r>
    </w:p>
    <w:p>
      <w:r>
        <w:t>Code: [CODE]</w:t>
      </w:r>
    </w:p>
    <w:p>
      <w:pPr>
        <w:pStyle w:val="ListNumber"/>
      </w:pPr>
      <w:r>
        <w:t>Referral Promotion</w:t>
      </w:r>
    </w:p>
    <w:p>
      <w:r>
        <w:t>REFER A CUSTOMER. EARN [REWARD].</w:t>
      </w:r>
    </w:p>
    <w:p>
      <w:r>
        <w:t>When your qualifying referral completes [Qualification Event]:</w:t>
      </w:r>
    </w:p>
    <w:p>
      <w:r>
        <w:t>You receive: [Reward]</w:t>
      </w:r>
    </w:p>
    <w:p>
      <w:r>
        <w:t>They receive: [Offer, if applicable]</w:t>
      </w:r>
    </w:p>
    <w:p>
      <w:r>
        <w:t>[Referral Link]</w:t>
      </w:r>
    </w:p>
    <w:p>
      <w:r>
        <w:t>[Program Terms]</w:t>
      </w:r>
    </w:p>
    <w:p>
      <w:pPr>
        <w:pStyle w:val="ListNumber"/>
      </w:pPr>
      <w:r>
        <w:t>Customer Appreciation Offer</w:t>
      </w:r>
    </w:p>
    <w:p>
      <w:r>
        <w:t>THANK YOU FOR CHOOSING [COMPANY NAME]</w:t>
      </w:r>
    </w:p>
    <w:p>
      <w:r>
        <w:t>As a thank-you to qualifying current customers:</w:t>
      </w:r>
    </w:p>
    <w:p>
      <w:r>
        <w:t>[Offer]</w:t>
      </w:r>
    </w:p>
    <w:p>
      <w:r>
        <w:t>Valid for [Eligible Service / Add-On] through [Date].</w:t>
      </w:r>
    </w:p>
    <w:p>
      <w:r>
        <w:t>[Customer Booking Link]</w:t>
      </w:r>
    </w:p>
    <w:p>
      <w:pPr>
        <w:pStyle w:val="ListNumber"/>
      </w:pPr>
      <w:r>
        <w:t>Gift Card Promotion</w:t>
      </w:r>
    </w:p>
    <w:p>
      <w:r>
        <w:t>GIVE THE GIFT OF A CLEANER HOME</w:t>
      </w:r>
    </w:p>
    <w:p>
      <w:r>
        <w:t>Purchase an eligible cleaning gift card:</w:t>
      </w:r>
    </w:p>
    <w:p>
      <w:r>
        <w:t>Pay $[Amount] → Receive $[Value]</w:t>
      </w:r>
    </w:p>
    <w:p>
      <w:r>
        <w:t>or</w:t>
      </w:r>
    </w:p>
    <w:p>
      <w:r>
        <w:t>Purchase $[Amount] → Receive [Bonus]</w:t>
      </w:r>
    </w:p>
    <w:p>
      <w:r>
        <w:t>[Gift Card Link]</w:t>
      </w:r>
    </w:p>
    <w:p>
      <w:r>
        <w:t>Gift certificates and promotional gift cards can be subject to specific expiration, disclosure,</w:t>
      </w:r>
    </w:p>
    <w:p>
      <w:r>
        <w:t>unclaimed-property, consumer-protection, and accounting requirements. Review</w:t>
      </w:r>
    </w:p>
    <w:p>
      <w:r>
        <w:t>applicable rules before using this structure.</w:t>
      </w:r>
    </w:p>
    <w:p>
      <w:pPr>
        <w:pStyle w:val="ListNumber"/>
      </w:pPr>
      <w:r>
        <w:t>Limited Availability Promotion</w:t>
      </w:r>
    </w:p>
    <w:p>
      <w:r>
        <w:t>[SERVICE] OPENINGS AVAILABLE</w:t>
      </w:r>
    </w:p>
    <w:p>
      <w:r>
        <w:t>We currently have [accurate availability] for [Service Type] in [Area].</w:t>
      </w:r>
    </w:p>
    <w:p>
      <w:r>
        <w:t>Book an eligible service and receive:</w:t>
      </w:r>
    </w:p>
    <w:p>
      <w:r>
        <w:t>[Offer]</w:t>
      </w:r>
    </w:p>
    <w:p>
      <w:r>
        <w:t>[Link]</w:t>
      </w:r>
    </w:p>
    <w:p>
      <w:r>
        <w:t>Do not use fake scarcity.</w:t>
      </w:r>
    </w:p>
    <w:p>
      <w:pPr>
        <w:pStyle w:val="ListNumber"/>
      </w:pPr>
      <w:r>
        <w:t>No-Discount Promotion</w:t>
      </w:r>
    </w:p>
    <w:p>
      <w:r>
        <w:t>Promotions do not have to mean lower prices.</w:t>
      </w:r>
    </w:p>
    <w:p>
      <w:r>
        <w:t>NOW ACCEPTING NEW RECURRING CUSTOMERS IN [AREA]</w:t>
      </w:r>
    </w:p>
    <w:p>
      <w:r>
        <w:t>Available schedules include:</w:t>
      </w:r>
    </w:p>
    <w:p>
      <w:r>
        <w:t>[Frequency]</w:t>
      </w:r>
    </w:p>
    <w:p>
      <w:r>
        <w:t>[Frequency]</w:t>
      </w:r>
    </w:p>
    <w:p>
      <w:r>
        <w:t>[Frequency]</w:t>
      </w:r>
    </w:p>
    <w:p>
      <w:r>
        <w:t>Request your cleaning estimate:</w:t>
      </w:r>
    </w:p>
    <w:p>
      <w:r>
        <w:t>[Link]</w:t>
      </w:r>
    </w:p>
    <w:p>
      <w:r>
        <w:t>This can be a better campaign when demand is already strong.</w:t>
      </w:r>
    </w:p>
    <w:p>
      <w:pPr>
        <w:pStyle w:val="ListNumber"/>
      </w:pPr>
      <w:r>
        <w:t>Priority Booking Promotion</w:t>
      </w:r>
    </w:p>
    <w:p>
      <w:r>
        <w:t>RESERVE YOUR [SEASON] CLEANING EARLY</w:t>
      </w:r>
    </w:p>
    <w:p>
      <w:r>
        <w:t>We're now scheduling [Service Type] for [Period].</w:t>
      </w:r>
    </w:p>
    <w:p>
      <w:r>
        <w:t>Reserve an eligible appointment before [Date].</w:t>
      </w:r>
    </w:p>
    <w:p>
      <w:r>
        <w:t>[Booking Link]</w:t>
      </w:r>
    </w:p>
    <w:p>
      <w:r>
        <w:t>No discount is necessary if the value is access to genuine limited scheduling capacity.</w:t>
      </w:r>
    </w:p>
    <w:p>
      <w:pPr>
        <w:pStyle w:val="ListNumber"/>
      </w:pPr>
      <w:r>
        <w:t>Promotion Email</w:t>
      </w:r>
    </w:p>
    <w:p>
      <w:r>
        <w:t>Subject: [Offer] from [Company Name]</w:t>
      </w:r>
    </w:p>
    <w:p>
      <w:r>
        <w:t>Hi [First Name],</w:t>
      </w:r>
    </w:p>
    <w:p>
      <w:r>
        <w:t>We're currently offering:</w:t>
      </w:r>
    </w:p>
    <w:p>
      <w:r>
        <w:t>[Offer]</w:t>
      </w:r>
    </w:p>
    <w:p>
      <w:r>
        <w:t>for qualifying [Service / Customer Type].</w:t>
      </w:r>
    </w:p>
    <w:p>
      <w:r>
        <w:t>Valid Through: [Date]</w:t>
      </w:r>
    </w:p>
    <w:p>
      <w:r>
        <w:t>Eligibility: [Short Conditions]</w:t>
      </w:r>
    </w:p>
    <w:p>
      <w:r>
        <w:t>If you'd like to request service:</w:t>
      </w:r>
    </w:p>
    <w:p>
      <w:r>
        <w:t>[Link]</w:t>
      </w:r>
    </w:p>
    <w:p>
      <w:r>
        <w:t>Thanks,</w:t>
      </w:r>
    </w:p>
    <w:p>
      <w:r>
        <w:t>[Company Name]</w:t>
      </w:r>
    </w:p>
    <w:p>
      <w:pPr>
        <w:pStyle w:val="ListNumber"/>
      </w:pPr>
      <w:r>
        <w:t>Promotional Text</w:t>
      </w:r>
    </w:p>
    <w:p>
      <w:r>
        <w:t>Hi [First Name], [Company Name] is offering [Offer] on qualifying [Service] through [Date].</w:t>
      </w:r>
    </w:p>
    <w:p>
      <w:r>
        <w:t>Details: [Link]. [Required opt-out language/process where applicable.]</w:t>
      </w:r>
    </w:p>
    <w:p>
      <w:pPr>
        <w:pStyle w:val="ListNumber"/>
      </w:pPr>
      <w:r>
        <w:t>Social Promotion</w:t>
      </w:r>
    </w:p>
    <w:p>
      <w:r>
        <w:t>[OFFER HEADLINE]</w:t>
      </w:r>
    </w:p>
    <w:p>
      <w:r>
        <w:t>Need help with [Cleaning Problem]?</w:t>
      </w:r>
    </w:p>
    <w:p>
      <w:r>
        <w:t>For a limited, genuine promotion period, we're offering:</w:t>
      </w:r>
    </w:p>
    <w:p>
      <w:r>
        <w:t>[Offer]</w:t>
      </w:r>
    </w:p>
    <w:p>
      <w:r>
        <w:t>on qualifying [Service].</w:t>
      </w:r>
    </w:p>
    <w:p>
      <w:r>
        <w:t>Valid through [Date].</w:t>
      </w:r>
    </w:p>
    <w:p>
      <w:r>
        <w:t>See details:</w:t>
      </w:r>
    </w:p>
    <w:p>
      <w:r>
        <w:t>[Link]</w:t>
      </w:r>
    </w:p>
    <w:p>
      <w:pPr>
        <w:pStyle w:val="ListNumber"/>
      </w:pPr>
      <w:r>
        <w:t>Flyer Promotion Block</w:t>
      </w:r>
    </w:p>
    <w:p>
      <w:r>
        <w:t>SPECIAL OFFER</w:t>
      </w:r>
    </w:p>
    <w:p>
      <w:r>
        <w:t>[OFFER]</w:t>
      </w:r>
    </w:p>
    <w:p>
      <w:r>
        <w:t>For qualifying [Customer / Service].</w:t>
      </w:r>
    </w:p>
    <w:p>
      <w:r>
        <w:t>Code: [CODE]</w:t>
      </w:r>
    </w:p>
    <w:p>
      <w:r>
        <w:t>Valid Through: [Date]</w:t>
      </w:r>
    </w:p>
    <w:p>
      <w:r>
        <w:t>[QR CODE]</w:t>
      </w:r>
    </w:p>
    <w:p>
      <w:r>
        <w:t>GET AN ESTIMATE</w:t>
      </w:r>
    </w:p>
    <w:p>
      <w:r>
        <w:t>[Website]</w:t>
      </w:r>
    </w:p>
    <w:p>
      <w:r>
        <w:t>Material terms: [Short Terms]</w:t>
      </w:r>
    </w:p>
    <w:p>
      <w:pPr>
        <w:pStyle w:val="ListNumber"/>
      </w:pPr>
      <w:r>
        <w:t>Promotion Landing Page Framework</w:t>
      </w:r>
    </w:p>
    <w:p>
      <w:r>
        <w:t>[OFFER HEADLINE]</w:t>
      </w:r>
    </w:p>
    <w:p>
      <w:r>
        <w:t>[One-sentence value proposition]</w:t>
      </w:r>
    </w:p>
    <w:p>
      <w:r>
        <w:t>WHAT YOU GET</w:t>
      </w:r>
    </w:p>
    <w:p>
      <w:r>
        <w:t>[Service]</w:t>
      </w:r>
    </w:p>
    <w:p>
      <w:r>
        <w:t>[Offer]</w:t>
      </w:r>
    </w:p>
    <w:p>
      <w:r>
        <w:t>[Value]</w:t>
      </w:r>
    </w:p>
    <w:p>
      <w:r>
        <w:t>WHO QUALIFIES?</w:t>
      </w:r>
    </w:p>
    <w:p>
      <w:r>
        <w:t>[Eligibility]</w:t>
      </w:r>
    </w:p>
    <w:p>
      <w:r>
        <w:t>HOW IT WORKS</w:t>
      </w:r>
    </w:p>
    <w:p>
      <w:pPr>
        <w:pStyle w:val="ListNumber"/>
      </w:pPr>
      <w:r>
        <w:t>Request an estimate</w:t>
      </w:r>
    </w:p>
    <w:p>
      <w:pPr>
        <w:pStyle w:val="ListNumber"/>
      </w:pPr>
      <w:r>
        <w:t>Enter code [CODE]</w:t>
      </w:r>
    </w:p>
    <w:p>
      <w:pPr>
        <w:pStyle w:val="ListNumber"/>
      </w:pPr>
      <w:r>
        <w:t>Book qualifying service</w:t>
      </w:r>
    </w:p>
    <w:p>
      <w:pPr>
        <w:pStyle w:val="ListNumber"/>
      </w:pPr>
      <w:r>
        <w:t>Receive applicable promotion</w:t>
      </w:r>
    </w:p>
    <w:p>
      <w:r>
        <w:t>EXPIRATION</w:t>
      </w:r>
    </w:p>
    <w:p>
      <w:r>
        <w:t>[Date / Condition]</w:t>
      </w:r>
    </w:p>
    <w:p>
      <w:r>
        <w:t>TERMS</w:t>
      </w:r>
    </w:p>
    <w:p>
      <w:r>
        <w:t>[Full Material Terms]</w:t>
      </w:r>
    </w:p>
    <w:p>
      <w:r>
        <w:t>REQUEST AN ESTIMATE</w:t>
      </w:r>
    </w:p>
    <w:p>
      <w:r>
        <w:t>[CTA]</w:t>
      </w:r>
    </w:p>
    <w:p>
      <w:r>
        <w:t>Promotion Planning Worksheet</w:t>
      </w:r>
    </w:p>
    <w:p>
      <w:r>
        <w:t>Before publishing an offer, complete this section.</w:t>
      </w:r>
    </w:p>
    <w:p>
      <w:r>
        <w:t>Campaign Name:</w:t>
      </w:r>
    </w:p>
    <w:p>
      <w:r>
        <w:t>Goal:</w:t>
      </w:r>
    </w:p>
    <w:p>
      <w:r>
        <w:t>Audience:</w:t>
      </w:r>
    </w:p>
    <w:p>
      <w:r>
        <w:t>Service:</w:t>
      </w:r>
    </w:p>
    <w:p>
      <w:r>
        <w:t>Normal Price: $</w:t>
      </w:r>
    </w:p>
    <w:p>
      <w:r>
        <w:t>Offer:</w:t>
      </w:r>
    </w:p>
    <w:p>
      <w:r>
        <w:t>Offer Cost: $</w:t>
      </w:r>
    </w:p>
    <w:p>
      <w:r>
        <w:t>Minimum Job Price: $</w:t>
      </w:r>
    </w:p>
    <w:p>
      <w:r>
        <w:t>Start Date:</w:t>
      </w:r>
    </w:p>
    <w:p>
      <w:r>
        <w:t>End Date:</w:t>
      </w:r>
    </w:p>
    <w:p>
      <w:r>
        <w:t>Service Area:</w:t>
      </w:r>
    </w:p>
    <w:p>
      <w:r>
        <w:t>Maximum Redemptions:</w:t>
      </w:r>
    </w:p>
    <w:p>
      <w:r>
        <w:t>Promo Code:</w:t>
      </w:r>
    </w:p>
    <w:p>
      <w:r>
        <w:t>Landing Page:</w:t>
      </w:r>
    </w:p>
    <w:p>
      <w:r>
        <w:t>Promotion Economics</w:t>
      </w:r>
    </w:p>
    <w:p>
      <w:r>
        <w:t>A promotion that produces lots of bookings can still lose money.</w:t>
      </w:r>
    </w:p>
    <w:p>
      <w:r>
        <w:t>Normal Job Economics</w:t>
      </w:r>
    </w:p>
    <w:p>
      <w:r>
        <w:t>Normal Revenue: $</w:t>
      </w:r>
    </w:p>
    <w:p>
      <w:r>
        <w:t>Direct Labor: $</w:t>
      </w:r>
    </w:p>
    <w:p>
      <w:r>
        <w:t>Supplies: $</w:t>
      </w:r>
    </w:p>
    <w:p>
      <w:r>
        <w:t>Travel / Other Direct Costs: $</w:t>
      </w:r>
    </w:p>
    <w:p>
      <w:r>
        <w:t>Processing / Variable Costs: $</w:t>
      </w:r>
    </w:p>
    <w:p>
      <w:r>
        <w:t>Contribution Profit Before Promotion: $</w:t>
      </w:r>
    </w:p>
    <w:p>
      <w:r>
        <w:t>Promotional Job Economics</w:t>
      </w:r>
    </w:p>
    <w:p>
      <w:r>
        <w:t>Normal Revenue: $</w:t>
      </w:r>
    </w:p>
    <w:p>
      <w:r>
        <w:t>Discount: $()</w:t>
      </w:r>
    </w:p>
    <w:p>
      <w:r>
        <w:t>Promotional Revenue: $</w:t>
      </w:r>
    </w:p>
    <w:p>
      <w:r>
        <w:t>Direct Costs: $()</w:t>
      </w:r>
    </w:p>
    <w:p>
      <w:r>
        <w:t>Contribution Profit After Promotion</w:t>
      </w:r>
    </w:p>
    <w:p>
      <w:r>
        <w:t>$</w:t>
      </w:r>
    </w:p>
    <w:p>
      <w:r>
        <w:t>Contribution Margin</w:t>
      </w:r>
    </w:p>
    <w:p>
      <w:r>
        <w:t>%</w:t>
      </w:r>
    </w:p>
    <w:p>
      <w:r>
        <w:t>Example</w:t>
      </w:r>
    </w:p>
    <w:p>
      <w:r>
        <w:t>Suppose:</w:t>
      </w:r>
    </w:p>
    <w:p>
      <w:r>
        <w:t>Normal Price: $240</w:t>
      </w:r>
    </w:p>
    <w:p>
      <w:r>
        <w:t>Direct Costs: $150</w:t>
      </w:r>
    </w:p>
    <w:p>
      <w:r>
        <w:t>Normal contribution profit:</w:t>
      </w:r>
    </w:p>
    <w:p>
      <w:r>
        <w:t>$90</w:t>
      </w:r>
    </w:p>
    <w:p>
      <w:r>
        <w:t>Normal contribution margin:</w:t>
      </w:r>
    </w:p>
    <w:p>
      <w:r>
        <w:t>37.5%</w:t>
      </w:r>
    </w:p>
    <w:p>
      <w:r>
        <w:t>Now offer $40 off.</w:t>
      </w:r>
    </w:p>
    <w:p>
      <w:r>
        <w:t>Promotional revenue:</w:t>
      </w:r>
    </w:p>
    <w:p>
      <w:r>
        <w:t>$200</w:t>
      </w:r>
    </w:p>
    <w:p>
      <w:r>
        <w:t>Assuming direct costs remain $150:</w:t>
      </w:r>
    </w:p>
    <w:p>
      <w:r>
        <w:t>Promotional contribution profit:</w:t>
      </w:r>
    </w:p>
    <w:p>
      <w:r>
        <w:t>$50</w:t>
      </w:r>
    </w:p>
    <w:p>
      <w:r>
        <w:t>Promotional contribution margin:</w:t>
      </w:r>
    </w:p>
    <w:p>
      <w:r>
        <w:t>25%</w:t>
      </w:r>
    </w:p>
    <w:p>
      <w:r>
        <w:t>A 16.7% customer discount reduced contribution profit by 44.4%.</w:t>
      </w:r>
    </w:p>
    <w:p>
      <w:r>
        <w:t>That is why discount percentage alone is a poor way to evaluate a promotion.</w:t>
      </w:r>
    </w:p>
    <w:p>
      <w:r>
        <w:t>Maximum Affordable Discount</w:t>
      </w:r>
    </w:p>
    <w:p>
      <w:r>
        <w:t>One useful guardrail is:</w:t>
      </w:r>
    </w:p>
    <w:p>
      <w:r>
        <w:t>Maximum Discount = Normal Price − Required Revenue at Minimum Acceptable</w:t>
      </w:r>
    </w:p>
    <w:p>
      <w:r>
        <w:t>Margin</w:t>
      </w:r>
    </w:p>
    <w:p>
      <w:r>
        <w:t>If the business requires a 25% contribution margin and direct costs are $150:</w:t>
      </w:r>
    </w:p>
    <w:p>
      <w:r>
        <w:t>Required Revenue = $150 ÷ (1 − 25%)</w:t>
      </w:r>
    </w:p>
    <w:p>
      <w:r>
        <w:t>Required Revenue = $200</w:t>
      </w:r>
    </w:p>
    <w:p>
      <w:r>
        <w:t>At a normal $240 price:</w:t>
      </w:r>
    </w:p>
    <w:p>
      <w:r>
        <w:t>Maximum Discount = $40</w:t>
      </w:r>
    </w:p>
    <w:p>
      <w:r>
        <w:t>This does not account for every business cost, tax consideration, or capacity constraint, but</w:t>
      </w:r>
    </w:p>
    <w:p>
      <w:r>
        <w:t>it provides a useful screening calculation.</w:t>
      </w:r>
    </w:p>
    <w:p>
      <w:r>
        <w:t>Customer Lifetime Value Consideration</w:t>
      </w:r>
    </w:p>
    <w:p>
      <w:r>
        <w:t>A lower first-job margin may make sense when the campaign reliably acquires valuable</w:t>
      </w:r>
    </w:p>
    <w:p>
      <w:r>
        <w:t>recurring customers.</w:t>
      </w:r>
    </w:p>
    <w:p>
      <w:r>
        <w:t>Track:</w:t>
      </w:r>
    </w:p>
    <w:p>
      <w:r>
        <w:t>First Job Revenue: $</w:t>
      </w:r>
    </w:p>
    <w:p>
      <w:r>
        <w:t>First Job Contribution: $</w:t>
      </w:r>
    </w:p>
    <w:p>
      <w:r>
        <w:t>90-Day Revenue: $</w:t>
      </w:r>
    </w:p>
    <w:p>
      <w:r>
        <w:t>12-Month Revenue: $</w:t>
      </w:r>
    </w:p>
    <w:p>
      <w:r>
        <w:t>12-Month Contribution: $</w:t>
      </w:r>
    </w:p>
    <w:p>
      <w:r>
        <w:t>Customer Acquisition Cost: $</w:t>
      </w:r>
    </w:p>
    <w:p>
      <w:r>
        <w:t>Promotion Cost: $</w:t>
      </w:r>
    </w:p>
    <w:p>
      <w:r>
        <w:t>Net Customer Value: $</w:t>
      </w:r>
    </w:p>
    <w:p>
      <w:r>
        <w:t>Do not assume a customer will become recurring simply because the promotion is</w:t>
      </w:r>
    </w:p>
    <w:p>
      <w:r>
        <w:t>intended to attract recurring customers.</w:t>
      </w:r>
    </w:p>
    <w:p>
      <w:r>
        <w:t>Measure what actually happens.</w:t>
      </w:r>
    </w:p>
    <w:p>
      <w:r>
        <w:t>Promotion Performance Tracker</w:t>
      </w:r>
    </w:p>
    <w:p>
      <w:r>
        <w:t>Campaign</w:t>
      </w:r>
    </w:p>
    <w:p>
      <w:r>
        <w:t>Leads</w:t>
      </w:r>
    </w:p>
    <w:p>
      <w:r>
        <w:t>Bookings</w:t>
      </w:r>
    </w:p>
    <w:p>
      <w:r>
        <w:t>Redemptions</w:t>
      </w:r>
    </w:p>
    <w:p>
      <w:r>
        <w:t>Revenue</w:t>
      </w:r>
    </w:p>
    <w:p>
      <w:r>
        <w:t>Discounts</w:t>
      </w:r>
    </w:p>
    <w:p>
      <w:r>
        <w:t>Contribution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$</w:t>
      </w:r>
    </w:p>
    <w:p>
      <w:r>
        <w:t>$</w:t>
      </w:r>
    </w:p>
    <w:p>
      <w:r>
        <w:t>$</w:t>
      </w:r>
    </w:p>
    <w:p>
      <w:r>
        <w:t>Track:</w:t>
      </w:r>
    </w:p>
    <w:p>
      <w:r>
        <w:t>Lead-to-Booking Rate</w:t>
      </w:r>
    </w:p>
    <w:p>
      <w:r>
        <w:t>%</w:t>
      </w:r>
    </w:p>
    <w:p>
      <w:r>
        <w:t>Redemption Rate</w:t>
      </w:r>
    </w:p>
    <w:p>
      <w:r>
        <w:t>%</w:t>
      </w:r>
    </w:p>
    <w:p>
      <w:r>
        <w:t>Average Discount</w:t>
      </w:r>
    </w:p>
    <w:p>
      <w:r>
        <w:t>$</w:t>
      </w:r>
    </w:p>
    <w:p>
      <w:r>
        <w:t>Customer Acquisition Cost</w:t>
      </w:r>
    </w:p>
    <w:p>
      <w:r>
        <w:t>$</w:t>
      </w:r>
    </w:p>
    <w:p>
      <w:r>
        <w:t>Revenue Per New Customer</w:t>
      </w:r>
    </w:p>
    <w:p>
      <w:r>
        <w:t>$</w:t>
      </w:r>
    </w:p>
    <w:p>
      <w:r>
        <w:t>Recurring Conversion</w:t>
      </w:r>
    </w:p>
    <w:p>
      <w:r>
        <w:t>%</w:t>
      </w:r>
    </w:p>
    <w:p>
      <w:r>
        <w:t>90-Day Revenue</w:t>
      </w:r>
    </w:p>
    <w:p>
      <w:r>
        <w:t>$</w:t>
      </w:r>
    </w:p>
    <w:p>
      <w:r>
        <w:t>12-Month Revenue</w:t>
      </w:r>
    </w:p>
    <w:p>
      <w:r>
        <w:t>$</w:t>
      </w:r>
    </w:p>
    <w:p>
      <w:r>
        <w:t>Promo Code Structure</w:t>
      </w:r>
    </w:p>
    <w:p>
      <w:r>
        <w:t>Use codes that make attribution easy.</w:t>
      </w:r>
    </w:p>
    <w:p>
      <w:r>
        <w:t>Examples:</w:t>
      </w:r>
    </w:p>
    <w:p>
      <w:r>
        <w:t>NEW25</w:t>
      </w:r>
    </w:p>
    <w:p>
      <w:r>
        <w:t>SPRING26</w:t>
      </w:r>
    </w:p>
    <w:p>
      <w:r>
        <w:t>DEEPCLEAN50</w:t>
      </w:r>
    </w:p>
    <w:p>
      <w:r>
        <w:t>REALTOR26</w:t>
      </w:r>
    </w:p>
    <w:p>
      <w:r>
        <w:t>WINBACK30</w:t>
      </w:r>
    </w:p>
    <w:p>
      <w:r>
        <w:t>Avoid codes containing sensitive customer information.</w:t>
      </w:r>
    </w:p>
    <w:p>
      <w:r>
        <w:t>Promotion Guardrails</w:t>
      </w:r>
    </w:p>
    <w:p>
      <w:r>
        <w:t>Before launching:</w:t>
      </w:r>
    </w:p>
    <w:p>
      <w:r>
        <w:t>☐ Margin checked</w:t>
      </w:r>
    </w:p>
    <w:p>
      <w:r>
        <w:t>☐ Minimum charge protected</w:t>
      </w:r>
    </w:p>
    <w:p>
      <w:r>
        <w:t>☐ Eligible services defined</w:t>
      </w:r>
    </w:p>
    <w:p>
      <w:r>
        <w:t>☐ Eligible customers defined</w:t>
      </w:r>
    </w:p>
    <w:p>
      <w:r>
        <w:t>☐ Start/end dates defined</w:t>
      </w:r>
    </w:p>
    <w:p>
      <w:r>
        <w:t>☐ Maximum discount defined</w:t>
      </w:r>
    </w:p>
    <w:p>
      <w:r>
        <w:t>☐ Redemption limits defined</w:t>
      </w:r>
    </w:p>
    <w:p>
      <w:r>
        <w:t>☐ Combination rules defined</w:t>
      </w:r>
    </w:p>
    <w:p>
      <w:r>
        <w:t>☐ Cancellation/refund handling defined</w:t>
      </w:r>
    </w:p>
    <w:p>
      <w:r>
        <w:t>☐ Promo code configured</w:t>
      </w:r>
    </w:p>
    <w:p>
      <w:r>
        <w:t>☐ Landing page ready</w:t>
      </w:r>
    </w:p>
    <w:p>
      <w:r>
        <w:t>☐ Scheduling capacity checked</w:t>
      </w:r>
    </w:p>
    <w:p>
      <w:r>
        <w:t>☐ Staff informed</w:t>
      </w:r>
    </w:p>
    <w:p>
      <w:r>
        <w:t>☐ Terms reviewed</w:t>
      </w:r>
    </w:p>
    <w:p>
      <w:r>
        <w:t>☐ Tracking configured</w:t>
      </w:r>
    </w:p>
    <w:p>
      <w:r>
        <w:t>Discount Stacking</w:t>
      </w:r>
    </w:p>
    <w:p>
      <w:r>
        <w:t>Decide whether promotions can be combined.</w:t>
      </w:r>
    </w:p>
    <w:p>
      <w:r>
        <w:t>Can combine with referral credit?</w:t>
      </w:r>
    </w:p>
    <w:p>
      <w:r>
        <w:t>☐ Yes ☐ No</w:t>
      </w:r>
    </w:p>
    <w:p>
      <w:r>
        <w:t>Can combine with gift card?</w:t>
      </w:r>
    </w:p>
    <w:p>
      <w:r>
        <w:t>☐ Yes ☐ No</w:t>
      </w:r>
    </w:p>
    <w:p>
      <w:r>
        <w:t>Can combine with recurring discount?</w:t>
      </w:r>
    </w:p>
    <w:p>
      <w:r>
        <w:t>☐ Yes ☐ No</w:t>
      </w:r>
    </w:p>
    <w:p>
      <w:r>
        <w:t>Can combine with another promotion?</w:t>
      </w:r>
    </w:p>
    <w:p>
      <w:r>
        <w:t>☐ Yes ☐ No</w:t>
      </w:r>
    </w:p>
    <w:p>
      <w:r>
        <w:t>Maximum Total Discount:</w:t>
      </w:r>
    </w:p>
    <w:p>
      <w:r>
        <w:t>Document the rules before customers start asking.</w:t>
      </w:r>
    </w:p>
    <w:p>
      <w:r>
        <w:t>Cancellation &amp; Refund Treatment</w:t>
      </w:r>
    </w:p>
    <w:p>
      <w:r>
        <w:t>Define what happens if:</w:t>
      </w:r>
    </w:p>
    <w:p>
      <w:r>
        <w:t>Customer cancels qualifying service:</w:t>
      </w:r>
    </w:p>
    <w:p>
      <w:r>
        <w:t>Service is partially refunded:</w:t>
      </w:r>
    </w:p>
    <w:p>
      <w:r>
        <w:t>Recurring commitment ends early:</w:t>
      </w:r>
    </w:p>
    <w:p>
      <w:r>
        <w:t>Promotion was issued as account credit:</w:t>
      </w:r>
    </w:p>
    <w:p>
      <w:r>
        <w:t>Customer disputes eligibility:</w:t>
      </w:r>
    </w:p>
    <w:p>
      <w:r>
        <w:t>These terms may require legal review.</w:t>
      </w:r>
    </w:p>
    <w:p>
      <w:r>
        <w:t>Promotion Results Review</w:t>
      </w:r>
    </w:p>
    <w:p>
      <w:r>
        <w:t>After the campaign, ask:</w:t>
      </w:r>
    </w:p>
    <w:p>
      <w:r>
        <w:t>Did it generate incremental customers?</w:t>
      </w:r>
    </w:p>
    <w:p>
      <w:r>
        <w:t>Did customers simply shift bookings they would have made anyway?</w:t>
      </w:r>
    </w:p>
    <w:p>
      <w:r>
        <w:t>Were promoted jobs profitable?</w:t>
      </w:r>
    </w:p>
    <w:p>
      <w:r>
        <w:t>How many became recurring customers?</w:t>
      </w:r>
    </w:p>
    <w:p>
      <w:r>
        <w:t>Which acquisition source performed best?</w:t>
      </w:r>
    </w:p>
    <w:p>
      <w:r>
        <w:t>Did the campaign create scheduling problems?</w:t>
      </w:r>
    </w:p>
    <w:p>
      <w:r>
        <w:t>Should we repeat it?</w:t>
      </w:r>
    </w:p>
    <w:p>
      <w:r>
        <w:t>☐ Yes</w:t>
      </w:r>
    </w:p>
    <w:p>
      <w:r>
        <w:t>☐ Modify</w:t>
      </w:r>
    </w:p>
    <w:p>
      <w:r>
        <w:t>☐ No</w:t>
      </w:r>
    </w:p>
    <w:p>
      <w:r>
        <w:t>Better Alternatives to Discounting</w:t>
      </w:r>
    </w:p>
    <w:p>
      <w:r>
        <w:t>Before cutting price, consider offering:</w:t>
      </w:r>
    </w:p>
    <w:p>
      <w:r>
        <w:t>Low-cost add-on</w:t>
      </w:r>
    </w:p>
    <w:p>
      <w:r>
        <w:t>Scheduling convenience</w:t>
      </w:r>
    </w:p>
    <w:p>
      <w:r>
        <w:t>Service bundle</w:t>
      </w:r>
    </w:p>
    <w:p>
      <w:r>
        <w:t>Recurring-service benefit</w:t>
      </w:r>
    </w:p>
    <w:p>
      <w:r>
        <w:t>Referral credit</w:t>
      </w:r>
    </w:p>
    <w:p>
      <w:r>
        <w:t>Customer loyalty benefit</w:t>
      </w:r>
    </w:p>
    <w:p>
      <w:r>
        <w:t>Priority access where genuinely available</w:t>
      </w:r>
    </w:p>
    <w:p>
      <w:r>
        <w:t>Value-added service</w:t>
      </w:r>
    </w:p>
    <w:p>
      <w:r>
        <w:t>No promotion at all</w:t>
      </w:r>
    </w:p>
    <w:p>
      <w:r>
        <w:t>Sometimes the best marketing decision is to protect price.</w:t>
      </w:r>
    </w:p>
    <w:p>
      <w:r>
        <w:t>Advertising &amp; Promotion Notice</w:t>
      </w:r>
    </w:p>
    <w:p>
      <w:r>
        <w:t>Promotions may be subject to advertising, pricing, consumer-protection, tax, gift-card,</w:t>
      </w:r>
    </w:p>
    <w:p>
      <w:r>
        <w:t>communications, privacy, and other requirements.</w:t>
      </w:r>
    </w:p>
    <w:p>
      <w:r>
        <w:t>Material restrictions and eligibility conditions should be communicated clearly.</w:t>
      </w:r>
    </w:p>
    <w:p>
      <w:r>
        <w:t>Do not use fictitious regular prices, false expiration dates, misleading "limited time" claims,</w:t>
      </w:r>
    </w:p>
    <w:p>
      <w:r>
        <w:t>fake scarcity, or offers customers cannot realistically obtain.</w:t>
      </w:r>
    </w:p>
    <w:p>
      <w:r>
        <w:t>Email and SMS promotions may have additional consent and opt-out requirements.</w:t>
      </w:r>
    </w:p>
    <w:p>
      <w:r>
        <w:t>Template Notice</w:t>
      </w:r>
    </w:p>
    <w:p>
      <w:r>
        <w:t>This template is a general business and marketing resource and is not legal, accounting,</w:t>
      </w:r>
    </w:p>
    <w:p>
      <w:r>
        <w:t>tax, financial, advertising, or marketing-compliance advice.</w:t>
      </w:r>
    </w:p>
    <w:p>
      <w:r>
        <w:t>Review promotional economics using your actual costs and have terms reviewed where</w:t>
      </w:r>
    </w:p>
    <w:p>
      <w:r>
        <w:t>appropriate.</w:t>
      </w:r>
    </w:p>
    <w:p>
      <w:r>
        <w:t>Template Version: 1.0</w:t>
      </w:r>
    </w:p>
    <w:p>
      <w:r>
        <w:t>Updated: September 2026</w:t>
      </w:r>
    </w:p>
    <w:p>
      <w:r>
        <w:t>Template ID: TPL-MKT-008</w:t>
      </w:r>
    </w:p>
    <w:p>
      <w:r>
        <w:t>Provided by TidyOps</w:t>
      </w:r>
    </w:p>
    <w:p>
      <w:r>
        <w:t>For the template library:</w:t>
      </w:r>
    </w:p>
    <w:p>
      <w:r>
        <w:t>This one also suggests a useful future TidyOps capability: a promotion shouldn't just be a</w:t>
      </w:r>
    </w:p>
    <w:p>
      <w:r>
        <w:t>coupon-code field. TidyOps could enforce eligibility, date ranges, service restrictions,</w:t>
      </w:r>
    </w:p>
    <w:p>
      <w:r>
        <w:t>maximum discounts and stacking rules at the estimate/invoice level, while reporting</w:t>
      </w:r>
    </w:p>
    <w:p>
      <w:r>
        <w:t>the resulting leads, bookings, contribution margin, recurring conversions, and 90-day</w:t>
      </w:r>
    </w:p>
    <w:p>
      <w:r>
        <w:t>revenue.</w:t>
      </w:r>
    </w:p>
    <w:p>
      <w:r>
        <w:t>That would let an owner see something much more useful than “SPRING26 was</w:t>
      </w:r>
    </w:p>
    <w:p>
      <w:r>
        <w:t>redeemed 42 times”: “SPRING26 acquired 31 new customers, 14 became recurring,</w:t>
      </w:r>
    </w:p>
    <w:p>
      <w:r>
        <w:t>we gave up $1,480 in initial revenue, and the cohort generated $18,600 over the next</w:t>
      </w:r>
    </w:p>
    <w:p>
      <w:r>
        <w:t>90 days.”</w:t>
      </w:r>
    </w:p>
    <w:p>
      <w:r>
        <w:t>Template ID: TPL-MKT-008</w:t>
      </w:r>
    </w:p>
    <w:p>
      <w:r>
        <w:t>Slug: cleaning-business-promotional-offer-templates</w:t>
      </w:r>
    </w:p>
    <w:p>
      <w:r>
        <w:t>SEO Title: Cleaning Business Promotion Ideas &amp; Offer Templates</w:t>
      </w:r>
    </w:p>
    <w:p>
      <w:r>
        <w:t>Meta Description: Get free cleaning business promotion templates for new customers,</w:t>
      </w:r>
    </w:p>
    <w:p>
      <w:r>
        <w:t>Category: Sales &amp; Marketing</w:t>
      </w:r>
    </w:p>
    <w:p>
      <w:r>
        <w:t>Formats: DOCX, PDF, Copyable Web Templates</w:t>
      </w:r>
    </w:p>
    <w:p>
      <w:r>
        <w:t>Version: 1.0</w:t>
      </w:r>
    </w:p>
    <w:p>
      <w:r>
        <w:t>Updated: 2026-09</w:t>
      </w:r>
    </w:p>
    <w:p>
      <w:r>
        <w:t>Legal Review Flag: Promotional pricing / advertising / communications disclaimer</w:t>
      </w:r>
    </w:p>
    <w:p>
      <w:r>
        <w:t>Primary CTA: Manage Cleaning Pricing &amp; Promotions with TidyOps</w:t>
      </w:r>
    </w:p>
    <w:p>
      <w:r>
        <w:t>Product Route: Services / Pricing / Leads / Customers / Reporting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