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Business Startup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Start and organize your cleaning business step by step</w:t>
      </w:r>
    </w:p>
    <w:p>
      <w:r>
        <w:t>Business Name:</w:t>
      </w:r>
    </w:p>
    <w:p>
      <w:r>
        <w:t>Owner(s):</w:t>
      </w:r>
    </w:p>
    <w:p>
      <w:r>
        <w:t>Target Launch Date:</w:t>
      </w:r>
    </w:p>
    <w:p>
      <w:r>
        <w:t>Primary Service Area:</w:t>
      </w:r>
    </w:p>
    <w:p>
      <w:r>
        <w:t>Business Type:</w:t>
      </w:r>
    </w:p>
    <w:p>
      <w:r>
        <w:t>☐ Residential Cleaning</w:t>
      </w:r>
    </w:p>
    <w:p>
      <w:r>
        <w:t>☐ Commercial Cleaning</w:t>
      </w:r>
    </w:p>
    <w:p>
      <w:r>
        <w:t>☐ Vacation Rental Cleaning</w:t>
      </w:r>
    </w:p>
    <w:p>
      <w:r>
        <w:t>☐ Janitorial</w:t>
      </w:r>
    </w:p>
    <w:p>
      <w:r>
        <w:t>☐ Move-In / Move-Out Cleaning</w:t>
      </w:r>
    </w:p>
    <w:p>
      <w:r>
        <w:t>☐ Post-Construction Cleaning</w:t>
      </w:r>
    </w:p>
    <w:p>
      <w:r>
        <w:t>☐ Specialty Cleaning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DEFINE YOUR BUSINESS</w:t>
      </w:r>
    </w:p>
    <w:p>
      <w:r>
        <w:t>Before buying equipment or advertising, decide what kind of cleaning company you are building.</w:t>
      </w:r>
    </w:p>
    <w:p>
      <w:r>
        <w:t>☐ Choose your target customer</w:t>
      </w:r>
    </w:p>
    <w:p>
      <w:r>
        <w:t>☐ Decide which cleaning services you will offer</w:t>
      </w:r>
    </w:p>
    <w:p>
      <w:r>
        <w:t>☐ Define your initial service area</w:t>
      </w:r>
    </w:p>
    <w:p>
      <w:r>
        <w:t>☐ Decide whether you will serve residential customers, commercial clients, or both</w:t>
      </w:r>
    </w:p>
    <w:p>
      <w:r>
        <w:t>☐ Decide whether you will start alone or hire cleaners</w:t>
      </w:r>
    </w:p>
    <w:p>
      <w:r>
        <w:t>☐ Identify your main competitive advantage</w:t>
      </w:r>
    </w:p>
    <w:p>
      <w:r>
        <w:t>☐ Research competing cleaning companies in your market</w:t>
      </w:r>
    </w:p>
    <w:p>
      <w:r>
        <w:t>☐ Review competitor services</w:t>
      </w:r>
    </w:p>
    <w:p>
      <w:r>
        <w:t>☐ Review competitor pricing where available</w:t>
      </w:r>
    </w:p>
    <w:p>
      <w:r>
        <w:t>☐ Identify gaps you can serve</w:t>
      </w:r>
    </w:p>
    <w:p>
      <w:pPr>
        <w:pStyle w:val="Heading3"/>
        <w:keepNext/>
      </w:pPr>
      <w:r>
        <w:t>Target Customer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Primary Services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Why Customers Should Choose Us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CHOOSE A BUSINESS NAME</w:t>
      </w:r>
    </w:p>
    <w:p>
      <w:r>
        <w:t>☐ Brainstorm business names</w:t>
      </w:r>
    </w:p>
    <w:p>
      <w:r>
        <w:t>☐ Search for similar local businesses</w:t>
      </w:r>
    </w:p>
    <w:p>
      <w:r>
        <w:t>☐ Check applicable business-name availability</w:t>
      </w:r>
    </w:p>
    <w:p>
      <w:r>
        <w:t>☐ Check domain-name availability</w:t>
      </w:r>
    </w:p>
    <w:p>
      <w:r>
        <w:t>☐ Check social-media availability</w:t>
      </w:r>
    </w:p>
    <w:p>
      <w:r>
        <w:t>☐ Consider trademark conflicts</w:t>
      </w:r>
    </w:p>
    <w:p>
      <w:r>
        <w:t>☐ Choose final business name</w:t>
      </w:r>
    </w:p>
    <w:p>
      <w:r>
        <w:t>Business Name:</w:t>
      </w:r>
    </w:p>
    <w:p>
      <w:r>
        <w:t>Domain: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CREATE YOUR BUSINESS ENTITY</w:t>
      </w:r>
    </w:p>
    <w:p>
      <w:r>
        <w:t>Determine the appropriate business structure for your situation.</w:t>
      </w:r>
    </w:p>
    <w:p>
      <w:r>
        <w:t>Possible structures may include:</w:t>
      </w:r>
    </w:p>
    <w:p>
      <w:r>
        <w:t>☐ Sole Proprietorship</w:t>
      </w:r>
    </w:p>
    <w:p>
      <w:r>
        <w:t>☐ LLC</w:t>
      </w:r>
    </w:p>
    <w:p>
      <w:r>
        <w:t>☐ Corporation</w:t>
      </w:r>
    </w:p>
    <w:p>
      <w:r>
        <w:t>☐ Partnership</w:t>
      </w:r>
    </w:p>
    <w:p>
      <w:r>
        <w:t>☐ Other:</w:t>
      </w:r>
    </w:p>
    <w:p>
      <w:r>
        <w:t>☐ Research state / provincial / local requirements</w:t>
      </w:r>
    </w:p>
    <w:p>
      <w:r>
        <w:t>☐ Register business entity where required</w:t>
      </w:r>
    </w:p>
    <w:p>
      <w:r>
        <w:t>☐ Register assumed / trade name where required</w:t>
      </w:r>
    </w:p>
    <w:p>
      <w:r>
        <w:t>☐ Obtain formation documents</w:t>
      </w:r>
    </w:p>
    <w:p>
      <w:r>
        <w:t>☐ Store business records securely</w:t>
      </w:r>
    </w:p>
    <w:p>
      <w:r>
        <w:t>Entity Type:</w:t>
      </w:r>
    </w:p>
    <w:p>
      <w:r>
        <w:t>Formation Date:</w:t>
      </w:r>
    </w:p>
    <w:p>
      <w:r>
        <w:t>State / Jurisdiction:</w:t>
      </w:r>
    </w:p>
    <w:p>
      <w:r>
        <w:t>Consult qualified legal and tax professionals when selecting a business structure.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TAX &amp; BUSINESS IDENTIFICATION</w:t>
      </w:r>
    </w:p>
    <w:p>
      <w:r>
        <w:t>☐ Obtain required federal tax identification</w:t>
      </w:r>
    </w:p>
    <w:p>
      <w:r>
        <w:t>☐ Obtain required state / local tax accounts</w:t>
      </w:r>
    </w:p>
    <w:p>
      <w:r>
        <w:t>☐ Determine whether cleaning services are taxable in your jurisdiction</w:t>
      </w:r>
    </w:p>
    <w:p>
      <w:r>
        <w:t>☐ Determine payroll-tax requirements if hiring</w:t>
      </w:r>
    </w:p>
    <w:p>
      <w:r>
        <w:t>☐ Determine estimated-tax obligations</w:t>
      </w:r>
    </w:p>
    <w:p>
      <w:r>
        <w:t>☐ Establish tax-record procedures</w:t>
      </w:r>
    </w:p>
    <w:p>
      <w:r>
        <w:t>Tax / Registration Notes:</w:t>
      </w:r>
    </w:p>
    <w:p>
      <w:pPr>
        <w:spacing w:after="80"/>
        <w:pBdr>
          <w:bottom w:val="single" w:sz="8" w:color="0B7285"/>
        </w:pBdr>
      </w:pPr>
    </w:p>
    <w:p>
      <w:r>
        <w:t>Do not publish tax identification numbers on this checklist if it will be shared or stored insecurely.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LICENSES &amp; PERMITS</w:t>
      </w:r>
    </w:p>
    <w:p>
      <w:r>
        <w:t>Research requirements for every jurisdiction where you operate.</w:t>
      </w:r>
    </w:p>
    <w:p>
      <w:r>
        <w:t>☐ State requirements reviewed</w:t>
      </w:r>
    </w:p>
    <w:p>
      <w:r>
        <w:t>☐ County requirements reviewed</w:t>
      </w:r>
    </w:p>
    <w:p>
      <w:r>
        <w:t>☐ City requirements reviewed</w:t>
      </w:r>
    </w:p>
    <w:p>
      <w:r>
        <w:t>☐ General business license obtained if required</w:t>
      </w:r>
    </w:p>
    <w:p>
      <w:r>
        <w:t>☐ Home-based business requirements reviewed if applicable</w:t>
      </w:r>
    </w:p>
    <w:p>
      <w:r>
        <w:t>☐ Specialty-service licensing reviewed</w:t>
      </w:r>
    </w:p>
    <w:p>
      <w:r>
        <w:t>☐ Sales / service tax registration reviewed</w:t>
      </w:r>
    </w:p>
    <w:p>
      <w:r>
        <w:t>☐ Renewal dates recorded</w:t>
      </w:r>
    </w:p>
    <w:p>
      <w:pPr>
        <w:pStyle w:val="Heading3"/>
        <w:keepNext/>
      </w:pPr>
      <w:r>
        <w:t>Required Licenses / Permits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License / Permit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Agency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Renewal Date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BUSINESS BANKING</w:t>
      </w:r>
    </w:p>
    <w:p>
      <w:r>
        <w:t>☐ Open dedicated business bank account</w:t>
      </w:r>
    </w:p>
    <w:p>
      <w:r>
        <w:t>☐ Separate business and personal transactions</w:t>
      </w:r>
    </w:p>
    <w:p>
      <w:r>
        <w:t>☐ Obtain business debit / credit card if appropriate</w:t>
      </w:r>
    </w:p>
    <w:p>
      <w:r>
        <w:t>☐ Establish expense-tracking process</w:t>
      </w:r>
    </w:p>
    <w:p>
      <w:r>
        <w:t>☐ Establish deposit procedure</w:t>
      </w:r>
    </w:p>
    <w:p>
      <w:r>
        <w:t>☐ Establish owner-draw / payroll procedure with appropriate advice</w:t>
      </w:r>
    </w:p>
    <w:p>
      <w:r>
        <w:t>Banking Setup Complete: ☐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ACCOUNTING &amp; BOOKKEEPING</w:t>
      </w:r>
    </w:p>
    <w:p>
      <w:r>
        <w:t>☐ Choose accounting method with appropriate professional advice</w:t>
      </w:r>
    </w:p>
    <w:p>
      <w:r>
        <w:t>☐ Select bookkeeping/accounting software</w:t>
      </w:r>
    </w:p>
    <w:p>
      <w:r>
        <w:t>☐ Create chart of accounts</w:t>
      </w:r>
    </w:p>
    <w:p>
      <w:r>
        <w:t>☐ Establish receipt-storage procedure</w:t>
      </w:r>
    </w:p>
    <w:p>
      <w:r>
        <w:t>☐ Track income</w:t>
      </w:r>
    </w:p>
    <w:p>
      <w:r>
        <w:t>☐ Track expenses</w:t>
      </w:r>
    </w:p>
    <w:p>
      <w:r>
        <w:t>☐ Track equipment purchases</w:t>
      </w:r>
    </w:p>
    <w:p>
      <w:r>
        <w:t>☐ Track mileage / vehicle expenses as applicable</w:t>
      </w:r>
    </w:p>
    <w:p>
      <w:r>
        <w:t>☐ Establish monthly reconciliation process</w:t>
      </w:r>
    </w:p>
    <w:p>
      <w:r>
        <w:t>☐ Select accountant / bookkeeper if needed</w:t>
      </w:r>
    </w:p>
    <w:p>
      <w:r>
        <w:t>☐ Create tax-document storage process</w:t>
      </w:r>
    </w:p>
    <w:p>
      <w:r>
        <w:t>Accounting System:</w:t>
      </w:r>
    </w:p>
    <w:p>
      <w:r>
        <w:t>Bookkeeper / Accountant: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BUSINESS BUDGET</w:t>
      </w:r>
    </w:p>
    <w:p>
      <w:r>
        <w:t>Estimate your startup expenses.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Startup Expense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Estimated Cost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Actual Cost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Registration / Licensing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Insurance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Cleaning Supplies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Equipment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Uniforms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Website / Domain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Marketing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Software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Vehicle / Transportation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Training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Other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r>
        <w:t>Estimated Startup Cost: $</w:t>
      </w:r>
    </w:p>
    <w:p>
      <w:r>
        <w:t>Available Startup Capital: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INSURANCE</w:t>
      </w:r>
    </w:p>
    <w:p>
      <w:r>
        <w:t>Discuss your actual operations with a qualified insurance professional.</w:t>
      </w:r>
    </w:p>
    <w:p>
      <w:r>
        <w:t>Potential coverage may include:</w:t>
      </w:r>
    </w:p>
    <w:p>
      <w:r>
        <w:t>☐ General Liability</w:t>
      </w:r>
    </w:p>
    <w:p>
      <w:r>
        <w:t>☐ Workers' Compensation</w:t>
      </w:r>
    </w:p>
    <w:p>
      <w:r>
        <w:t>☐ Commercial Auto</w:t>
      </w:r>
    </w:p>
    <w:p>
      <w:r>
        <w:t>☐ Hired / Non-Owned Auto</w:t>
      </w:r>
    </w:p>
    <w:p>
      <w:r>
        <w:t>☐ Business Property / Equipment</w:t>
      </w:r>
    </w:p>
    <w:p>
      <w:r>
        <w:t>☐ Umbrella / Excess Liability</w:t>
      </w:r>
    </w:p>
    <w:p>
      <w:r>
        <w:t>☐ Janitorial Bond / Fidelity Coverage</w:t>
      </w:r>
    </w:p>
    <w:p>
      <w:r>
        <w:t>☐ Cyber / Data Coverage</w:t>
      </w:r>
    </w:p>
    <w:p>
      <w:r>
        <w:t>☐ Other:</w:t>
      </w:r>
    </w:p>
    <w:p>
      <w:r>
        <w:t>Insurance Provider:</w:t>
      </w:r>
    </w:p>
    <w:p>
      <w:r>
        <w:t>Renewal Date:</w:t>
      </w:r>
    </w:p>
    <w:p>
      <w:r>
        <w:t>Do not assume a particular policy covers every type of cleaning work you perform.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DEFINE YOUR SERVICES</w:t>
      </w:r>
    </w:p>
    <w:p>
      <w:r>
        <w:t>Create a clear service menu.</w:t>
      </w:r>
    </w:p>
    <w:p>
      <w:r>
        <w:t>☐ Standard Cleaning</w:t>
      </w:r>
    </w:p>
    <w:p>
      <w:r>
        <w:t>☐ Deep Cleaning</w:t>
      </w:r>
    </w:p>
    <w:p>
      <w:r>
        <w:t>☐ Move-In Cleaning</w:t>
      </w:r>
    </w:p>
    <w:p>
      <w:r>
        <w:t>☐ Move-Out Cleaning</w:t>
      </w:r>
    </w:p>
    <w:p>
      <w:r>
        <w:t>☐ Recurring Cleaning</w:t>
      </w:r>
    </w:p>
    <w:p>
      <w:r>
        <w:t>☐ Vacation Rental Turnovers</w:t>
      </w:r>
    </w:p>
    <w:p>
      <w:r>
        <w:t>☐ Office Cleaning</w:t>
      </w:r>
    </w:p>
    <w:p>
      <w:r>
        <w:t>☐ Commercial Janitorial</w:t>
      </w:r>
    </w:p>
    <w:p>
      <w:r>
        <w:t>☐ Post-Construction Cleaning</w:t>
      </w:r>
    </w:p>
    <w:p>
      <w:r>
        <w:t>☐ Carpet Cleaning</w:t>
      </w:r>
    </w:p>
    <w:p>
      <w:r>
        <w:t>☐ Floor Care</w:t>
      </w:r>
    </w:p>
    <w:p>
      <w:r>
        <w:t>☐ Interior Windows</w:t>
      </w:r>
    </w:p>
    <w:p>
      <w:r>
        <w:t>☐ Other:</w:t>
      </w:r>
    </w:p>
    <w:p>
      <w:r>
        <w:t>For each service, define:</w:t>
      </w:r>
    </w:p>
    <w:p>
      <w:r>
        <w:t>☐ Included tasks</w:t>
      </w:r>
    </w:p>
    <w:p>
      <w:r>
        <w:t>☐ Excluded tasks</w:t>
      </w:r>
    </w:p>
    <w:p>
      <w:r>
        <w:t>☐ Add-ons</w:t>
      </w:r>
    </w:p>
    <w:p>
      <w:r>
        <w:t>☐ Expected labor time</w:t>
      </w:r>
    </w:p>
    <w:p>
      <w:r>
        <w:t>☐ Crew requirements</w:t>
      </w:r>
    </w:p>
    <w:p>
      <w:r>
        <w:t>☐ Products / equipment required</w:t>
      </w:r>
    </w:p>
    <w:p>
      <w:r>
        <w:t>☐ Customer preparation requirements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BUILD CLEANING CHECKLISTS</w:t>
      </w:r>
    </w:p>
    <w:p>
      <w:r>
        <w:t>Create a standardized checklist for each service.</w:t>
      </w:r>
    </w:p>
    <w:p>
      <w:r>
        <w:t>☐ Standard Cleaning Checklist</w:t>
      </w:r>
    </w:p>
    <w:p>
      <w:r>
        <w:t>☐ Deep Cleaning Checklist</w:t>
      </w:r>
    </w:p>
    <w:p>
      <w:r>
        <w:t>☐ Move-Out Checklist</w:t>
      </w:r>
    </w:p>
    <w:p>
      <w:r>
        <w:t>☐ Vacation Rental Checklist</w:t>
      </w:r>
    </w:p>
    <w:p>
      <w:r>
        <w:t>☐ Office Cleaning Checklist</w:t>
      </w:r>
    </w:p>
    <w:p>
      <w:r>
        <w:t>☐ Janitorial Checklist</w:t>
      </w:r>
    </w:p>
    <w:p>
      <w:r>
        <w:t>☐ Post-Construction Checklist</w:t>
      </w:r>
    </w:p>
    <w:p>
      <w:r>
        <w:t>☐ Specialty-Service Checklists</w:t>
      </w:r>
    </w:p>
    <w:p>
      <w:r>
        <w:t>Checklists should define what “complete” means so quality does not depend on individual cleaner memory.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DETERMINE YOUR COSTS</w:t>
      </w:r>
    </w:p>
    <w:p>
      <w:r>
        <w:t>Before setting prices, calculate the real cost of delivering service.</w:t>
      </w:r>
    </w:p>
    <w:p>
      <w:r>
        <w:t>Include:</w:t>
      </w:r>
    </w:p>
    <w:p>
      <w:r>
        <w:t>☐ Cleaner wages</w:t>
      </w:r>
    </w:p>
    <w:p>
      <w:r>
        <w:t>☐ Payroll burden</w:t>
      </w:r>
    </w:p>
    <w:p>
      <w:r>
        <w:t>☐ Workers' compensation</w:t>
      </w:r>
    </w:p>
    <w:p>
      <w:r>
        <w:t>☐ Supplies</w:t>
      </w:r>
    </w:p>
    <w:p>
      <w:r>
        <w:t>☐ Equipment</w:t>
      </w:r>
    </w:p>
    <w:p>
      <w:r>
        <w:t>☐ Travel</w:t>
      </w:r>
    </w:p>
    <w:p>
      <w:r>
        <w:t>☐ Payment-processing costs</w:t>
      </w:r>
    </w:p>
    <w:p>
      <w:r>
        <w:t>☐ Insurance</w:t>
      </w:r>
    </w:p>
    <w:p>
      <w:r>
        <w:t>☐ Software</w:t>
      </w:r>
    </w:p>
    <w:p>
      <w:r>
        <w:t>☐ Administrative labor</w:t>
      </w:r>
    </w:p>
    <w:p>
      <w:r>
        <w:t>☐ Marketing</w:t>
      </w:r>
    </w:p>
    <w:p>
      <w:r>
        <w:t>☐ Training</w:t>
      </w:r>
    </w:p>
    <w:p>
      <w:r>
        <w:t>☐ Recleans / quality costs</w:t>
      </w:r>
    </w:p>
    <w:p>
      <w:r>
        <w:t>☐ Other overhead</w:t>
      </w:r>
    </w:p>
    <w:p>
      <w:r>
        <w:t>Estimated Loaded Labor Cost Per Hour: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SET YOUR PRICING</w:t>
      </w:r>
    </w:p>
    <w:p>
      <w:r>
        <w:t>Choose a pricing method appropriate for each service.</w:t>
      </w:r>
    </w:p>
    <w:p>
      <w:r>
        <w:t>☐ Flat Rate</w:t>
      </w:r>
    </w:p>
    <w:p>
      <w:r>
        <w:t>☐ Hourly</w:t>
      </w:r>
    </w:p>
    <w:p>
      <w:r>
        <w:t>☐ Square-Foot Pricing</w:t>
      </w:r>
    </w:p>
    <w:p>
      <w:r>
        <w:t>☐ Room-Based Pricing</w:t>
      </w:r>
    </w:p>
    <w:p>
      <w:r>
        <w:t>☐ Per-Unit Pricing</w:t>
      </w:r>
    </w:p>
    <w:p>
      <w:r>
        <w:t>☐ Recurring Contract Pricing</w:t>
      </w:r>
    </w:p>
    <w:p>
      <w:r>
        <w:t>☐ Custom Estimate</w:t>
      </w:r>
    </w:p>
    <w:p>
      <w:r>
        <w:t>For every price, know:</w:t>
      </w:r>
    </w:p>
    <w:p>
      <w:r>
        <w:t>Estimated Revenue: $</w:t>
      </w:r>
    </w:p>
    <w:p>
      <w:r>
        <w:t>Estimated Total Cost: $</w:t>
      </w:r>
    </w:p>
    <w:p>
      <w:r>
        <w:t>Estimated Profit: $</w:t>
      </w:r>
    </w:p>
    <w:p>
      <w:r>
        <w:t>Estimated Profit Margin: %</w:t>
      </w:r>
    </w:p>
    <w:p>
      <w:r>
        <w:t>Do not set prices based only on what competitors charge. Your pricing must work with your own costs and productivity.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SET A MINIMUM SERVICE CHARGE</w:t>
      </w:r>
    </w:p>
    <w:p>
      <w:r>
        <w:t>A minimum charge can help protect profitability on small jobs.</w:t>
      </w:r>
    </w:p>
    <w:p>
      <w:r>
        <w:t>Minimum Service Charge: $</w:t>
      </w:r>
    </w:p>
    <w:p>
      <w:r>
        <w:t>Consider:</w:t>
      </w:r>
    </w:p>
    <w:p>
      <w:r>
        <w:t>☐ Travel time</w:t>
      </w:r>
    </w:p>
    <w:p>
      <w:r>
        <w:t>☐ Setup time</w:t>
      </w:r>
    </w:p>
    <w:p>
      <w:r>
        <w:t>☐ Minimum labor commitment</w:t>
      </w:r>
    </w:p>
    <w:p>
      <w:r>
        <w:t>☐ Supplies</w:t>
      </w:r>
    </w:p>
    <w:p>
      <w:r>
        <w:t>☐ Payment processing</w:t>
      </w:r>
    </w:p>
    <w:p>
      <w:r>
        <w:t>☐ Administrative cost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CREATE YOUR ESTIMATE PROCESS</w:t>
      </w:r>
    </w:p>
    <w:p>
      <w:r>
        <w:t>Decide how leads become estimates.</w:t>
      </w:r>
    </w:p>
    <w:p>
      <w:r>
        <w:t>☐ Phone estimate</w:t>
      </w:r>
    </w:p>
    <w:p>
      <w:r>
        <w:t>☐ Online estimate request</w:t>
      </w:r>
    </w:p>
    <w:p>
      <w:r>
        <w:t>☐ Photo-based estimate</w:t>
      </w:r>
    </w:p>
    <w:p>
      <w:r>
        <w:t>☐ Residential walkthrough</w:t>
      </w:r>
    </w:p>
    <w:p>
      <w:r>
        <w:t>☐ Commercial walkthrough</w:t>
      </w:r>
    </w:p>
    <w:p>
      <w:r>
        <w:t>☐ Onsite estimate</w:t>
      </w:r>
    </w:p>
    <w:p>
      <w:r>
        <w:t>☐ Other:</w:t>
      </w:r>
    </w:p>
    <w:p>
      <w:r>
        <w:t>Create a consistent process for capturing:</w:t>
      </w:r>
    </w:p>
    <w:p>
      <w:r>
        <w:t>☐ Customer details</w:t>
      </w:r>
    </w:p>
    <w:p>
      <w:r>
        <w:t>☐ Property details</w:t>
      </w:r>
    </w:p>
    <w:p>
      <w:r>
        <w:t>☐ Service requested</w:t>
      </w:r>
    </w:p>
    <w:p>
      <w:r>
        <w:t>☐ Condition</w:t>
      </w:r>
    </w:p>
    <w:p>
      <w:r>
        <w:t>☐ Frequency</w:t>
      </w:r>
    </w:p>
    <w:p>
      <w:r>
        <w:t>☐ Add-ons</w:t>
      </w:r>
    </w:p>
    <w:p>
      <w:r>
        <w:t>☐ Access requirements</w:t>
      </w:r>
    </w:p>
    <w:p>
      <w:r>
        <w:t>☐ Special surfaces</w:t>
      </w:r>
    </w:p>
    <w:p>
      <w:r>
        <w:t>☐ Estimated labor</w:t>
      </w:r>
    </w:p>
    <w:p>
      <w:r>
        <w:t>☐ Price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16. CREATE QUOTES &amp; PROPOSALS</w:t>
      </w:r>
    </w:p>
    <w:p>
      <w:r>
        <w:t>☐ Create residential quote template</w:t>
      </w:r>
    </w:p>
    <w:p>
      <w:r>
        <w:t>☐ Create commercial estimate template</w:t>
      </w:r>
    </w:p>
    <w:p>
      <w:r>
        <w:t>☐ Create commercial bid template</w:t>
      </w:r>
    </w:p>
    <w:p>
      <w:r>
        <w:t>☐ Define quote expiration period</w:t>
      </w:r>
    </w:p>
    <w:p>
      <w:r>
        <w:t>☐ Define approval process</w:t>
      </w:r>
    </w:p>
    <w:p>
      <w:r>
        <w:t>☐ Define follow-up process</w:t>
      </w:r>
    </w:p>
    <w:p>
      <w:r>
        <w:t>☐ Track accepted / lost estimates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17. CREATE CUSTOMER POLICIES</w:t>
      </w:r>
    </w:p>
    <w:p>
      <w:r>
        <w:t>Create written policies covering relevant issues.</w:t>
      </w:r>
    </w:p>
    <w:p>
      <w:r>
        <w:t>☐ Cancellation / Rescheduling</w:t>
      </w:r>
    </w:p>
    <w:p>
      <w:r>
        <w:t>☐ Payment</w:t>
      </w:r>
    </w:p>
    <w:p>
      <w:r>
        <w:t>☐ Lockout / No Access</w:t>
      </w:r>
    </w:p>
    <w:p>
      <w:r>
        <w:t>☐ Damage / Breakage</w:t>
      </w:r>
    </w:p>
    <w:p>
      <w:r>
        <w:t>☐ Satisfaction / Reclean</w:t>
      </w:r>
    </w:p>
    <w:p>
      <w:r>
        <w:t>☐ Pets</w:t>
      </w:r>
    </w:p>
    <w:p>
      <w:r>
        <w:t>☐ Property Access</w:t>
      </w:r>
    </w:p>
    <w:p>
      <w:r>
        <w:t>☐ Customer-Supplied Products</w:t>
      </w:r>
    </w:p>
    <w:p>
      <w:r>
        <w:t>☐ Photos / Privacy</w:t>
      </w:r>
    </w:p>
    <w:p>
      <w:r>
        <w:t>☐ Weather</w:t>
      </w:r>
    </w:p>
    <w:p>
      <w:r>
        <w:t>☐ Holidays</w:t>
      </w:r>
    </w:p>
    <w:p>
      <w:r>
        <w:t>☐ Other:</w:t>
      </w:r>
    </w:p>
    <w:p>
      <w:r>
        <w:t>Have customer-facing legal terms reviewed where appropriate.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18. CREATE SERVICE AGREEMENTS</w:t>
      </w:r>
    </w:p>
    <w:p>
      <w:r>
        <w:t>☐ Residential agreement reviewed</w:t>
      </w:r>
    </w:p>
    <w:p>
      <w:r>
        <w:t>☐ Commercial agreement reviewed</w:t>
      </w:r>
    </w:p>
    <w:p>
      <w:r>
        <w:t>☐ Recurring-service terms established</w:t>
      </w:r>
    </w:p>
    <w:p>
      <w:r>
        <w:t>☐ Payment terms established</w:t>
      </w:r>
    </w:p>
    <w:p>
      <w:r>
        <w:t>☐ Cancellation terms established</w:t>
      </w:r>
    </w:p>
    <w:p>
      <w:r>
        <w:t>☐ Scope documentation established</w:t>
      </w:r>
    </w:p>
    <w:p>
      <w:r>
        <w:t>☐ Signature / acceptance process established</w:t>
      </w:r>
    </w:p>
    <w:p>
      <w:r>
        <w:t>Use qualified legal counsel when creating contracts for actual business use.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19. SET UP PAYMENT COLLECTION</w:t>
      </w:r>
    </w:p>
    <w:p>
      <w:r>
        <w:t>☐ Select payment processor</w:t>
      </w:r>
    </w:p>
    <w:p>
      <w:r>
        <w:t>☐ Decide accepted payment methods</w:t>
      </w:r>
    </w:p>
    <w:p>
      <w:r>
        <w:t>☐ Define when payment is due</w:t>
      </w:r>
    </w:p>
    <w:p>
      <w:r>
        <w:t>☐ Create deposit rules</w:t>
      </w:r>
    </w:p>
    <w:p>
      <w:r>
        <w:t>☐ Create recurring-payment process if applicable</w:t>
      </w:r>
    </w:p>
    <w:p>
      <w:r>
        <w:t>☐ Create failed-payment procedure</w:t>
      </w:r>
    </w:p>
    <w:p>
      <w:r>
        <w:t>☐ Create refund procedure</w:t>
      </w:r>
    </w:p>
    <w:p>
      <w:r>
        <w:t>☐ Establish secure payment-information practices</w:t>
      </w:r>
    </w:p>
    <w:p>
      <w:r>
        <w:t>Avoid storing payment-card or banking credentials in spreadsheets, notes, texts, or unsecured forms.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20. PURCHASE CLEANING EQUIPMENT</w:t>
      </w:r>
    </w:p>
    <w:p>
      <w:r>
        <w:t>Create your initial equipment list.</w:t>
      </w:r>
    </w:p>
    <w:p>
      <w:r>
        <w:t>☐ Vacuum</w:t>
      </w:r>
    </w:p>
    <w:p>
      <w:r>
        <w:t>☐ Mop System</w:t>
      </w:r>
    </w:p>
    <w:p>
      <w:r>
        <w:t>☐ Buckets</w:t>
      </w:r>
    </w:p>
    <w:p>
      <w:r>
        <w:t>☐ Microfiber Cloths</w:t>
      </w:r>
    </w:p>
    <w:p>
      <w:r>
        <w:t>☐ Dusters</w:t>
      </w:r>
    </w:p>
    <w:p>
      <w:r>
        <w:t>☐ Scrub Brushes</w:t>
      </w:r>
    </w:p>
    <w:p>
      <w:r>
        <w:t>☐ Detail Brushes</w:t>
      </w:r>
    </w:p>
    <w:p>
      <w:r>
        <w:t>☐ Extension Tools</w:t>
      </w:r>
    </w:p>
    <w:p>
      <w:r>
        <w:t>☐ Spray Bottles</w:t>
      </w:r>
    </w:p>
    <w:p>
      <w:r>
        <w:t>☐ Caddy</w:t>
      </w:r>
    </w:p>
    <w:p>
      <w:r>
        <w:t>☐ PPE</w:t>
      </w:r>
    </w:p>
    <w:p>
      <w:r>
        <w:t>☐ Wet-Floor Signs if applicable</w:t>
      </w:r>
    </w:p>
    <w:p>
      <w:r>
        <w:t>☐ Specialty Equipment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21. PURCHASE CLEANING PRODUCTS</w:t>
      </w:r>
    </w:p>
    <w:p>
      <w:r>
        <w:t>☐ General cleaner</w:t>
      </w:r>
    </w:p>
    <w:p>
      <w:r>
        <w:t>☐ Glass cleaner</w:t>
      </w:r>
    </w:p>
    <w:p>
      <w:r>
        <w:t>☐ Bathroom cleaner</w:t>
      </w:r>
    </w:p>
    <w:p>
      <w:r>
        <w:t>☐ Degreaser</w:t>
      </w:r>
    </w:p>
    <w:p>
      <w:r>
        <w:t>☐ Floor products</w:t>
      </w:r>
    </w:p>
    <w:p>
      <w:r>
        <w:t>☐ Disinfectant where appropriate</w:t>
      </w:r>
    </w:p>
    <w:p>
      <w:r>
        <w:t>☐ Specialty-surface products</w:t>
      </w:r>
    </w:p>
    <w:p>
      <w:r>
        <w:t>☐ Other:</w:t>
      </w:r>
    </w:p>
    <w:p>
      <w:r>
        <w:t>For professional use:</w:t>
      </w:r>
    </w:p>
    <w:p>
      <w:r>
        <w:t>☐ Maintain product labels</w:t>
      </w:r>
    </w:p>
    <w:p>
      <w:r>
        <w:t>☐ Maintain Safety Data Sheets</w:t>
      </w:r>
    </w:p>
    <w:p>
      <w:r>
        <w:t>☐ Follow dilution instructions</w:t>
      </w:r>
    </w:p>
    <w:p>
      <w:r>
        <w:t>☐ Establish chemical-storage procedures</w:t>
      </w:r>
    </w:p>
    <w:p>
      <w:r>
        <w:t>☐ Establish PPE requirements</w:t>
      </w:r>
    </w:p>
    <w:p>
      <w:r>
        <w:t>☐ Train employees before use</w:t>
      </w:r>
    </w:p>
    <w:p>
      <w:r>
        <w:t>☐ Never mix incompatible chemicals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22. CREATE A SUPPLY SYSTEM</w:t>
      </w:r>
    </w:p>
    <w:p>
      <w:r>
        <w:t>☐ Define standard cleaner kit</w:t>
      </w:r>
    </w:p>
    <w:p>
      <w:r>
        <w:t>☐ Define standard vehicle inventory</w:t>
      </w:r>
    </w:p>
    <w:p>
      <w:r>
        <w:t>☐ Define minimum stock levels</w:t>
      </w:r>
    </w:p>
    <w:p>
      <w:r>
        <w:t>☐ Select suppliers</w:t>
      </w:r>
    </w:p>
    <w:p>
      <w:r>
        <w:t>☐ Establish reorder process</w:t>
      </w:r>
    </w:p>
    <w:p>
      <w:r>
        <w:t>☐ Establish bottle-labeling process</w:t>
      </w:r>
    </w:p>
    <w:p>
      <w:r>
        <w:t>☐ Track specialty supplies</w:t>
      </w:r>
    </w:p>
    <w:p>
      <w:r>
        <w:t>☐ Assign inventory responsibility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23. CREATE YOUR BRAND</w:t>
      </w:r>
    </w:p>
    <w:p>
      <w:r>
        <w:t>☐ Logo</w:t>
      </w:r>
    </w:p>
    <w:p>
      <w:r>
        <w:t>☐ Brand colors</w:t>
      </w:r>
    </w:p>
    <w:p>
      <w:r>
        <w:t>☐ Business phone number</w:t>
      </w:r>
    </w:p>
    <w:p>
      <w:r>
        <w:t>☐ Professional email</w:t>
      </w:r>
    </w:p>
    <w:p>
      <w:r>
        <w:t>☐ Domain</w:t>
      </w:r>
    </w:p>
    <w:p>
      <w:r>
        <w:t>☐ Website</w:t>
      </w:r>
    </w:p>
    <w:p>
      <w:r>
        <w:t>☐ Uniform / dress standard</w:t>
      </w:r>
    </w:p>
    <w:p>
      <w:r>
        <w:t>☐ Vehicle presentation</w:t>
      </w:r>
    </w:p>
    <w:p>
      <w:r>
        <w:t>☐ Estimate / quote design</w:t>
      </w:r>
    </w:p>
    <w:p>
      <w:r>
        <w:t>☐ Invoice design</w:t>
      </w:r>
    </w:p>
    <w:p>
      <w:r>
        <w:t>Keep branding consistent across every customer touchpoint.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24. BUILD YOUR WEBSITE</w:t>
      </w:r>
    </w:p>
    <w:p>
      <w:r>
        <w:t>At minimum, consider pages for:</w:t>
      </w:r>
    </w:p>
    <w:p>
      <w:r>
        <w:t>☐ Home</w:t>
      </w:r>
    </w:p>
    <w:p>
      <w:r>
        <w:t>☐ Services</w:t>
      </w:r>
    </w:p>
    <w:p>
      <w:r>
        <w:t>☐ Service Areas</w:t>
      </w:r>
    </w:p>
    <w:p>
      <w:r>
        <w:t>☐ About</w:t>
      </w:r>
    </w:p>
    <w:p>
      <w:r>
        <w:t>☐ Contact</w:t>
      </w:r>
    </w:p>
    <w:p>
      <w:r>
        <w:t>☐ Request a Quote</w:t>
      </w:r>
    </w:p>
    <w:p>
      <w:r>
        <w:t>☐ Frequently Asked Questions</w:t>
      </w:r>
    </w:p>
    <w:p>
      <w:r>
        <w:t>☐ Policies</w:t>
      </w:r>
    </w:p>
    <w:p>
      <w:r>
        <w:t>☐ Reviews / Testimonials</w:t>
      </w:r>
    </w:p>
    <w:p>
      <w:r>
        <w:t>☐ Commercial Services if applicable</w:t>
      </w:r>
    </w:p>
    <w:p>
      <w:r>
        <w:t>☐ Individual high-value service pages</w:t>
      </w:r>
    </w:p>
    <w:p>
      <w:r>
        <w:t>Make it easy for visitors to understand what you clean, where you work, and how to request service.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25. SET UP LOCAL SEARCH PRESENCE</w:t>
      </w:r>
    </w:p>
    <w:p>
      <w:r>
        <w:t>☐ Create / claim appropriate business listings</w:t>
      </w:r>
    </w:p>
    <w:p>
      <w:r>
        <w:t>☐ Verify business information</w:t>
      </w:r>
    </w:p>
    <w:p>
      <w:r>
        <w:t>☐ Add service categories</w:t>
      </w:r>
    </w:p>
    <w:p>
      <w:r>
        <w:t>☐ Add service area</w:t>
      </w:r>
    </w:p>
    <w:p>
      <w:r>
        <w:t>☐ Add business hours</w:t>
      </w:r>
    </w:p>
    <w:p>
      <w:r>
        <w:t>☐ Add photos</w:t>
      </w:r>
    </w:p>
    <w:p>
      <w:r>
        <w:t>☐ Add website</w:t>
      </w:r>
    </w:p>
    <w:p>
      <w:r>
        <w:t>☐ Create review-request process</w:t>
      </w:r>
    </w:p>
    <w:p>
      <w:r>
        <w:t>☐ Respond professionally to reviews</w:t>
      </w:r>
    </w:p>
    <w:p>
      <w:r>
        <w:t>Keep business name, contact details, and service information consistent.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26. CREATE YOUR LEAD SYSTEM</w:t>
      </w:r>
    </w:p>
    <w:p>
      <w:r>
        <w:t>Decide where leads can come from.</w:t>
      </w:r>
    </w:p>
    <w:p>
      <w:r>
        <w:t>☐ Website</w:t>
      </w:r>
    </w:p>
    <w:p>
      <w:r>
        <w:t>☐ Phone</w:t>
      </w:r>
    </w:p>
    <w:p>
      <w:r>
        <w:t>☐ Email</w:t>
      </w:r>
    </w:p>
    <w:p>
      <w:r>
        <w:t>☐ Local Search</w:t>
      </w:r>
    </w:p>
    <w:p>
      <w:r>
        <w:t>☐ Referrals</w:t>
      </w:r>
    </w:p>
    <w:p>
      <w:r>
        <w:t>☐ Social Media</w:t>
      </w:r>
    </w:p>
    <w:p>
      <w:r>
        <w:t>☐ Paid Advertising</w:t>
      </w:r>
    </w:p>
    <w:p>
      <w:r>
        <w:t>☐ Property Managers</w:t>
      </w:r>
    </w:p>
    <w:p>
      <w:r>
        <w:t>☐ Realtors</w:t>
      </w:r>
    </w:p>
    <w:p>
      <w:r>
        <w:t>☐ Builders</w:t>
      </w:r>
    </w:p>
    <w:p>
      <w:r>
        <w:t>☐ Commercial Prospecting</w:t>
      </w:r>
    </w:p>
    <w:p>
      <w:r>
        <w:t>☐ Other:</w:t>
      </w:r>
    </w:p>
    <w:p>
      <w:r>
        <w:t>Every lead should have:</w:t>
      </w:r>
    </w:p>
    <w:p>
      <w:r>
        <w:t>☐ Source</w:t>
      </w:r>
    </w:p>
    <w:p>
      <w:r>
        <w:t>☐ Contact information</w:t>
      </w:r>
    </w:p>
    <w:p>
      <w:r>
        <w:t>☐ Requested service</w:t>
      </w:r>
    </w:p>
    <w:p>
      <w:r>
        <w:t>☐ Status</w:t>
      </w:r>
    </w:p>
    <w:p>
      <w:r>
        <w:t>☐ Next action</w:t>
      </w:r>
    </w:p>
    <w:p>
      <w:r>
        <w:t>☐ Follow-up date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27. CREATE A SALES FOLLOW-UP PROCESS</w:t>
      </w:r>
    </w:p>
    <w:p>
      <w:r>
        <w:t>Define lead stages.</w:t>
      </w:r>
    </w:p>
    <w:p>
      <w:r>
        <w:t>Example:</w:t>
      </w:r>
    </w:p>
    <w:p>
      <w:r>
        <w:t>New Lead → Contacted → Estimate Scheduled → Estimate Sent → Follow-Up → Won / Lost</w:t>
      </w:r>
    </w:p>
    <w:p>
      <w:r>
        <w:t>☐ Define lead stages</w:t>
      </w:r>
    </w:p>
    <w:p>
      <w:r>
        <w:t>☐ Set response-time goal</w:t>
      </w:r>
    </w:p>
    <w:p>
      <w:r>
        <w:t>☐ Create quote follow-up schedule</w:t>
      </w:r>
    </w:p>
    <w:p>
      <w:r>
        <w:t>☐ Track lost reasons</w:t>
      </w:r>
    </w:p>
    <w:p>
      <w:r>
        <w:t>☐ Track conversion rate</w:t>
      </w:r>
    </w:p>
    <w:p>
      <w:r>
        <w:t>☐ Track lead source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28. SET UP SCHEDULING</w:t>
      </w:r>
    </w:p>
    <w:p>
      <w:r>
        <w:t>☐ Choose scheduling system</w:t>
      </w:r>
    </w:p>
    <w:p>
      <w:r>
        <w:t>☐ Define business hours</w:t>
      </w:r>
    </w:p>
    <w:p>
      <w:r>
        <w:t>☐ Define service durations</w:t>
      </w:r>
    </w:p>
    <w:p>
      <w:r>
        <w:t>☐ Define arrival windows</w:t>
      </w:r>
    </w:p>
    <w:p>
      <w:r>
        <w:t>☐ Define recurring schedules</w:t>
      </w:r>
    </w:p>
    <w:p>
      <w:r>
        <w:t>☐ Define travel buffers</w:t>
      </w:r>
    </w:p>
    <w:p>
      <w:r>
        <w:t>☐ Define rescheduling process</w:t>
      </w:r>
    </w:p>
    <w:p>
      <w:r>
        <w:t>☐ Define holiday procedures</w:t>
      </w:r>
    </w:p>
    <w:p>
      <w:r>
        <w:t>☐ Prevent double-booking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29. CREATE CUSTOMER RECORDS</w:t>
      </w:r>
    </w:p>
    <w:p>
      <w:r>
        <w:t>Maintain organized records for:</w:t>
      </w:r>
    </w:p>
    <w:p>
      <w:r>
        <w:t>☐ Contact information</w:t>
      </w:r>
    </w:p>
    <w:p>
      <w:r>
        <w:t>☐ Service addresses</w:t>
      </w:r>
    </w:p>
    <w:p>
      <w:r>
        <w:t>☐ Service history</w:t>
      </w:r>
    </w:p>
    <w:p>
      <w:r>
        <w:t>☐ Pricing</w:t>
      </w:r>
    </w:p>
    <w:p>
      <w:r>
        <w:t>☐ Frequency</w:t>
      </w:r>
    </w:p>
    <w:p>
      <w:r>
        <w:t>☐ Property details</w:t>
      </w:r>
    </w:p>
    <w:p>
      <w:r>
        <w:t>☐ Special instructions</w:t>
      </w:r>
    </w:p>
    <w:p>
      <w:r>
        <w:t>☐ Pets</w:t>
      </w:r>
    </w:p>
    <w:p>
      <w:r>
        <w:t>☐ Access method</w:t>
      </w:r>
    </w:p>
    <w:p>
      <w:r>
        <w:t>☐ Estimates</w:t>
      </w:r>
    </w:p>
    <w:p>
      <w:r>
        <w:t>☐ Agreements</w:t>
      </w:r>
    </w:p>
    <w:p>
      <w:r>
        <w:t>☐ Payments</w:t>
      </w:r>
    </w:p>
    <w:p>
      <w:r>
        <w:t>☐ Complaints / issues</w:t>
      </w:r>
    </w:p>
    <w:p>
      <w:r>
        <w:t>☐ Photos where appropriate</w:t>
      </w:r>
    </w:p>
    <w:p>
      <w:r>
        <w:t>Protect sensitive customer information.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30. PREPARE TO HIRE</w:t>
      </w:r>
    </w:p>
    <w:p>
      <w:r>
        <w:t>Before hiring employees or engaging workers, determine applicable legal, payroll, insurance, and classification requirements.</w:t>
      </w:r>
    </w:p>
    <w:p>
      <w:r>
        <w:t>☐ Define job role</w:t>
      </w:r>
    </w:p>
    <w:p>
      <w:r>
        <w:t>☐ Create job description</w:t>
      </w:r>
    </w:p>
    <w:p>
      <w:r>
        <w:t>☐ Establish pay structure</w:t>
      </w:r>
    </w:p>
    <w:p>
      <w:r>
        <w:t>☐ Determine employment classification appropriately</w:t>
      </w:r>
    </w:p>
    <w:p>
      <w:r>
        <w:t>☐ Establish payroll</w:t>
      </w:r>
    </w:p>
    <w:p>
      <w:r>
        <w:t>☐ Review workers' compensation requirements</w:t>
      </w:r>
    </w:p>
    <w:p>
      <w:r>
        <w:t>☐ Create application process</w:t>
      </w:r>
    </w:p>
    <w:p>
      <w:r>
        <w:t>☐ Create structured interview process</w:t>
      </w:r>
    </w:p>
    <w:p>
      <w:r>
        <w:t>☐ Establish lawful screening procedures</w:t>
      </w:r>
    </w:p>
    <w:p>
      <w:r>
        <w:t>☐ Create onboarding process</w:t>
      </w:r>
    </w:p>
    <w:p>
      <w:r>
        <w:t>☐ Create employee records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31. CREATE A CLEANER INTERVIEW PROCESS</w:t>
      </w:r>
    </w:p>
    <w:p>
      <w:r>
        <w:t>☐ Standard interview questions</w:t>
      </w:r>
    </w:p>
    <w:p>
      <w:r>
        <w:t>☐ Interview scorecard</w:t>
      </w:r>
    </w:p>
    <w:p>
      <w:r>
        <w:t>☐ Reliability assessment</w:t>
      </w:r>
    </w:p>
    <w:p>
      <w:r>
        <w:t>☐ Quality assessment</w:t>
      </w:r>
    </w:p>
    <w:p>
      <w:r>
        <w:t>☐ Customer-service assessment</w:t>
      </w:r>
    </w:p>
    <w:p>
      <w:r>
        <w:t>☐ Safety assessment</w:t>
      </w:r>
    </w:p>
    <w:p>
      <w:r>
        <w:t>☐ Scenario questions</w:t>
      </w:r>
    </w:p>
    <w:p>
      <w:r>
        <w:t>☐ Consistent hiring decision process</w:t>
      </w:r>
    </w:p>
    <w:p>
      <w:r>
        <w:t>Use job-related criteria and comply with applicable employment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32. BUILD YOUR ONBOARDING PROCESS</w:t>
      </w:r>
    </w:p>
    <w:p>
      <w:r>
        <w:t>☐ Company orientation</w:t>
      </w:r>
    </w:p>
    <w:p>
      <w:r>
        <w:t>☐ Policies</w:t>
      </w:r>
    </w:p>
    <w:p>
      <w:r>
        <w:t>☐ Scheduling</w:t>
      </w:r>
    </w:p>
    <w:p>
      <w:r>
        <w:t>☐ Attendance</w:t>
      </w:r>
    </w:p>
    <w:p>
      <w:r>
        <w:t>☐ Payroll / timekeeping</w:t>
      </w:r>
    </w:p>
    <w:p>
      <w:r>
        <w:t>☐ Customer privacy</w:t>
      </w:r>
    </w:p>
    <w:p>
      <w:r>
        <w:t>☐ Property security</w:t>
      </w:r>
    </w:p>
    <w:p>
      <w:r>
        <w:t>☐ Safety</w:t>
      </w:r>
    </w:p>
    <w:p>
      <w:r>
        <w:t>☐ Chemical procedures</w:t>
      </w:r>
    </w:p>
    <w:p>
      <w:r>
        <w:t>☐ Equipment</w:t>
      </w:r>
    </w:p>
    <w:p>
      <w:r>
        <w:t>☐ Cleaning procedures</w:t>
      </w:r>
    </w:p>
    <w:p>
      <w:r>
        <w:t>☐ Shadow shifts</w:t>
      </w:r>
    </w:p>
    <w:p>
      <w:r>
        <w:t>☐ Field-readiness assessment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33. BUILD YOUR TRAINING PROGRAM</w:t>
      </w:r>
    </w:p>
    <w:p>
      <w:r>
        <w:t>Train and verify actual competencies.</w:t>
      </w:r>
    </w:p>
    <w:p>
      <w:r>
        <w:t>☐ Cleaning fundamentals</w:t>
      </w:r>
    </w:p>
    <w:p>
      <w:r>
        <w:t>☐ Kitchen procedures</w:t>
      </w:r>
    </w:p>
    <w:p>
      <w:r>
        <w:t>☐ Bathroom procedures</w:t>
      </w:r>
    </w:p>
    <w:p>
      <w:r>
        <w:t>☐ Bedroom procedures</w:t>
      </w:r>
    </w:p>
    <w:p>
      <w:r>
        <w:t>☐ Floor care</w:t>
      </w:r>
    </w:p>
    <w:p>
      <w:r>
        <w:t>☐ Detail cleaning</w:t>
      </w:r>
    </w:p>
    <w:p>
      <w:r>
        <w:t>☐ Chemical knowledge</w:t>
      </w:r>
    </w:p>
    <w:p>
      <w:r>
        <w:t>☐ Surface knowledge</w:t>
      </w:r>
    </w:p>
    <w:p>
      <w:r>
        <w:t>☐ Equipment</w:t>
      </w:r>
    </w:p>
    <w:p>
      <w:r>
        <w:t>☐ Customer service</w:t>
      </w:r>
    </w:p>
    <w:p>
      <w:r>
        <w:t>☐ Property care</w:t>
      </w:r>
    </w:p>
    <w:p>
      <w:r>
        <w:t>☐ Safety</w:t>
      </w:r>
    </w:p>
    <w:p>
      <w:r>
        <w:t>☐ Time management</w:t>
      </w:r>
    </w:p>
    <w:p>
      <w:r>
        <w:t>☐ Quality control</w:t>
      </w:r>
    </w:p>
    <w:p>
      <w:r>
        <w:t>Do not assume onboarding alone makes a new cleaner field-ready.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34. CREATE TIMEKEEPING PROCEDURES</w:t>
      </w:r>
    </w:p>
    <w:p>
      <w:r>
        <w:t>☐ Choose timekeeping method</w:t>
      </w:r>
    </w:p>
    <w:p>
      <w:r>
        <w:t>☐ Track job time</w:t>
      </w:r>
    </w:p>
    <w:p>
      <w:r>
        <w:t>☐ Track applicable travel time</w:t>
      </w:r>
    </w:p>
    <w:p>
      <w:r>
        <w:t>☐ Track training / meeting time</w:t>
      </w:r>
    </w:p>
    <w:p>
      <w:r>
        <w:t>☐ Track other compensable work</w:t>
      </w:r>
    </w:p>
    <w:p>
      <w:r>
        <w:t>☐ Establish correction procedure</w:t>
      </w:r>
    </w:p>
    <w:p>
      <w:r>
        <w:t>☐ Establish supervisor review</w:t>
      </w:r>
    </w:p>
    <w:p>
      <w:r>
        <w:t>☐ Connect approved hours to payroll</w:t>
      </w:r>
    </w:p>
    <w:p>
      <w:r>
        <w:t>Wage-and-hour requirements vary by jurisdiction.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35. CREATE QUALITY STANDARDS</w:t>
      </w:r>
    </w:p>
    <w:p>
      <w:r>
        <w:t>Define what acceptable work looks like.</w:t>
      </w:r>
    </w:p>
    <w:p>
      <w:r>
        <w:t>☐ Quality inspection checklist</w:t>
      </w:r>
    </w:p>
    <w:p>
      <w:r>
        <w:t>☐ Inspection scoring system</w:t>
      </w:r>
    </w:p>
    <w:p>
      <w:r>
        <w:t>☐ Passing score</w:t>
      </w:r>
    </w:p>
    <w:p>
      <w:r>
        <w:t>☐ Reclean process</w:t>
      </w:r>
    </w:p>
    <w:p>
      <w:r>
        <w:t>☐ Corrective-action process</w:t>
      </w:r>
    </w:p>
    <w:p>
      <w:r>
        <w:t>☐ Cleaner feedback process</w:t>
      </w:r>
    </w:p>
    <w:p>
      <w:r>
        <w:t>☐ Customer complaint process</w:t>
      </w:r>
    </w:p>
    <w:p>
      <w:r>
        <w:t>☐ Recurring issue tracking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36. CREATE YOUR OPERATING PROCEDURES</w:t>
      </w:r>
    </w:p>
    <w:p>
      <w:r>
        <w:t>Document repeatable processes for:</w:t>
      </w:r>
    </w:p>
    <w:p>
      <w:r>
        <w:t>☐ New leads</w:t>
      </w:r>
    </w:p>
    <w:p>
      <w:r>
        <w:t>☐ Estimates</w:t>
      </w:r>
    </w:p>
    <w:p>
      <w:r>
        <w:t>☐ Customer onboarding</w:t>
      </w:r>
    </w:p>
    <w:p>
      <w:r>
        <w:t>☐ Scheduling</w:t>
      </w:r>
    </w:p>
    <w:p>
      <w:r>
        <w:t>☐ Job preparation</w:t>
      </w:r>
    </w:p>
    <w:p>
      <w:r>
        <w:t>☐ Cleaning execution</w:t>
      </w:r>
    </w:p>
    <w:p>
      <w:r>
        <w:t>☐ Quality inspections</w:t>
      </w:r>
    </w:p>
    <w:p>
      <w:r>
        <w:t>☐ Complaints</w:t>
      </w:r>
    </w:p>
    <w:p>
      <w:r>
        <w:t>☐ Recleans</w:t>
      </w:r>
    </w:p>
    <w:p>
      <w:r>
        <w:t>☐ Damage incidents</w:t>
      </w:r>
    </w:p>
    <w:p>
      <w:r>
        <w:t>☐ Payments</w:t>
      </w:r>
    </w:p>
    <w:p>
      <w:r>
        <w:t>☐ Hiring</w:t>
      </w:r>
    </w:p>
    <w:p>
      <w:r>
        <w:t>☐ Employee onboarding</w:t>
      </w:r>
    </w:p>
    <w:p>
      <w:r>
        <w:t>☐ Training</w:t>
      </w:r>
    </w:p>
    <w:p>
      <w:r>
        <w:t>☐ Supply ordering</w:t>
      </w:r>
    </w:p>
    <w:p>
      <w:r>
        <w:t>☐ Equipment maintenance</w:t>
      </w:r>
    </w:p>
    <w:p>
      <w:r>
        <w:t>☐ Payroll</w:t>
      </w:r>
    </w:p>
    <w:p>
      <w:r>
        <w:t>☐ Customer cancellation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37. DEFINE YOUR KEY METRICS</w:t>
      </w:r>
    </w:p>
    <w:p>
      <w:r>
        <w:t>Start tracking the numbers that tell you whether the business is working.</w:t>
      </w:r>
    </w:p>
    <w:p>
      <w:pPr>
        <w:pStyle w:val="Heading3"/>
        <w:keepNext/>
      </w:pPr>
      <w:r>
        <w:t>Sales</w:t>
      </w:r>
    </w:p>
    <w:p>
      <w:r>
        <w:t>☐ Leads</w:t>
      </w:r>
    </w:p>
    <w:p>
      <w:r>
        <w:t>☐ Estimates sent</w:t>
      </w:r>
    </w:p>
    <w:p>
      <w:r>
        <w:t>☐ Estimates won</w:t>
      </w:r>
    </w:p>
    <w:p>
      <w:r>
        <w:t>☐ Conversion rate</w:t>
      </w:r>
    </w:p>
    <w:p>
      <w:r>
        <w:t>☐ Average job value</w:t>
      </w:r>
    </w:p>
    <w:p>
      <w:pPr>
        <w:pStyle w:val="Heading3"/>
        <w:keepNext/>
      </w:pPr>
      <w:r>
        <w:t>Operations</w:t>
      </w:r>
    </w:p>
    <w:p>
      <w:r>
        <w:t>☐ Jobs completed</w:t>
      </w:r>
    </w:p>
    <w:p>
      <w:r>
        <w:t>☐ Labor hours</w:t>
      </w:r>
    </w:p>
    <w:p>
      <w:r>
        <w:t>☐ Revenue per labor hour</w:t>
      </w:r>
    </w:p>
    <w:p>
      <w:r>
        <w:t>☐ On-time performance</w:t>
      </w:r>
    </w:p>
    <w:p>
      <w:r>
        <w:t>☐ Reclean rate</w:t>
      </w:r>
    </w:p>
    <w:p>
      <w:r>
        <w:t>☐ Inspection scores</w:t>
      </w:r>
    </w:p>
    <w:p>
      <w:pPr>
        <w:pStyle w:val="Heading3"/>
        <w:keepNext/>
      </w:pPr>
      <w:r>
        <w:t>Financial</w:t>
      </w:r>
    </w:p>
    <w:p>
      <w:r>
        <w:t>☐ Revenue</w:t>
      </w:r>
    </w:p>
    <w:p>
      <w:r>
        <w:t>☐ Direct labor cost</w:t>
      </w:r>
    </w:p>
    <w:p>
      <w:r>
        <w:t>☐ Gross / contribution profit</w:t>
      </w:r>
    </w:p>
    <w:p>
      <w:r>
        <w:t>☐ Profit margin</w:t>
      </w:r>
    </w:p>
    <w:p>
      <w:r>
        <w:t>☐ Customer acquisition cost where measurable</w:t>
      </w:r>
    </w:p>
    <w:p>
      <w:pPr>
        <w:pStyle w:val="Heading3"/>
        <w:keepNext/>
      </w:pPr>
      <w:r>
        <w:t>Customer</w:t>
      </w:r>
    </w:p>
    <w:p>
      <w:r>
        <w:t>☐ Recurring customers</w:t>
      </w:r>
    </w:p>
    <w:p>
      <w:r>
        <w:t>☐ Cancellations</w:t>
      </w:r>
    </w:p>
    <w:p>
      <w:r>
        <w:t>☐ Complaints</w:t>
      </w:r>
    </w:p>
    <w:p>
      <w:r>
        <w:t>☐ Reviews</w:t>
      </w:r>
    </w:p>
    <w:p>
      <w:r>
        <w:t>☐ Customer retention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38. KNOW YOUR BREAK-EVEN POINT</w:t>
      </w:r>
    </w:p>
    <w:p>
      <w:r>
        <w:t>Estimate your monthly fixed operating costs.</w:t>
      </w:r>
    </w:p>
    <w:p>
      <w:r>
        <w:t>Monthly Fixed Costs: $</w:t>
      </w:r>
    </w:p>
    <w:p>
      <w:r>
        <w:t>Estimate your contribution from cleaning services.</w:t>
      </w:r>
    </w:p>
    <w:p>
      <w:r>
        <w:t>Average Contribution Per Job: $</w:t>
      </w:r>
    </w:p>
    <w:p>
      <w:r>
        <w:t>Approximate Jobs Needed to Cover Fixed Costs:</w:t>
      </w:r>
    </w:p>
    <w:p>
      <w:r>
        <w:t>Review the calculation as your pricing and costs change.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39. CREATE A MONTHLY BUSINESS REVIEW</w:t>
      </w:r>
    </w:p>
    <w:p>
      <w:r>
        <w:t>Every month, review:</w:t>
      </w:r>
    </w:p>
    <w:p>
      <w:r>
        <w:t>☐ Revenue</w:t>
      </w:r>
    </w:p>
    <w:p>
      <w:r>
        <w:t>☐ Expenses</w:t>
      </w:r>
    </w:p>
    <w:p>
      <w:r>
        <w:t>☐ Profitability</w:t>
      </w:r>
    </w:p>
    <w:p>
      <w:r>
        <w:t>☐ Cash position</w:t>
      </w:r>
    </w:p>
    <w:p>
      <w:r>
        <w:t>☐ Leads</w:t>
      </w:r>
    </w:p>
    <w:p>
      <w:r>
        <w:t>☐ Conversion</w:t>
      </w:r>
    </w:p>
    <w:p>
      <w:r>
        <w:t>☐ Customer retention</w:t>
      </w:r>
    </w:p>
    <w:p>
      <w:r>
        <w:t>☐ Labor utilization</w:t>
      </w:r>
    </w:p>
    <w:p>
      <w:r>
        <w:t>☐ Cleaner performance</w:t>
      </w:r>
    </w:p>
    <w:p>
      <w:r>
        <w:t>☐ Reclean rate</w:t>
      </w:r>
    </w:p>
    <w:p>
      <w:r>
        <w:t>☐ Quality scores</w:t>
      </w:r>
    </w:p>
    <w:p>
      <w:r>
        <w:t>☐ Reviews</w:t>
      </w:r>
    </w:p>
    <w:p>
      <w:r>
        <w:t>☐ Marketing performance</w:t>
      </w:r>
    </w:p>
    <w:p>
      <w:r>
        <w:t>☐ Outstanding invoices</w:t>
      </w:r>
    </w:p>
    <w:p>
      <w:pPr>
        <w:pStyle w:val="Heading3"/>
        <w:keepNext/>
      </w:pPr>
      <w:r>
        <w:t>Biggest Problem This Month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Priority for Next Month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40. PRE-LAUNCH TEST</w:t>
      </w:r>
    </w:p>
    <w:p>
      <w:r>
        <w:t>Before taking your first customer:</w:t>
      </w:r>
    </w:p>
    <w:p>
      <w:r>
        <w:t>☐ Business registration completed</w:t>
      </w:r>
    </w:p>
    <w:p>
      <w:r>
        <w:t>☐ Required licenses reviewed</w:t>
      </w:r>
    </w:p>
    <w:p>
      <w:r>
        <w:t>☐ Insurance active</w:t>
      </w:r>
    </w:p>
    <w:p>
      <w:r>
        <w:t>☐ Business banking established</w:t>
      </w:r>
    </w:p>
    <w:p>
      <w:r>
        <w:t>☐ Payment collection tested</w:t>
      </w:r>
    </w:p>
    <w:p>
      <w:r>
        <w:t>☐ Services defined</w:t>
      </w:r>
    </w:p>
    <w:p>
      <w:r>
        <w:t>☐ Prices established</w:t>
      </w:r>
    </w:p>
    <w:p>
      <w:r>
        <w:t>☐ Checklists ready</w:t>
      </w:r>
    </w:p>
    <w:p>
      <w:r>
        <w:t>☐ Customer policies ready</w:t>
      </w:r>
    </w:p>
    <w:p>
      <w:r>
        <w:t>☐ Estimate / quote process ready</w:t>
      </w:r>
    </w:p>
    <w:p>
      <w:r>
        <w:t>☐ Scheduling process ready</w:t>
      </w:r>
    </w:p>
    <w:p>
      <w:r>
        <w:t>☐ Customer records ready</w:t>
      </w:r>
    </w:p>
    <w:p>
      <w:r>
        <w:t>☐ Cleaning products ready</w:t>
      </w:r>
    </w:p>
    <w:p>
      <w:r>
        <w:t>☐ Equipment ready</w:t>
      </w:r>
    </w:p>
    <w:p>
      <w:r>
        <w:t>☐ Safety procedures established</w:t>
      </w:r>
    </w:p>
    <w:p>
      <w:r>
        <w:t>☐ Website / contact method working</w:t>
      </w:r>
    </w:p>
    <w:p>
      <w:r>
        <w:t>☐ Test booking completed</w:t>
      </w:r>
    </w:p>
    <w:p>
      <w:r>
        <w:t>☐ Test job completed</w:t>
      </w:r>
    </w:p>
    <w:p>
      <w:r>
        <w:t>☐ Test payment completed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41. FIRST 30 DAYS</w:t>
      </w:r>
    </w:p>
    <w:p>
      <w:r>
        <w:t>☐ Acquire first customers</w:t>
      </w:r>
    </w:p>
    <w:p>
      <w:r>
        <w:t>☐ Ask satisfied customers for reviews</w:t>
      </w:r>
    </w:p>
    <w:p>
      <w:r>
        <w:t>☐ Track actual labor time</w:t>
      </w:r>
    </w:p>
    <w:p>
      <w:r>
        <w:t>☐ Compare estimated vs. actual job time</w:t>
      </w:r>
    </w:p>
    <w:p>
      <w:r>
        <w:t>☐ Review job profitability</w:t>
      </w:r>
    </w:p>
    <w:p>
      <w:r>
        <w:t>☐ Adjust pricing where needed</w:t>
      </w:r>
    </w:p>
    <w:p>
      <w:r>
        <w:t>☐ Improve checklists</w:t>
      </w:r>
    </w:p>
    <w:p>
      <w:r>
        <w:t>☐ Document common customer questions</w:t>
      </w:r>
    </w:p>
    <w:p>
      <w:r>
        <w:t>☐ Improve estimate process</w:t>
      </w:r>
    </w:p>
    <w:p>
      <w:r>
        <w:t>☐ Track lead sources</w:t>
      </w:r>
    </w:p>
    <w:p>
      <w:r>
        <w:t>☐ Fix operational problems quickly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42. FIRST 90 DAYS</w:t>
      </w:r>
    </w:p>
    <w:p>
      <w:r>
        <w:t>☐ Review pricing</w:t>
      </w:r>
    </w:p>
    <w:p>
      <w:r>
        <w:t>☐ Review profitability</w:t>
      </w:r>
    </w:p>
    <w:p>
      <w:r>
        <w:t>☐ Review customer acquisition</w:t>
      </w:r>
    </w:p>
    <w:p>
      <w:r>
        <w:t>☐ Review recurring-customer growth</w:t>
      </w:r>
    </w:p>
    <w:p>
      <w:r>
        <w:t>☐ Review quality issues</w:t>
      </w:r>
    </w:p>
    <w:p>
      <w:r>
        <w:t>☐ Review scheduling efficiency</w:t>
      </w:r>
    </w:p>
    <w:p>
      <w:r>
        <w:t>☐ Review service-area profitability</w:t>
      </w:r>
    </w:p>
    <w:p>
      <w:r>
        <w:t>☐ Standardize successful processes</w:t>
      </w:r>
    </w:p>
    <w:p>
      <w:r>
        <w:t>☐ Eliminate unprofitable services or pricing</w:t>
      </w:r>
    </w:p>
    <w:p>
      <w:r>
        <w:t>☐ Determine next hiring needs</w:t>
      </w:r>
    </w:p>
    <w:p>
      <w:r>
        <w:t>☐ Set next-quarter goals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BUSINESS LAUNCH SCORECARD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Area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Complete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Business Setup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Banking &amp; Accounting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Insurance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Services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Pricing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Estimates &amp; Sales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Customer Policies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Equipment &amp; Supplies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Website &amp; Marketing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Scheduling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Customer Management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Hiring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Training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Quality Control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Financial Tracking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pStyle w:val="Heading3"/>
        <w:keepNext/>
      </w:pPr>
      <w:r>
        <w:t>Overall Status</w:t>
      </w:r>
    </w:p>
    <w:p>
      <w:r>
        <w:t>☐ Planning</w:t>
      </w:r>
    </w:p>
    <w:p>
      <w:r>
        <w:t>☐ Setting Up</w:t>
      </w:r>
    </w:p>
    <w:p>
      <w:r>
        <w:t>☐ Ready to Launch</w:t>
      </w:r>
    </w:p>
    <w:p>
      <w:r>
        <w:t>☐ Launched</w:t>
      </w:r>
    </w:p>
    <w:p>
      <w:r>
        <w:t>☐ Building Recurring Customers</w:t>
      </w:r>
    </w:p>
    <w:p>
      <w:r>
        <w:t>☐ Ready to Hire / Grow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MY NEXT 5 ACTIONS</w:t>
      </w:r>
    </w:p>
    <w:p>
      <w:r>
        <w:t>1.</w:t>
      </w:r>
    </w:p>
    <w:p>
      <w:r>
        <w:t>2.</w:t>
      </w:r>
    </w:p>
    <w:p>
      <w:r>
        <w:t>3.</w:t>
      </w:r>
    </w:p>
    <w:p>
      <w:r>
        <w:t>4.</w:t>
      </w:r>
    </w:p>
    <w:p>
      <w:r>
        <w:t>5.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BUSINESS NOTICE</w:t>
      </w:r>
    </w:p>
    <w:p>
      <w:r>
        <w:t>This checklist provides a general framework for planning and operating a cleaning business. It is not legal, tax, accounting, insurance, employment, workplace-safety, or regulatory advice.</w:t>
      </w:r>
    </w:p>
    <w:p>
      <w:r>
        <w:t>Business registration, licensing, taxation, employment, worker classification, payroll, insurance, contracts, chemical safety, privacy, and other requirements vary by location and business activity.</w:t>
      </w:r>
    </w:p>
    <w:p>
      <w:r>
        <w:t>Verify the requirements that apply to your business with the appropriate government agencies and qualified professionals.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Not every item will apply to every cleaning company.</w:t>
      </w:r>
    </w:p>
    <w:p>
      <w:r>
        <w:t>Use this checklist as a planning framework, remove irrelevant sections, add requirements specific to your market, and assign deadlines and owners to unfinished tasks.</w:t>
      </w:r>
    </w:p>
    <w:p>
      <w:r>
        <w:t>Template Version: 1.0</w:t>
      </w:r>
    </w:p>
    <w:p>
      <w:r>
        <w:t>Updated: September 2026</w:t>
      </w:r>
    </w:p>
    <w:p>
      <w:r>
        <w:t>Template ID: TPL-BIZ-001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