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Cleaning Cancellation Policy Template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1"/>
        <w:keepNext/>
      </w:pPr>
      <w:r>
        <w:t>CLEANING CANCELLATION POLICY</w:t>
      </w:r>
    </w:p>
    <w:p>
      <w:r>
        <w:t>[YOUR COMPANY NAME]</w:t>
      </w:r>
    </w:p>
    <w:p>
      <w:r>
        <w:t>[Phone Number]</w:t>
      </w:r>
    </w:p>
    <w:p>
      <w:r>
        <w:t>[Email Address]</w:t>
      </w:r>
    </w:p>
    <w:p>
      <w:r>
        <w:t>[Website]</w:t>
      </w:r>
    </w:p>
    <w:p>
      <w:r>
        <w:t>We understand that plans change. This cancellation policy is designed to help us protect scheduled cleaning time while giving customers a clear process for changing or canceling appointments.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NOTICE REQUIRED</w:t>
      </w:r>
    </w:p>
    <w:p>
      <w:r>
        <w:t>Please provide at least:</w:t>
      </w:r>
    </w:p>
    <w:p>
      <w:r>
        <w:t>hours’ notice</w:t>
      </w:r>
    </w:p>
    <w:p>
      <w:r>
        <w:t>to cancel or reschedule a cleaning appointment.</w:t>
      </w:r>
    </w:p>
    <w:p>
      <w:r>
        <w:t>Notice may be provided by:</w:t>
      </w:r>
    </w:p>
    <w:p>
      <w:r>
        <w:t>☐ Phone</w:t>
      </w:r>
    </w:p>
    <w:p>
      <w:r>
        <w:t>☐ Text</w:t>
      </w:r>
    </w:p>
    <w:p>
      <w:r>
        <w:t>☐ Email</w:t>
      </w:r>
    </w:p>
    <w:p>
      <w:r>
        <w:t>☐ Customer Portal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LATE CANCELLATIONS</w:t>
      </w:r>
    </w:p>
    <w:p>
      <w:r>
        <w:t>A cancellation or reschedule made with less than the required notice may result in a fee.</w:t>
      </w:r>
    </w:p>
    <w:p>
      <w:r>
        <w:t>Late Cancellation Fee:</w:t>
      </w:r>
    </w:p>
    <w:p>
      <w:r>
        <w:t>☐ $</w:t>
      </w:r>
    </w:p>
    <w:p>
      <w:r>
        <w:t>☐ % of scheduled service</w:t>
      </w:r>
    </w:p>
    <w:p>
      <w:r>
        <w:t>☐ Full scheduled service amount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SAME-DAY CANCELLATIONS</w:t>
      </w:r>
    </w:p>
    <w:p>
      <w:r>
        <w:t>Appointments canceled on the scheduled service day may be subject to:</w:t>
      </w:r>
    </w:p>
    <w:p>
      <w:r>
        <w:t>Same-Day Cancellation Fee:</w:t>
      </w:r>
    </w:p>
    <w:p>
      <w:r>
        <w:t>☐ $</w:t>
      </w:r>
    </w:p>
    <w:p>
      <w:r>
        <w:t>☐ % of scheduled service</w:t>
      </w:r>
    </w:p>
    <w:p>
      <w:r>
        <w:t>☐ Full scheduled service amount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NO-SHOW / NO-ACCESS APPOINTMENTS</w:t>
      </w:r>
    </w:p>
    <w:p>
      <w:r>
        <w:t>If our cleaning team arrives but cannot enter the property because of an access issue controlled by the customer, the visit may be treated as a late cancellation.</w:t>
      </w:r>
    </w:p>
    <w:p>
      <w:r>
        <w:t>Examples include:</w:t>
      </w:r>
    </w:p>
    <w:p>
      <w:pPr>
        <w:pStyle w:val="ListBullet"/>
      </w:pPr>
      <w:r>
        <w:t>Locked doors</w:t>
      </w:r>
    </w:p>
    <w:p>
      <w:pPr>
        <w:pStyle w:val="ListBullet"/>
      </w:pPr>
      <w:r>
        <w:t>Incorrect access codes</w:t>
      </w:r>
    </w:p>
    <w:p>
      <w:pPr>
        <w:pStyle w:val="ListBullet"/>
      </w:pPr>
      <w:r>
        <w:t>Missing keys</w:t>
      </w:r>
    </w:p>
    <w:p>
      <w:pPr>
        <w:pStyle w:val="ListBullet"/>
      </w:pPr>
      <w:r>
        <w:t>Unavailable concierge or property manager</w:t>
      </w:r>
    </w:p>
    <w:p>
      <w:pPr>
        <w:pStyle w:val="ListBullet"/>
      </w:pPr>
      <w:r>
        <w:t>Disabled smart-lock access</w:t>
      </w:r>
    </w:p>
    <w:p>
      <w:pPr>
        <w:pStyle w:val="ListBullet"/>
      </w:pPr>
      <w:r>
        <w:t>Customer not present when presence is required</w:t>
      </w:r>
    </w:p>
    <w:p>
      <w:pPr>
        <w:pStyle w:val="ListBullet"/>
      </w:pPr>
      <w:r>
        <w:t>Pets preventing safe entry</w:t>
      </w:r>
    </w:p>
    <w:p>
      <w:pPr>
        <w:pStyle w:val="ListBullet"/>
      </w:pPr>
      <w:r>
        <w:t>Other access issues outside the cleaning team’s control</w:t>
      </w:r>
    </w:p>
    <w:p>
      <w:r>
        <w:t>No-Access Fee:</w:t>
      </w:r>
    </w:p>
    <w:p>
      <w:r>
        <w:t>☐ $</w:t>
      </w:r>
    </w:p>
    <w:p>
      <w:r>
        <w:t>☐ % of scheduled service</w:t>
      </w:r>
    </w:p>
    <w:p>
      <w:r>
        <w:t>☐ Full scheduled service amount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RESCHEDULING</w:t>
      </w:r>
    </w:p>
    <w:p>
      <w:r>
        <w:t>Customers may request to reschedule an appointment subject to availability.</w:t>
      </w:r>
    </w:p>
    <w:p>
      <w:r>
        <w:t>If sufficient notice is provided:</w:t>
      </w:r>
    </w:p>
    <w:p>
      <w:r>
        <w:t>☐ No rescheduling fee applies</w:t>
      </w:r>
    </w:p>
    <w:p>
      <w:r>
        <w:t>or</w:t>
      </w:r>
    </w:p>
    <w:p>
      <w:r>
        <w:t>☐ Rescheduling Fee: $</w:t>
      </w:r>
    </w:p>
    <w:p>
      <w:r>
        <w:t>Requests made after the cancellation deadline may be treated as late cancellations.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RECURRING CLEANING CUSTOMERS</w:t>
      </w:r>
    </w:p>
    <w:p>
      <w:r>
        <w:t>Recurring cleaning pricing may depend on the scheduled frequency.</w:t>
      </w:r>
    </w:p>
    <w:p>
      <w:r>
        <w:t>If a visit is skipped, canceled, or moved significantly outside the normal schedule, the next cleaning may require additional time or a different price.</w:t>
      </w:r>
    </w:p>
    <w:p>
      <w:r>
        <w:t>For example, a home normally cleaned every two weeks may require more work if several weeks pass between visits.</w:t>
      </w:r>
    </w:p>
    <w:p>
      <w:r>
        <w:t>Recurring-Service Adjustment Policy: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HOLIDAYS</w:t>
      </w:r>
    </w:p>
    <w:p>
      <w:r>
        <w:t>Appointments that fall on company holidays may be:</w:t>
      </w:r>
    </w:p>
    <w:p>
      <w:r>
        <w:t>☐ Rescheduled automatically</w:t>
      </w:r>
    </w:p>
    <w:p>
      <w:r>
        <w:t>☐ Rescheduled by mutual agreement</w:t>
      </w:r>
    </w:p>
    <w:p>
      <w:r>
        <w:t>☐ Serviced with a holiday fee</w:t>
      </w:r>
    </w:p>
    <w:p>
      <w:r>
        <w:t>☐ Handled according to a separate holiday schedule</w:t>
      </w:r>
    </w:p>
    <w:p>
      <w:r>
        <w:t>Holiday Policy: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WEATHER &amp; EMERGENCIES</w:t>
      </w:r>
    </w:p>
    <w:p>
      <w:r>
        <w:t>We may waive cancellation fees when severe weather, emergencies, unsafe travel, utility outages, or other exceptional circumstances make service impractical or unsafe.</w:t>
      </w:r>
    </w:p>
    <w:p>
      <w:r>
        <w:t>The Cleaning Company may also reschedule service when conditions prevent safe operation.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ILLNESS OR CONTAGIOUS CONDITIONS</w:t>
      </w:r>
    </w:p>
    <w:p>
      <w:r>
        <w:t>Customers should notify us when conditions at the property may create a health or safety concern for cleaning staff.</w:t>
      </w:r>
    </w:p>
    <w:p>
      <w:r>
        <w:t>Depending on the circumstances, the appointment may be rescheduled.</w:t>
      </w:r>
    </w:p>
    <w:p>
      <w:r>
        <w:t>Company Policy: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COMPANY CANCELLATIONS</w:t>
      </w:r>
    </w:p>
    <w:p>
      <w:r>
        <w:t>If we need to cancel or reschedule an appointment, we will make reasonable efforts to notify the customer and offer another available service time.</w:t>
      </w:r>
    </w:p>
    <w:p>
      <w:r>
        <w:t>A customer will not be charged a cancellation fee when the Cleaning Company cancels the appointment.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HOW TO CANCEL OR RESCHEDULE</w:t>
      </w:r>
    </w:p>
    <w:p>
      <w:r>
        <w:t>To change an appointment, contact:</w:t>
      </w:r>
    </w:p>
    <w:p>
      <w:r>
        <w:t>Phone: [Phone Number]</w:t>
      </w:r>
    </w:p>
    <w:p>
      <w:r>
        <w:t>Email: [Email Address]</w:t>
      </w:r>
    </w:p>
    <w:p>
      <w:r>
        <w:t>Customer Portal: [Portal URL, if applicable]</w:t>
      </w:r>
    </w:p>
    <w:p>
      <w:r>
        <w:t>Please include:</w:t>
      </w:r>
    </w:p>
    <w:p>
      <w:pPr>
        <w:pStyle w:val="ListBullet"/>
      </w:pPr>
      <w:r>
        <w:t>Customer name</w:t>
      </w:r>
    </w:p>
    <w:p>
      <w:pPr>
        <w:pStyle w:val="ListBullet"/>
      </w:pPr>
      <w:r>
        <w:t>Service address</w:t>
      </w:r>
    </w:p>
    <w:p>
      <w:pPr>
        <w:pStyle w:val="ListBullet"/>
      </w:pPr>
      <w:r>
        <w:t>Scheduled service date</w:t>
      </w:r>
    </w:p>
    <w:p>
      <w:pPr>
        <w:pStyle w:val="ListBullet"/>
      </w:pPr>
      <w:r>
        <w:t>Requested change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EXCEPTIONS</w:t>
      </w:r>
    </w:p>
    <w:p>
      <w:r>
        <w:t>We may waive or reduce cancellation fees at our discretion based on the circumstances.</w:t>
      </w:r>
    </w:p>
    <w:p>
      <w:r>
        <w:t>Any exception for one appointment does not automatically change this policy for future services.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CUSTOMER ACKNOWLEDGMENT</w:t>
      </w:r>
    </w:p>
    <w:p>
      <w:r>
        <w:t>By scheduling cleaning service, the customer acknowledges the cancellation and rescheduling terms provided by the Cleaning Company.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TEMPLATE CUSTOMIZATION NOTICE</w:t>
      </w:r>
    </w:p>
    <w:p>
      <w:r>
        <w:t>Set cancellation notice periods and fees that are reasonable for your business and customers.</w:t>
      </w:r>
    </w:p>
    <w:p>
      <w:r>
        <w:t>Do not use cancellation fees, automatic charges, or recurring-service terms without confirming they comply with applicable consumer-protection, payment, contract, and local legal requirements.</w:t>
      </w:r>
    </w:p>
    <w:p>
      <w:r>
        <w:t>This template is provided for general informational and business-use purposes and is not legal advice.</w:t>
      </w:r>
    </w:p>
    <w:p>
      <w:r>
        <w:t>Template Version: 1.0</w:t>
      </w:r>
    </w:p>
    <w:p>
      <w:r>
        <w:t>Updated: September 2026</w:t>
      </w:r>
    </w:p>
    <w:p>
      <w:r>
        <w:t>Template ID: TPL-POL-001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