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Client Intake Form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CLIENT INFORMATION</w:t>
      </w:r>
    </w:p>
    <w:p>
      <w:r>
        <w:t>Customer Name:</w:t>
      </w:r>
    </w:p>
    <w:p>
      <w:r>
        <w:t>Company Name (if applicable):</w:t>
      </w:r>
    </w:p>
    <w:p>
      <w:r>
        <w:t>Phone:</w:t>
      </w:r>
    </w:p>
    <w:p>
      <w:r>
        <w:t>Email:</w:t>
      </w:r>
    </w:p>
    <w:p>
      <w:r>
        <w:t>Preferred Contact Method:</w:t>
      </w:r>
    </w:p>
    <w:p>
      <w:r>
        <w:t>☐ Phone</w:t>
      </w:r>
    </w:p>
    <w:p>
      <w:r>
        <w:t>☐ Text</w:t>
      </w:r>
    </w:p>
    <w:p>
      <w:r>
        <w:t>☐ Email</w:t>
      </w:r>
    </w:p>
    <w:p>
      <w:r>
        <w:t>Best Time to Contact: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ADDRESS</w:t>
      </w:r>
    </w:p>
    <w:p>
      <w:r>
        <w:t>Street Address:</w:t>
      </w:r>
    </w:p>
    <w:p>
      <w:r>
        <w:t>City:</w:t>
      </w:r>
    </w:p>
    <w:p>
      <w:r>
        <w:t>State:</w:t>
      </w:r>
    </w:p>
    <w:p>
      <w:r>
        <w:t>ZIP / Postal Code:</w:t>
      </w:r>
    </w:p>
    <w:p>
      <w:r>
        <w:t>Property Type:</w:t>
      </w:r>
    </w:p>
    <w:p>
      <w:r>
        <w:t>☐ House</w:t>
      </w:r>
    </w:p>
    <w:p>
      <w:r>
        <w:t>☐ Apartment</w:t>
      </w:r>
    </w:p>
    <w:p>
      <w:r>
        <w:t>☐ Condo</w:t>
      </w:r>
    </w:p>
    <w:p>
      <w:r>
        <w:t>☐ Townhome</w:t>
      </w:r>
    </w:p>
    <w:p>
      <w:r>
        <w:t>☐ Vacation Rental</w:t>
      </w:r>
    </w:p>
    <w:p>
      <w:r>
        <w:t>☐ Office</w:t>
      </w:r>
    </w:p>
    <w:p>
      <w:r>
        <w:t>☐ Commercial Facility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DETAILS</w:t>
      </w:r>
    </w:p>
    <w:p>
      <w:r>
        <w:t>Approximate Square Footage:  sq. ft.</w:t>
      </w:r>
    </w:p>
    <w:p>
      <w:r>
        <w:t>Bedrooms:</w:t>
      </w:r>
    </w:p>
    <w:p>
      <w:r>
        <w:t>Full Bathrooms:</w:t>
      </w:r>
    </w:p>
    <w:p>
      <w:r>
        <w:t>Half Bathrooms:</w:t>
      </w:r>
    </w:p>
    <w:p>
      <w:r>
        <w:t>Floors / Levels:</w:t>
      </w:r>
    </w:p>
    <w:p>
      <w:r>
        <w:t>Occupancy:</w:t>
      </w:r>
    </w:p>
    <w:p>
      <w:r>
        <w:t>☐ Occupied</w:t>
      </w:r>
    </w:p>
    <w:p>
      <w:r>
        <w:t>☐ Vacant</w:t>
      </w:r>
    </w:p>
    <w:p>
      <w:r>
        <w:t>☐ Partially Occupied</w:t>
      </w:r>
    </w:p>
    <w:p>
      <w:r>
        <w:t>Property Condition:</w:t>
      </w:r>
    </w:p>
    <w:p>
      <w:r>
        <w:t>☐ Light Cleaning Needed</w:t>
      </w:r>
    </w:p>
    <w:p>
      <w:r>
        <w:t>☐ Average</w:t>
      </w:r>
    </w:p>
    <w:p>
      <w:r>
        <w:t>☐ Heavy Buildup</w:t>
      </w:r>
    </w:p>
    <w:p>
      <w:r>
        <w:t>☐ Unsure / Needs Assessment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REQUESTED SERVICE</w:t>
      </w:r>
    </w:p>
    <w:p>
      <w:r>
        <w:t>Service Type:</w:t>
      </w:r>
    </w:p>
    <w:p>
      <w:r>
        <w:t>☐ Standard Cleaning</w:t>
      </w:r>
    </w:p>
    <w:p>
      <w:r>
        <w:t>☐ Deep Cleaning</w:t>
      </w:r>
    </w:p>
    <w:p>
      <w:r>
        <w:t>☐ Move-In Cleaning</w:t>
      </w:r>
    </w:p>
    <w:p>
      <w:r>
        <w:t>☐ Move-Out Cleaning</w:t>
      </w:r>
    </w:p>
    <w:p>
      <w:r>
        <w:t>☐ Recurring Cleaning</w:t>
      </w:r>
    </w:p>
    <w:p>
      <w:r>
        <w:t>☐ Airbnb / Turnover Cleaning</w:t>
      </w:r>
    </w:p>
    <w:p>
      <w:r>
        <w:t>☐ Office Cleaning</w:t>
      </w:r>
    </w:p>
    <w:p>
      <w:r>
        <w:t>☐ Commercial Cleaning</w:t>
      </w:r>
    </w:p>
    <w:p>
      <w:r>
        <w:t>☐ Post-Construction Cleaning</w:t>
      </w:r>
    </w:p>
    <w:p>
      <w:r>
        <w:t>☐ Custom Service</w:t>
      </w:r>
    </w:p>
    <w:p>
      <w:r>
        <w:t>Requested Frequency:</w:t>
      </w:r>
    </w:p>
    <w:p>
      <w:r>
        <w:t>☐ One-Time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DESIRED START DATE</w:t>
      </w:r>
    </w:p>
    <w:p>
      <w:r>
        <w:t>Preferred Start Date:</w:t>
      </w:r>
    </w:p>
    <w:p>
      <w:r>
        <w:t>Preferred Service Days:</w:t>
      </w:r>
    </w:p>
    <w:p>
      <w:r>
        <w:t>☐ Monday</w:t>
      </w:r>
    </w:p>
    <w:p>
      <w:r>
        <w:t>☐ Tuesday</w:t>
      </w:r>
    </w:p>
    <w:p>
      <w:r>
        <w:t>☐ Wednesday</w:t>
      </w:r>
    </w:p>
    <w:p>
      <w:r>
        <w:t>☐ Thursday</w:t>
      </w:r>
    </w:p>
    <w:p>
      <w:r>
        <w:t>☐ Friday</w:t>
      </w:r>
    </w:p>
    <w:p>
      <w:r>
        <w:t>☐ Saturday</w:t>
      </w:r>
    </w:p>
    <w:p>
      <w:r>
        <w:t>☐ Sunday</w:t>
      </w:r>
    </w:p>
    <w:p>
      <w:r>
        <w:t>Preferred Time:</w:t>
      </w:r>
    </w:p>
    <w:p>
      <w:r>
        <w:t>☐ Morning</w:t>
      </w:r>
    </w:p>
    <w:p>
      <w:r>
        <w:t>☐ Midday</w:t>
      </w:r>
    </w:p>
    <w:p>
      <w:r>
        <w:t>☐ Afternoon</w:t>
      </w:r>
    </w:p>
    <w:p>
      <w:r>
        <w:t>☐ Evening</w:t>
      </w:r>
    </w:p>
    <w:p>
      <w:r>
        <w:t>☐ Flexible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PRIORITIES</w:t>
      </w:r>
    </w:p>
    <w:p>
      <w:r>
        <w:t>What are the most important areas for us to focus on?</w:t>
      </w:r>
    </w:p>
    <w:p>
      <w:r>
        <w:t>☐ Kitchen</w:t>
      </w:r>
    </w:p>
    <w:p>
      <w:r>
        <w:t>☐ Bathrooms</w:t>
      </w:r>
    </w:p>
    <w:p>
      <w:r>
        <w:t>☐ Bedrooms</w:t>
      </w:r>
    </w:p>
    <w:p>
      <w:r>
        <w:t>☐ Living Areas</w:t>
      </w:r>
    </w:p>
    <w:p>
      <w:r>
        <w:t>☐ Floors</w:t>
      </w:r>
    </w:p>
    <w:p>
      <w:r>
        <w:t>☐ Dusting</w:t>
      </w:r>
    </w:p>
    <w:p>
      <w:r>
        <w:t>☐ Baseboards</w:t>
      </w:r>
    </w:p>
    <w:p>
      <w:r>
        <w:t>☐ Pet Hair</w:t>
      </w:r>
    </w:p>
    <w:p>
      <w:r>
        <w:t>☐ Organization</w:t>
      </w:r>
    </w:p>
    <w:p>
      <w:r>
        <w:t>☐ Other:</w:t>
      </w:r>
    </w:p>
    <w:p>
      <w:pPr>
        <w:pStyle w:val="Heading3"/>
        <w:keepNext/>
      </w:pPr>
      <w:r>
        <w:t>Additional 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SERVICES</w:t>
      </w:r>
    </w:p>
    <w:p>
      <w:r>
        <w:t>Select any services you may be interested in.</w:t>
      </w:r>
    </w:p>
    <w:p>
      <w:r>
        <w:t>☐ Inside Refrigerator</w:t>
      </w:r>
    </w:p>
    <w:p>
      <w:r>
        <w:t>☐ Inside Oven</w:t>
      </w:r>
    </w:p>
    <w:p>
      <w:r>
        <w:t>☐ Inside Cabinets</w:t>
      </w:r>
    </w:p>
    <w:p>
      <w:r>
        <w:t>☐ Interior Windows</w:t>
      </w:r>
    </w:p>
    <w:p>
      <w:r>
        <w:t>☐ Blinds</w:t>
      </w:r>
    </w:p>
    <w:p>
      <w:r>
        <w:t>☐ Detailed Baseboards</w:t>
      </w:r>
    </w:p>
    <w:p>
      <w:r>
        <w:t>☐ Bed Linen Changes</w:t>
      </w:r>
    </w:p>
    <w:p>
      <w:r>
        <w:t>☐ Laundry</w:t>
      </w:r>
    </w:p>
    <w:p>
      <w:r>
        <w:t>☐ Dishes</w:t>
      </w:r>
    </w:p>
    <w:p>
      <w:r>
        <w:t>☐ Pet Hair Removal</w:t>
      </w:r>
    </w:p>
    <w:p>
      <w:r>
        <w:t>☐ Wall Spot Cleaning</w:t>
      </w:r>
    </w:p>
    <w:p>
      <w:r>
        <w:t>☐ Organization</w:t>
      </w:r>
    </w:p>
    <w:p>
      <w:r>
        <w:t>☐ Carpet Cleaning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PETS</w:t>
      </w:r>
    </w:p>
    <w:p>
      <w:r>
        <w:t>Are there pets at the property?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Type / Number of Pets:</w:t>
      </w:r>
    </w:p>
    <w:p>
      <w:r>
        <w:t>Pet Names:</w:t>
      </w:r>
    </w:p>
    <w:p>
      <w:r>
        <w:t>Will pets be present during service?</w:t>
      </w:r>
    </w:p>
    <w:p>
      <w:r>
        <w:t>☐ Yes</w:t>
      </w:r>
    </w:p>
    <w:p>
      <w:r>
        <w:t>☐ No</w:t>
      </w:r>
    </w:p>
    <w:p>
      <w:r>
        <w:t>☐ Unsure</w:t>
      </w:r>
    </w:p>
    <w:p>
      <w:pPr>
        <w:pStyle w:val="Heading3"/>
        <w:keepNext/>
      </w:pPr>
      <w:r>
        <w:t>Pet 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ACCESS</w:t>
      </w:r>
    </w:p>
    <w:p>
      <w:r>
        <w:t>How should the cleaning team enter the property?</w:t>
      </w:r>
    </w:p>
    <w:p>
      <w:r>
        <w:t>☐ Customer Will Be Present</w:t>
      </w:r>
    </w:p>
    <w:p>
      <w:r>
        <w:t>☐ Door Unlocked</w:t>
      </w:r>
    </w:p>
    <w:p>
      <w:r>
        <w:t>☐ Key</w:t>
      </w:r>
    </w:p>
    <w:p>
      <w:r>
        <w:t>☐ Lockbox</w:t>
      </w:r>
    </w:p>
    <w:p>
      <w:r>
        <w:t>☐ Smart Lock</w:t>
      </w:r>
    </w:p>
    <w:p>
      <w:r>
        <w:t>☐ Keypad / Access Code</w:t>
      </w:r>
    </w:p>
    <w:p>
      <w:r>
        <w:t>☐ Concierge / Front Desk</w:t>
      </w:r>
    </w:p>
    <w:p>
      <w:r>
        <w:t>☐ Property Manager</w:t>
      </w:r>
    </w:p>
    <w:p>
      <w:r>
        <w:t>☐ Other:</w:t>
      </w:r>
    </w:p>
    <w:p>
      <w:pPr>
        <w:pStyle w:val="Heading3"/>
        <w:keepNext/>
      </w:pPr>
      <w:r>
        <w:t>Access 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Parking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SECURITY</w:t>
      </w:r>
    </w:p>
    <w:p>
      <w:r>
        <w:t>Alarm System: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Alarm Instructions:</w:t>
      </w:r>
    </w:p>
    <w:p>
      <w:pPr>
        <w:spacing w:after="80"/>
        <w:pBdr>
          <w:bottom w:val="single" w:sz="8" w:color="0B7285"/>
        </w:pBdr>
      </w:pPr>
    </w:p>
    <w:p>
      <w:r>
        <w:t>Restricted / Off-Limit Areas: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 SURFACES / ITEMS</w:t>
      </w:r>
    </w:p>
    <w:p>
      <w:r>
        <w:t>Does the property contain any surfaces or items requiring special care?</w:t>
      </w:r>
    </w:p>
    <w:p>
      <w:r>
        <w:t>☐ Natural Stone</w:t>
      </w:r>
    </w:p>
    <w:p>
      <w:r>
        <w:t>☐ Hardwood</w:t>
      </w:r>
    </w:p>
    <w:p>
      <w:r>
        <w:t>☐ Specialty Flooring</w:t>
      </w:r>
    </w:p>
    <w:p>
      <w:r>
        <w:t>☐ Antique Furniture</w:t>
      </w:r>
    </w:p>
    <w:p>
      <w:r>
        <w:t>☐ Artwork</w:t>
      </w:r>
    </w:p>
    <w:p>
      <w:r>
        <w:t>☐ Delicate Fixtures</w:t>
      </w:r>
    </w:p>
    <w:p>
      <w:r>
        <w:t>☐ Specialty Appliances</w:t>
      </w:r>
    </w:p>
    <w:p>
      <w:r>
        <w:t>☐ Unsealed Surfaces</w:t>
      </w:r>
    </w:p>
    <w:p>
      <w:r>
        <w:t>☐ Other:</w:t>
      </w:r>
    </w:p>
    <w:p>
      <w:pPr>
        <w:pStyle w:val="Heading3"/>
        <w:keepNext/>
      </w:pPr>
      <w:r>
        <w:t>Special Care 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CLEANING PRODUCTS</w:t>
      </w:r>
    </w:p>
    <w:p>
      <w:r>
        <w:t>Product Preference:</w:t>
      </w:r>
    </w:p>
    <w:p>
      <w:r>
        <w:t>☐ Cleaning Company Products</w:t>
      </w:r>
    </w:p>
    <w:p>
      <w:r>
        <w:t>☐ Customer-Supplied Products</w:t>
      </w:r>
    </w:p>
    <w:p>
      <w:r>
        <w:t>☐ Fragrance-Free</w:t>
      </w:r>
    </w:p>
    <w:p>
      <w:r>
        <w:t>☐ Other:</w:t>
      </w:r>
    </w:p>
    <w:p>
      <w:r>
        <w:t>Known Product Restrictions / Preferences: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ALLERGIES / SENSITIVITIES</w:t>
      </w:r>
    </w:p>
    <w:p>
      <w:r>
        <w:t>Please list any cleaning-product sensitivities, fragrance preferences, or other relevant concerns.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CURRENT CLEANING SITUATION</w:t>
      </w:r>
    </w:p>
    <w:p>
      <w:r>
        <w:t>Do you currently use a cleaning service?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Current Cleaning Frequency:</w:t>
      </w:r>
    </w:p>
    <w:p>
      <w:r>
        <w:t>Reason for Considering a Change: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HOW DID YOU HEAR ABOUT US?</w:t>
      </w:r>
    </w:p>
    <w:p>
      <w:r>
        <w:t>☐ Google Search</w:t>
      </w:r>
    </w:p>
    <w:p>
      <w:r>
        <w:t>☐ Referral</w:t>
      </w:r>
    </w:p>
    <w:p>
      <w:r>
        <w:t>☐ Facebook</w:t>
      </w:r>
    </w:p>
    <w:p>
      <w:r>
        <w:t>☐ Instagram</w:t>
      </w:r>
    </w:p>
    <w:p>
      <w:r>
        <w:t>☐ Nextdoor</w:t>
      </w:r>
    </w:p>
    <w:p>
      <w:r>
        <w:t>☐ Yelp</w:t>
      </w:r>
    </w:p>
    <w:p>
      <w:r>
        <w:t>☐ Existing Customer</w:t>
      </w:r>
    </w:p>
    <w:p>
      <w:r>
        <w:t>☐ Property Manager</w:t>
      </w:r>
    </w:p>
    <w:p>
      <w:r>
        <w:t>☐ Realtor</w:t>
      </w:r>
    </w:p>
    <w:p>
      <w:r>
        <w:t>☐ Other:</w:t>
      </w:r>
    </w:p>
    <w:p>
      <w:r>
        <w:t>Referral Name (if applicable):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QUOTE INFORMATION</w:t>
      </w:r>
    </w:p>
    <w:p>
      <w:r>
        <w:t>How would you prefer to receive your quote?</w:t>
      </w:r>
    </w:p>
    <w:p>
      <w:r>
        <w:t>☐ Email</w:t>
      </w:r>
    </w:p>
    <w:p>
      <w:r>
        <w:t>☐ Text</w:t>
      </w:r>
    </w:p>
    <w:p>
      <w:r>
        <w:t>☐ Phone</w:t>
      </w:r>
    </w:p>
    <w:p>
      <w:r>
        <w:t>☐ In Person</w:t>
      </w:r>
    </w:p>
    <w:p>
      <w:r>
        <w:t>Is an onsite walkthrough needed?</w:t>
      </w:r>
    </w:p>
    <w:p>
      <w:r>
        <w:t>☐ Yes</w:t>
      </w:r>
    </w:p>
    <w:p>
      <w:r>
        <w:t>☐ No</w:t>
      </w:r>
    </w:p>
    <w:p>
      <w:r>
        <w:t>☐ Unsure</w:t>
      </w:r>
    </w:p>
    <w:p>
      <w:r>
        <w:t>Preferred Walkthrough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BUDGET / PRICING EXPECTATIONS</w:t>
      </w:r>
    </w:p>
    <w:p>
      <w:r>
        <w:t>Optional.</w:t>
      </w:r>
    </w:p>
    <w:p>
      <w:r>
        <w:t>Expected Budget:</w:t>
      </w:r>
    </w:p>
    <w:p>
      <w:r>
        <w:t>☐ Under $100</w:t>
      </w:r>
    </w:p>
    <w:p>
      <w:r>
        <w:t>☐ $100–$199</w:t>
      </w:r>
    </w:p>
    <w:p>
      <w:r>
        <w:t>☐ $200–$299</w:t>
      </w:r>
    </w:p>
    <w:p>
      <w:r>
        <w:t>☐ $300–$499</w:t>
      </w:r>
    </w:p>
    <w:p>
      <w:r>
        <w:t>☐ $500+</w:t>
      </w:r>
    </w:p>
    <w:p>
      <w:r>
        <w:t>☐ Unsure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ADDITIONAL INFORMATION</w:t>
      </w:r>
    </w:p>
    <w:p>
      <w:r>
        <w:t>Is there anything else we should know about your property or cleaning needs?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INTERNAL USE</w:t>
      </w:r>
    </w:p>
    <w:p>
      <w:r>
        <w:t>Lead Source:</w:t>
      </w:r>
    </w:p>
    <w:p>
      <w:r>
        <w:t>Lead Status:</w:t>
      </w:r>
    </w:p>
    <w:p>
      <w:r>
        <w:t>☐ New</w:t>
      </w:r>
    </w:p>
    <w:p>
      <w:r>
        <w:t>☐ Contacted</w:t>
      </w:r>
    </w:p>
    <w:p>
      <w:r>
        <w:t>☐ Qualified</w:t>
      </w:r>
    </w:p>
    <w:p>
      <w:r>
        <w:t>☐ Walkthrough Scheduled</w:t>
      </w:r>
    </w:p>
    <w:p>
      <w:r>
        <w:t>☐ Estimate Sent</w:t>
      </w:r>
    </w:p>
    <w:p>
      <w:r>
        <w:t>☐ Follow-Up Needed</w:t>
      </w:r>
    </w:p>
    <w:p>
      <w:r>
        <w:t>☐ Won</w:t>
      </w:r>
    </w:p>
    <w:p>
      <w:r>
        <w:t>☐ Lost</w:t>
      </w:r>
    </w:p>
    <w:p>
      <w:r>
        <w:t>Assigned To:</w:t>
      </w:r>
    </w:p>
    <w:p>
      <w:r>
        <w:t>Estimated Value: $</w:t>
      </w:r>
    </w:p>
    <w:p>
      <w:r>
        <w:t>Next Follow-Up Date:</w:t>
      </w:r>
    </w:p>
    <w:p>
      <w:pPr>
        <w:pStyle w:val="Heading3"/>
        <w:keepNext/>
      </w:pPr>
      <w:r>
        <w:t>Internal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ACKNOWLEDGMENT</w:t>
      </w:r>
    </w:p>
    <w:p>
      <w:r>
        <w:t>I confirm that the information provided is accurate to the best of my knowledge.</w:t>
      </w:r>
    </w:p>
    <w:p>
      <w:r>
        <w:t>I understand that final pricing may change if the actual property condition, size, access requirements, or requested scope differs materially from the information provided.</w:t>
      </w:r>
    </w:p>
    <w:p>
      <w:r>
        <w:t>Customer Name: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PRIVACY &amp; CUSTOMIZATION NOTICE</w:t>
      </w:r>
    </w:p>
    <w:p>
      <w:r>
        <w:t>Only collect information your business actually needs.</w:t>
      </w:r>
    </w:p>
    <w:p>
      <w:r>
        <w:t>If you collect access codes, alarm details, payment information, or other sensitive customer data, use appropriate security controls and comply with applicable privacy and data-protection requirements.</w:t>
      </w:r>
    </w:p>
    <w:p>
      <w:r>
        <w:t>Do not include payment card information, passwords, or unrelated sensitive information on a general intake form.</w:t>
      </w:r>
    </w:p>
    <w:p>
      <w:r>
        <w:t>Customize this form for your service types, customer requirements, and local obligations.</w:t>
      </w:r>
    </w:p>
    <w:p>
      <w:r>
        <w:t>Template Version: 1.0</w:t>
      </w:r>
    </w:p>
    <w:p>
      <w:r>
        <w:t>Updated: September 2026</w:t>
      </w:r>
    </w:p>
    <w:p>
      <w:r>
        <w:t>Template ID: TPL-INT-001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