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Customer Win Back Templates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former residential customers, paused recurring customers, one-time customers who have</w:t>
      </w:r>
    </w:p>
    <w:p>
      <w:r>
        <w:t>not rebooked, and dormant commercial accounts.</w:t>
      </w:r>
    </w:p>
    <w:p>
      <w:r>
        <w:t>It’s a strong resource because many cleaning companies keep spending money acquiring</w:t>
      </w:r>
    </w:p>
    <w:p>
      <w:r>
        <w:t>new leads while sitting on a list of people who already know the business.</w:t>
      </w:r>
    </w:p>
    <w:p>
      <w:r>
        <w:t>Cleaning Customer Win-Back Email &amp; Text Templates</w:t>
      </w:r>
    </w:p>
    <w:p>
      <w:r>
        <w:t>Template ID: TPL-MKT-004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pPr>
        <w:pStyle w:val="ListNumber"/>
      </w:pPr>
      <w:r>
        <w:t>Simple Past-Customer Win-Back Email</w:t>
      </w:r>
    </w:p>
    <w:p>
      <w:r>
        <w:t>Subject: Need cleaning help again?</w:t>
      </w:r>
    </w:p>
    <w:p>
      <w:r>
        <w:t>Hi [First Name],</w:t>
      </w:r>
    </w:p>
    <w:p>
      <w:r>
        <w:t>It's been a while since we last cleaned for you, so I wanted to check in.</w:t>
      </w:r>
    </w:p>
    <w:p>
      <w:r>
        <w:t>If you need help with cleaning again, we'd be happy to see what availability we have.</w:t>
      </w:r>
    </w:p>
    <w:p>
      <w:r>
        <w:t>You can request service here:</w:t>
      </w:r>
    </w:p>
    <w:p>
      <w:r>
        <w:t>[Booking / Estimate Link]</w:t>
      </w:r>
    </w:p>
    <w:p>
      <w:r>
        <w:t>Or just reply and let us know what you need.</w:t>
      </w:r>
    </w:p>
    <w:p>
      <w:r>
        <w:t>Thanks,</w:t>
      </w:r>
    </w:p>
    <w:p>
      <w:r>
        <w:t>[Sender Name]</w:t>
      </w:r>
    </w:p>
    <w:p>
      <w:r>
        <w:t>[Company Name]</w:t>
      </w:r>
    </w:p>
    <w:p>
      <w:pPr>
        <w:pStyle w:val="ListNumber"/>
      </w:pPr>
      <w:r>
        <w:t>Simple Win-Back Text</w:t>
      </w:r>
    </w:p>
    <w:p>
      <w:r>
        <w:t>Hi [First Name], this is [Sender Name] from [Company Name]. It's been a while since we</w:t>
      </w:r>
    </w:p>
    <w:p>
      <w:r>
        <w:t>last cleaned for you. If you need cleaning help again, you can request service here: [Link]</w:t>
      </w:r>
    </w:p>
    <w:p>
      <w:pPr>
        <w:pStyle w:val="ListNumber"/>
      </w:pPr>
      <w:r>
        <w:t>Former Recurring Customer</w:t>
      </w:r>
    </w:p>
    <w:p>
      <w:r>
        <w:t>Subject: Would you like to restart your cleaning service?</w:t>
      </w:r>
    </w:p>
    <w:p>
      <w:r>
        <w:t>Hi [First Name],</w:t>
      </w:r>
    </w:p>
    <w:p>
      <w:r>
        <w:t>I wanted to check whether you'd like to restart your cleaning service with [Company Name].</w:t>
      </w:r>
    </w:p>
    <w:p>
      <w:r>
        <w:t>Your previous schedule was:</w:t>
      </w:r>
    </w:p>
    <w:p>
      <w:r>
        <w:t>Service: [Service Type]</w:t>
      </w:r>
    </w:p>
    <w:p>
      <w:r>
        <w:t>Frequency: [Previous Frequency]</w:t>
      </w:r>
    </w:p>
    <w:p>
      <w:r>
        <w:t>If your needs have changed, we can also look at a different frequency or service.</w:t>
      </w:r>
    </w:p>
    <w:p>
      <w:r>
        <w:t>Reply to this email or use the link below to get started:</w:t>
      </w:r>
    </w:p>
    <w:p>
      <w:r>
        <w:t>[Link]</w:t>
      </w:r>
    </w:p>
    <w:p>
      <w:r>
        <w:t>Thanks,</w:t>
      </w:r>
    </w:p>
    <w:p>
      <w:r>
        <w:t>[Sender Name]</w:t>
      </w:r>
    </w:p>
    <w:p>
      <w:pPr>
        <w:pStyle w:val="ListNumber"/>
      </w:pPr>
      <w:r>
        <w:t>Paused Customer</w:t>
      </w:r>
    </w:p>
    <w:p>
      <w:r>
        <w:t>Subject: Ready to resume cleaning?</w:t>
      </w:r>
    </w:p>
    <w:p>
      <w:r>
        <w:t>Hi [First Name],</w:t>
      </w:r>
    </w:p>
    <w:p>
      <w:r>
        <w:t>When we last spoke, your cleaning service was paused.</w:t>
      </w:r>
    </w:p>
    <w:p>
      <w:r>
        <w:t>I wanted to check whether you're ready to resume service.</w:t>
      </w:r>
    </w:p>
    <w:p>
      <w:r>
        <w:t>If so, reply here and we'll review current availability and pricing.</w:t>
      </w:r>
    </w:p>
    <w:p>
      <w:r>
        <w:t>[Contact / Scheduling Link]</w:t>
      </w:r>
    </w:p>
    <w:p>
      <w:r>
        <w:t>Thanks,</w:t>
      </w:r>
    </w:p>
    <w:p>
      <w:r>
        <w:t>[Company Name]</w:t>
      </w:r>
    </w:p>
    <w:p>
      <w:pPr>
        <w:pStyle w:val="ListNumber"/>
      </w:pPr>
      <w:r>
        <w:t>Seasonal Customer Reactivation</w:t>
      </w:r>
    </w:p>
    <w:p>
      <w:r>
        <w:t>Subject: Time to get your cleaning back on the schedule?</w:t>
      </w:r>
    </w:p>
    <w:p>
      <w:r>
        <w:t>Hi [First Name],</w:t>
      </w:r>
    </w:p>
    <w:p>
      <w:r>
        <w:t>We're reaching the time of year when you previously used [Company Name] for [Service</w:t>
      </w:r>
    </w:p>
    <w:p>
      <w:r>
        <w:t>Type].</w:t>
      </w:r>
    </w:p>
    <w:p>
      <w:r>
        <w:t>If you'd like cleaning service again this season, we'd be happy to check availability.</w:t>
      </w:r>
    </w:p>
    <w:p>
      <w:r>
        <w:t>[Request Service Link]</w:t>
      </w:r>
    </w:p>
    <w:p>
      <w:r>
        <w:t>We look forward to hearing from you.</w:t>
      </w:r>
    </w:p>
    <w:p>
      <w:r>
        <w:t>[Company Name]</w:t>
      </w:r>
    </w:p>
    <w:p>
      <w:pPr>
        <w:pStyle w:val="ListNumber"/>
      </w:pPr>
      <w:r>
        <w:t>One-Time Customer Rebooking</w:t>
      </w:r>
    </w:p>
    <w:p>
      <w:r>
        <w:t>Subject: Ready for another cleaning?</w:t>
      </w:r>
    </w:p>
    <w:p>
      <w:r>
        <w:t>Hi [First Name],</w:t>
      </w:r>
    </w:p>
    <w:p>
      <w:r>
        <w:t>Thank you again for choosing [Company Name] for your previous [Service Type].</w:t>
      </w:r>
    </w:p>
    <w:p>
      <w:r>
        <w:t>If it's time for another cleaning, you can request your next service here:</w:t>
      </w:r>
    </w:p>
    <w:p>
      <w:r>
        <w:t>[Booking Link]</w:t>
      </w:r>
    </w:p>
    <w:p>
      <w:r>
        <w:t>If you'd rather set up recurring cleaning, we can also provide current options for weekly,</w:t>
      </w:r>
    </w:p>
    <w:p>
      <w:r>
        <w:t>biweekly, every-four-week, or other available schedules.</w:t>
      </w:r>
    </w:p>
    <w:p>
      <w:r>
        <w:t>Thanks,</w:t>
      </w:r>
    </w:p>
    <w:p>
      <w:r>
        <w:t>[Sender Name]</w:t>
      </w:r>
    </w:p>
    <w:p>
      <w:pPr>
        <w:pStyle w:val="ListNumber"/>
      </w:pPr>
      <w:r>
        <w:t>Deep-Clean Customer to Recurring Service</w:t>
      </w:r>
    </w:p>
    <w:p>
      <w:r>
        <w:t>Subject: Keep your home easier to maintain</w:t>
      </w:r>
    </w:p>
    <w:p>
      <w:r>
        <w:t>Hi [First Name],</w:t>
      </w:r>
    </w:p>
    <w:p>
      <w:r>
        <w:t>It's been [Time Period] since we completed your deep cleaning.</w:t>
      </w:r>
    </w:p>
    <w:p>
      <w:r>
        <w:t>If you'd like help maintaining the home, we can look at recurring cleaning options based on</w:t>
      </w:r>
    </w:p>
    <w:p>
      <w:r>
        <w:t>your current needs.</w:t>
      </w:r>
    </w:p>
    <w:p>
      <w:r>
        <w:t>Available frequencies may include:</w:t>
      </w:r>
    </w:p>
    <w:p>
      <w:r>
        <w:t>Weekly</w:t>
      </w:r>
    </w:p>
    <w:p>
      <w:r>
        <w:t>Every two weeks</w:t>
      </w:r>
    </w:p>
    <w:p>
      <w:r>
        <w:t>Every four weeks</w:t>
      </w:r>
    </w:p>
    <w:p>
      <w:r>
        <w:t>Custom schedules</w:t>
      </w:r>
    </w:p>
    <w:p>
      <w:r>
        <w:t>Request an updated estimate here:</w:t>
      </w:r>
    </w:p>
    <w:p>
      <w:r>
        <w:t>[Estimate Link]</w:t>
      </w:r>
    </w:p>
    <w:p>
      <w:r>
        <w:t>Thanks,</w:t>
      </w:r>
    </w:p>
    <w:p>
      <w:r>
        <w:t>[Company Name]</w:t>
      </w:r>
    </w:p>
    <w:p>
      <w:pPr>
        <w:pStyle w:val="ListNumber"/>
      </w:pPr>
      <w:r>
        <w:t>Move-In Customer Follow-Up</w:t>
      </w:r>
    </w:p>
    <w:p>
      <w:r>
        <w:t>Subject: Settled into your new home?</w:t>
      </w:r>
    </w:p>
    <w:p>
      <w:r>
        <w:t>Hi [First Name],</w:t>
      </w:r>
    </w:p>
    <w:p>
      <w:r>
        <w:t>We hope you're settling into your new home.</w:t>
      </w:r>
    </w:p>
    <w:p>
      <w:r>
        <w:t>Since [Company Name] helped with your [move-in / initial] cleaning, I wanted to let you</w:t>
      </w:r>
    </w:p>
    <w:p>
      <w:r>
        <w:t>know that we also offer recurring cleaning if you'd like help maintaining the property.</w:t>
      </w:r>
    </w:p>
    <w:p>
      <w:r>
        <w:t>You can learn more or request an estimate here:</w:t>
      </w:r>
    </w:p>
    <w:p>
      <w:r>
        <w:t>[Link]</w:t>
      </w:r>
    </w:p>
    <w:p>
      <w:r>
        <w:t>Thanks,</w:t>
      </w:r>
    </w:p>
    <w:p>
      <w:r>
        <w:t>[Sender Name]</w:t>
      </w:r>
    </w:p>
    <w:p>
      <w:pPr>
        <w:pStyle w:val="ListNumber"/>
      </w:pPr>
      <w:r>
        <w:t>Former Customer — Needs May Have Changed</w:t>
      </w:r>
    </w:p>
    <w:p>
      <w:r>
        <w:t>Subject: Has anything changed with your cleaning needs?</w:t>
      </w:r>
    </w:p>
    <w:p>
      <w:r>
        <w:t>Hi [First Name],</w:t>
      </w:r>
    </w:p>
    <w:p>
      <w:r>
        <w:t>It's been a while since we last worked with you.</w:t>
      </w:r>
    </w:p>
    <w:p>
      <w:r>
        <w:t>If your cleaning needs have changed, we'd be happy to prepare an updated service option.</w:t>
      </w:r>
    </w:p>
    <w:p>
      <w:r>
        <w:t>We can review things like:</w:t>
      </w:r>
    </w:p>
    <w:p>
      <w:r>
        <w:t>Service frequency</w:t>
      </w:r>
    </w:p>
    <w:p>
      <w:r>
        <w:t>Cleaning scope</w:t>
      </w:r>
    </w:p>
    <w:p>
      <w:r>
        <w:t>Add-ons</w:t>
      </w:r>
    </w:p>
    <w:p>
      <w:r>
        <w:t>Property changes</w:t>
      </w:r>
    </w:p>
    <w:p>
      <w:r>
        <w:t>Scheduling needs</w:t>
      </w:r>
    </w:p>
    <w:p>
      <w:r>
        <w:t>Reply here or request an updated estimate:</w:t>
      </w:r>
    </w:p>
    <w:p>
      <w:r>
        <w:t>[Link]</w:t>
      </w:r>
    </w:p>
    <w:p>
      <w:r>
        <w:t>Thanks,</w:t>
      </w:r>
    </w:p>
    <w:p>
      <w:r>
        <w:t>[Company Name]</w:t>
      </w:r>
    </w:p>
    <w:p>
      <w:pPr>
        <w:pStyle w:val="ListNumber"/>
      </w:pPr>
      <w:r>
        <w:t>Price-Related Cancellation</w:t>
      </w:r>
    </w:p>
    <w:p>
      <w:r>
        <w:t>Do not assume the old price is still available.</w:t>
      </w:r>
    </w:p>
    <w:p>
      <w:r>
        <w:t>Subject: Checking in from [Company Name]</w:t>
      </w:r>
    </w:p>
    <w:p>
      <w:r>
        <w:t>Hi [First Name],</w:t>
      </w:r>
    </w:p>
    <w:p>
      <w:r>
        <w:t>I wanted to check in since we haven't cleaned for you in a while.</w:t>
      </w:r>
    </w:p>
    <w:p>
      <w:r>
        <w:t>If you'd like to reconsider cleaning service, we can review your current needs and see what</w:t>
      </w:r>
    </w:p>
    <w:p>
      <w:r>
        <w:t>service options are available.</w:t>
      </w:r>
    </w:p>
    <w:p>
      <w:r>
        <w:t>We may be able to adjust the scope or frequency depending on what you're looking for.</w:t>
      </w:r>
    </w:p>
    <w:p>
      <w:r>
        <w:t>[Estimate Link]</w:t>
      </w:r>
    </w:p>
    <w:p>
      <w:r>
        <w:t>Thanks,</w:t>
      </w:r>
    </w:p>
    <w:p>
      <w:r>
        <w:t>[Sender Name]</w:t>
      </w:r>
    </w:p>
    <w:p>
      <w:pPr>
        <w:pStyle w:val="ListNumber"/>
      </w:pPr>
      <w:r>
        <w:t>Schedule-Related Cancellation</w:t>
      </w:r>
    </w:p>
    <w:p>
      <w:r>
        <w:t>Subject: Has your schedule changed?</w:t>
      </w:r>
    </w:p>
    <w:p>
      <w:r>
        <w:t>Hi [First Name],</w:t>
      </w:r>
    </w:p>
    <w:p>
      <w:r>
        <w:t>When your cleaning service ended, scheduling was one of the challenges.</w:t>
      </w:r>
    </w:p>
    <w:p>
      <w:r>
        <w:t>I wanted to check whether your availability has changed.</w:t>
      </w:r>
    </w:p>
    <w:p>
      <w:r>
        <w:t>If you'd like to restart service, let us know your preferred days or timing and we'll see what</w:t>
      </w:r>
    </w:p>
    <w:p>
      <w:r>
        <w:t>current options are available.</w:t>
      </w:r>
    </w:p>
    <w:p>
      <w:r>
        <w:t>[Contact Link]</w:t>
      </w:r>
    </w:p>
    <w:p>
      <w:r>
        <w:t>Thanks,</w:t>
      </w:r>
    </w:p>
    <w:p>
      <w:r>
        <w:t>[Company Name]</w:t>
      </w:r>
    </w:p>
    <w:p>
      <w:pPr>
        <w:pStyle w:val="ListNumber"/>
      </w:pPr>
      <w:r>
        <w:t>Customer Who Moved</w:t>
      </w:r>
    </w:p>
    <w:p>
      <w:r>
        <w:t>Only use when it makes sense geographically.</w:t>
      </w:r>
    </w:p>
    <w:p>
      <w:r>
        <w:t>Hi [First Name],</w:t>
      </w:r>
    </w:p>
    <w:p>
      <w:r>
        <w:t>I hope your move went well.</w:t>
      </w:r>
    </w:p>
    <w:p>
      <w:r>
        <w:t>If your new home is within our current service area and you need cleaning help, we'd be</w:t>
      </w:r>
    </w:p>
    <w:p>
      <w:r>
        <w:t>happy to prepare an estimate for the new property.</w:t>
      </w:r>
    </w:p>
    <w:p>
      <w:r>
        <w:t>[Estimate Link]</w:t>
      </w:r>
    </w:p>
    <w:p>
      <w:r>
        <w:t>Thanks,</w:t>
      </w:r>
    </w:p>
    <w:p>
      <w:r>
        <w:t>[Company Name]</w:t>
      </w:r>
    </w:p>
    <w:p>
      <w:pPr>
        <w:pStyle w:val="ListNumber"/>
      </w:pPr>
      <w:r>
        <w:t>No Recent Booking</w:t>
      </w:r>
    </w:p>
    <w:p>
      <w:r>
        <w:t>Subject: Still need cleaning help?</w:t>
      </w:r>
    </w:p>
    <w:p>
      <w:r>
        <w:t>Hi [First Name],</w:t>
      </w:r>
    </w:p>
    <w:p>
      <w:r>
        <w:t>We noticed it's been a while since your last cleaning with [Company Name].</w:t>
      </w:r>
    </w:p>
    <w:p>
      <w:r>
        <w:t>If you need another cleaning, you can request service here:</w:t>
      </w:r>
    </w:p>
    <w:p>
      <w:r>
        <w:t>[Booking Link]</w:t>
      </w:r>
    </w:p>
    <w:p>
      <w:r>
        <w:t>If not, no action is needed.</w:t>
      </w:r>
    </w:p>
    <w:p>
      <w:r>
        <w:t>Thanks for choosing us previously.</w:t>
      </w:r>
    </w:p>
    <w:p>
      <w:r>
        <w:t>[Company Name]</w:t>
      </w:r>
    </w:p>
    <w:p>
      <w:pPr>
        <w:pStyle w:val="ListNumber"/>
      </w:pPr>
      <w:r>
        <w:t>Commercial Account Reactivation</w:t>
      </w:r>
    </w:p>
    <w:p>
      <w:r>
        <w:t>Subject: Cleaning needs at [Facility Name]</w:t>
      </w:r>
    </w:p>
    <w:p>
      <w:r>
        <w:t>Hi [First Name],</w:t>
      </w:r>
    </w:p>
    <w:p>
      <w:r>
        <w:t>It's been some time since [Company Name] provided cleaning service for [Facility Name].</w:t>
      </w:r>
    </w:p>
    <w:p>
      <w:r>
        <w:t>I wanted to see whether your facility's cleaning needs have changed.</w:t>
      </w:r>
    </w:p>
    <w:p>
      <w:r>
        <w:t>If you're reviewing your current cleaning arrangement or need additional service, we'd be</w:t>
      </w:r>
    </w:p>
    <w:p>
      <w:r>
        <w:t>happy to discuss the scope and provide an updated proposal.</w:t>
      </w:r>
    </w:p>
    <w:p>
      <w:r>
        <w:t>Regards,</w:t>
      </w:r>
    </w:p>
    <w:p>
      <w:r>
        <w:t>[Sender Name]</w:t>
      </w:r>
    </w:p>
    <w:p>
      <w:r>
        <w:t>[Company Name]</w:t>
      </w:r>
    </w:p>
    <w:p>
      <w:pPr>
        <w:pStyle w:val="ListNumber"/>
      </w:pPr>
      <w:r>
        <w:t>Lost Commercial Proposal Re-Engagement</w:t>
      </w:r>
    </w:p>
    <w:p>
      <w:r>
        <w:t>Subject: Checking in about cleaning at [Facility Name]</w:t>
      </w:r>
    </w:p>
    <w:p>
      <w:r>
        <w:t>Hi [First Name],</w:t>
      </w:r>
    </w:p>
    <w:p>
      <w:r>
        <w:t>We previously prepared a cleaning proposal for [Facility Name], and I wanted to check</w:t>
      </w:r>
    </w:p>
    <w:p>
      <w:r>
        <w:t>whether anything has changed with your current cleaning needs.</w:t>
      </w:r>
    </w:p>
    <w:p>
      <w:r>
        <w:t>If you're reviewing service again, we'd be happy to revisit the facility requirements and</w:t>
      </w:r>
    </w:p>
    <w:p>
      <w:r>
        <w:t>prepare an updated proposal.</w:t>
      </w:r>
    </w:p>
    <w:p>
      <w:r>
        <w:t>Let me know if a new walkthrough would be helpful.</w:t>
      </w:r>
    </w:p>
    <w:p>
      <w:r>
        <w:t>Regards,</w:t>
      </w:r>
    </w:p>
    <w:p>
      <w:r>
        <w:t>[Sender Name]</w:t>
      </w:r>
    </w:p>
    <w:p>
      <w:pPr>
        <w:pStyle w:val="ListNumber"/>
      </w:pPr>
      <w:r>
        <w:t>Property Manager Reactivation</w:t>
      </w:r>
    </w:p>
    <w:p>
      <w:r>
        <w:t>Hi [First Name],</w:t>
      </w:r>
    </w:p>
    <w:p>
      <w:r>
        <w:t>It's been a while since we've handled a cleaning project for you.</w:t>
      </w:r>
    </w:p>
    <w:p>
      <w:r>
        <w:t>If you have upcoming turnovers, move-outs, make-readies, deep cleans, or recurring</w:t>
      </w:r>
    </w:p>
    <w:p>
      <w:r>
        <w:t>properties that need support, we'd be happy to check availability.</w:t>
      </w:r>
    </w:p>
    <w:p>
      <w:r>
        <w:t>[Request Service Link]</w:t>
      </w:r>
    </w:p>
    <w:p>
      <w:r>
        <w:t>Thanks,</w:t>
      </w:r>
    </w:p>
    <w:p>
      <w:r>
        <w:t>[Sender Name]</w:t>
      </w:r>
    </w:p>
    <w:p>
      <w:pPr>
        <w:pStyle w:val="ListNumber"/>
      </w:pPr>
      <w:r>
        <w:t>Realtor Reactivation</w:t>
      </w:r>
    </w:p>
    <w:p>
      <w:r>
        <w:t>Hi [First Name],</w:t>
      </w:r>
    </w:p>
    <w:p>
      <w:r>
        <w:t>I wanted to reconnect in case you have any upcoming listings, closings, move-outs, or</w:t>
      </w:r>
    </w:p>
    <w:p>
      <w:r>
        <w:t>move-ins that need cleaning.</w:t>
      </w:r>
    </w:p>
    <w:p>
      <w:r>
        <w:t>If something comes up, you can reach us here:</w:t>
      </w:r>
    </w:p>
    <w:p>
      <w:r>
        <w:t>[Contact / Estimate Link]</w:t>
      </w:r>
    </w:p>
    <w:p>
      <w:r>
        <w:t>Thanks,</w:t>
      </w:r>
    </w:p>
    <w:p>
      <w:r>
        <w:t>[Company Name]</w:t>
      </w:r>
    </w:p>
    <w:p>
      <w:pPr>
        <w:pStyle w:val="ListNumber"/>
      </w:pPr>
      <w:r>
        <w:t>Vacation Rental Reactivation</w:t>
      </w:r>
    </w:p>
    <w:p>
      <w:r>
        <w:t>Subject: Need turnover cleaning again?</w:t>
      </w:r>
    </w:p>
    <w:p>
      <w:r>
        <w:t>Hi [First Name],</w:t>
      </w:r>
    </w:p>
    <w:p>
      <w:r>
        <w:t>If you're still operating your vacation rental and need turnover cleaning support, we'd be</w:t>
      </w:r>
    </w:p>
    <w:p>
      <w:r>
        <w:t>happy to discuss your current schedule and requirements.</w:t>
      </w:r>
    </w:p>
    <w:p>
      <w:r>
        <w:t>[Contact Link]</w:t>
      </w:r>
    </w:p>
    <w:p>
      <w:r>
        <w:t>If you've stopped operating the property or no longer need service, no action is necessary.</w:t>
      </w:r>
    </w:p>
    <w:p>
      <w:r>
        <w:t>Thanks,</w:t>
      </w:r>
    </w:p>
    <w:p>
      <w:r>
        <w:t>[Company Name]</w:t>
      </w:r>
    </w:p>
    <w:p>
      <w:r>
        <w:t>Offer-Based Win-Back Templates</w:t>
      </w:r>
    </w:p>
    <w:p>
      <w:r>
        <w:t>Discounting should be optional rather than the default.</w:t>
      </w:r>
    </w:p>
    <w:p>
      <w:pPr>
        <w:pStyle w:val="ListNumber"/>
      </w:pPr>
      <w:r>
        <w:t>Service Credit Offer</w:t>
      </w:r>
    </w:p>
    <w:p>
      <w:r>
        <w:t>Subject: [Offer] toward your next cleaning</w:t>
      </w:r>
    </w:p>
    <w:p>
      <w:r>
        <w:t>Hi [First Name],</w:t>
      </w:r>
    </w:p>
    <w:p>
      <w:r>
        <w:t>We'd love the opportunity to clean for you again.</w:t>
      </w:r>
    </w:p>
    <w:p>
      <w:r>
        <w:t>For eligible returning customers, we're currently offering:</w:t>
      </w:r>
    </w:p>
    <w:p>
      <w:r>
        <w:t>[Offer]</w:t>
      </w:r>
    </w:p>
    <w:p>
      <w:r>
        <w:t>Valid through: [Expiration Date]</w:t>
      </w:r>
    </w:p>
    <w:p>
      <w:r>
        <w:t>[Terms / Eligibility]</w:t>
      </w:r>
    </w:p>
    <w:p>
      <w:r>
        <w:t>If you'd like to schedule service:</w:t>
      </w:r>
    </w:p>
    <w:p>
      <w:r>
        <w:t>[Booking Link]</w:t>
      </w:r>
    </w:p>
    <w:p>
      <w:r>
        <w:t>Thanks,</w:t>
      </w:r>
    </w:p>
    <w:p>
      <w:r>
        <w:t>[Company Name]</w:t>
      </w:r>
    </w:p>
    <w:p>
      <w:pPr>
        <w:pStyle w:val="ListNumber"/>
      </w:pPr>
      <w:r>
        <w:t>Percentage Offer</w:t>
      </w:r>
    </w:p>
    <w:p>
      <w:r>
        <w:t>Hi [First Name],</w:t>
      </w:r>
    </w:p>
    <w:p>
      <w:r>
        <w:t>If you've been thinking about booking another cleaning, we're currently offering eligible</w:t>
      </w:r>
    </w:p>
    <w:p>
      <w:r>
        <w:t>returning customers ☑% off [Qualifying Service] through [Date].</w:t>
      </w:r>
    </w:p>
    <w:p>
      <w:r>
        <w:t>Details:</w:t>
      </w:r>
    </w:p>
    <w:p>
      <w:r>
        <w:t>[Terms]</w:t>
      </w:r>
    </w:p>
    <w:p>
      <w:r>
        <w:t>Book or request an estimate:</w:t>
      </w:r>
    </w:p>
    <w:p>
      <w:r>
        <w:t>[Link]</w:t>
      </w:r>
    </w:p>
    <w:p>
      <w:r>
        <w:t>[Company Name]</w:t>
      </w:r>
    </w:p>
    <w:p>
      <w:pPr>
        <w:pStyle w:val="ListNumber"/>
      </w:pPr>
      <w:r>
        <w:t>No-Discount Win-Back</w:t>
      </w:r>
    </w:p>
    <w:p>
      <w:r>
        <w:t>A win-back campaign does not need an incentive.</w:t>
      </w:r>
    </w:p>
    <w:p>
      <w:r>
        <w:t>Subject: We'd be happy to clean for you again</w:t>
      </w:r>
    </w:p>
    <w:p>
      <w:r>
        <w:t>Hi [First Name],</w:t>
      </w:r>
    </w:p>
    <w:p>
      <w:r>
        <w:t>Thank you for choosing [Company Name] in the past.</w:t>
      </w:r>
    </w:p>
    <w:p>
      <w:r>
        <w:t>If you need cleaning service again, we'd be happy to help.</w:t>
      </w:r>
    </w:p>
    <w:p>
      <w:r>
        <w:t>You can request current pricing and availability here:</w:t>
      </w:r>
    </w:p>
    <w:p>
      <w:r>
        <w:t>[Link]</w:t>
      </w:r>
    </w:p>
    <w:p>
      <w:r>
        <w:t>Thanks,</w:t>
      </w:r>
    </w:p>
    <w:p>
      <w:r>
        <w:t>[Company Name]</w:t>
      </w:r>
    </w:p>
    <w:p>
      <w:r>
        <w:t>Win-Back Segments</w:t>
      </w:r>
    </w:p>
    <w:p>
      <w:r>
        <w:t>Do not send the same message to every former customer.</w:t>
      </w:r>
    </w:p>
    <w:p>
      <w:r>
        <w:t>Useful segments include:</w:t>
      </w:r>
    </w:p>
    <w:p>
      <w:r>
        <w:t>Segment</w:t>
      </w:r>
    </w:p>
    <w:p>
      <w:r>
        <w:t>Suggested Approach</w:t>
      </w:r>
    </w:p>
    <w:p>
      <w:r>
        <w:t>Paused recurring</w:t>
      </w:r>
    </w:p>
    <w:p>
      <w:r>
        <w:t>Resume service</w:t>
      </w:r>
    </w:p>
    <w:p>
      <w:r>
        <w:t>Former recurring</w:t>
      </w:r>
    </w:p>
    <w:p>
      <w:r>
        <w:t>Restart conversation</w:t>
      </w:r>
    </w:p>
    <w:p>
      <w:r>
        <w:t>One-time customer</w:t>
      </w:r>
    </w:p>
    <w:p>
      <w:r>
        <w:t>Rebook</w:t>
      </w:r>
    </w:p>
    <w:p>
      <w:r>
        <w:t>Deep-clean customer</w:t>
      </w:r>
    </w:p>
    <w:p>
      <w:r>
        <w:t>Recurring conversion</w:t>
      </w:r>
    </w:p>
    <w:p>
      <w:r>
        <w:t>Seasonal</w:t>
      </w:r>
    </w:p>
    <w:p>
      <w:r>
        <w:t>Reactivate near expected season</w:t>
      </w:r>
    </w:p>
    <w:p>
      <w:r>
        <w:t>Price cancellation</w:t>
      </w:r>
    </w:p>
    <w:p>
      <w:r>
        <w:t>Reassess scope/frequency</w:t>
      </w:r>
    </w:p>
    <w:p>
      <w:r>
        <w:t>Schedule cancellation</w:t>
      </w:r>
    </w:p>
    <w:p>
      <w:r>
        <w:t>Check new availability</w:t>
      </w:r>
    </w:p>
    <w:p>
      <w:r>
        <w:t>Segment</w:t>
      </w:r>
    </w:p>
    <w:p>
      <w:r>
        <w:t>Suggested Approach</w:t>
      </w:r>
    </w:p>
    <w:p>
      <w:r>
        <w:t>Commercial former client</w:t>
      </w:r>
    </w:p>
    <w:p>
      <w:r>
        <w:t>Account reactivation</w:t>
      </w:r>
    </w:p>
    <w:p>
      <w:r>
        <w:t>Lost commercial proposal</w:t>
      </w:r>
    </w:p>
    <w:p>
      <w:r>
        <w:t>Proposal re-engagement</w:t>
      </w:r>
    </w:p>
    <w:p>
      <w:r>
        <w:t>Realtor / PM</w:t>
      </w:r>
    </w:p>
    <w:p>
      <w:r>
        <w:t>Relationship reactivation</w:t>
      </w:r>
    </w:p>
    <w:p>
      <w:r>
        <w:t>Customers to Exclude</w:t>
      </w:r>
    </w:p>
    <w:p>
      <w:r>
        <w:t>A win-back list should generally exclude customers where contact would be inappropriate.</w:t>
      </w:r>
    </w:p>
    <w:p>
      <w:r>
        <w:t>Examples include:</w:t>
      </w:r>
    </w:p>
    <w:p>
      <w:r>
        <w:t>☐ Customer requested no marketing communication</w:t>
      </w:r>
    </w:p>
    <w:p>
      <w:r>
        <w:t>☐ Do-not-contact status</w:t>
      </w:r>
    </w:p>
    <w:p>
      <w:r>
        <w:t>☐ Serious unresolved dispute</w:t>
      </w:r>
    </w:p>
    <w:p>
      <w:r>
        <w:t>☐ Unresolved damage claim</w:t>
      </w:r>
    </w:p>
    <w:p>
      <w:r>
        <w:t>☐ Company terminated relationship for safety reasons</w:t>
      </w:r>
    </w:p>
    <w:p>
      <w:r>
        <w:t>☐ Fraud / payment concern</w:t>
      </w:r>
    </w:p>
    <w:p>
      <w:r>
        <w:t>☐ Outside current service area</w:t>
      </w:r>
    </w:p>
    <w:p>
      <w:r>
        <w:t>☐ Other suppression reason</w:t>
      </w:r>
    </w:p>
    <w:p>
      <w:r>
        <w:t>Win-Back Tracking</w:t>
      </w:r>
    </w:p>
    <w:p>
      <w:r>
        <w:t>Customer</w:t>
      </w:r>
    </w:p>
    <w:p>
      <w:r>
        <w:t>Segment</w:t>
      </w:r>
    </w:p>
    <w:p>
      <w:r>
        <w:t>Last</w:t>
      </w:r>
    </w:p>
    <w:p>
      <w:r>
        <w:t>Service</w:t>
      </w:r>
    </w:p>
    <w:p>
      <w:r>
        <w:t>Contact</w:t>
      </w:r>
    </w:p>
    <w:p>
      <w:r>
        <w:t>Date</w:t>
      </w:r>
    </w:p>
    <w:p>
      <w:r>
        <w:t>Channel</w:t>
      </w:r>
    </w:p>
    <w:p>
      <w:r>
        <w:t>Offer</w:t>
      </w:r>
    </w:p>
    <w:p>
      <w:r>
        <w:t>Result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Email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Results</w:t>
      </w:r>
    </w:p>
    <w:p>
      <w:r>
        <w:t>☐ No Response</w:t>
      </w:r>
    </w:p>
    <w:p>
      <w:r>
        <w:t>☐ Interested</w:t>
      </w:r>
    </w:p>
    <w:p>
      <w:r>
        <w:t>☐ Estimate Requested</w:t>
      </w:r>
    </w:p>
    <w:p>
      <w:r>
        <w:t>☐ Booked</w:t>
      </w:r>
    </w:p>
    <w:p>
      <w:r>
        <w:t>☐ Recurring Restarted</w:t>
      </w:r>
    </w:p>
    <w:p>
      <w:r>
        <w:t>☐ Not Ready</w:t>
      </w:r>
    </w:p>
    <w:p>
      <w:r>
        <w:t>☐ Declined</w:t>
      </w:r>
    </w:p>
    <w:p>
      <w:r>
        <w:t>☐ Do Not Contact</w:t>
      </w:r>
    </w:p>
    <w:p>
      <w:r>
        <w:t>☐ Invalid Contact</w:t>
      </w:r>
    </w:p>
    <w:p>
      <w:r>
        <w:t>Win-Back Metrics</w:t>
      </w:r>
    </w:p>
    <w:p>
      <w:r>
        <w:t>Track:</w:t>
      </w:r>
    </w:p>
    <w:p>
      <w:r>
        <w:t>Customers Contacted:</w:t>
      </w:r>
    </w:p>
    <w:p>
      <w:r>
        <w:t>Responses:</w:t>
      </w:r>
    </w:p>
    <w:p>
      <w:r>
        <w:t>Estimates Requested:</w:t>
      </w:r>
    </w:p>
    <w:p>
      <w:r>
        <w:t>Customers Reactivated:</w:t>
      </w:r>
    </w:p>
    <w:p>
      <w:r>
        <w:t>Recurring Customers Restarted:</w:t>
      </w:r>
    </w:p>
    <w:p>
      <w:r>
        <w:t>Revenue Reactivated: $</w:t>
      </w:r>
    </w:p>
    <w:p>
      <w:r>
        <w:t>Annual Recurring Revenue Reactivated: $</w:t>
      </w:r>
    </w:p>
    <w:p>
      <w:r>
        <w:t>Reactivation Rate</w:t>
      </w:r>
    </w:p>
    <w:p>
      <w:r>
        <w:t>Reactivated Customers ÷ Customers Contacted</w:t>
      </w:r>
    </w:p>
    <w:p>
      <w:r>
        <w:t>%</w:t>
      </w:r>
    </w:p>
    <w:p>
      <w:r>
        <w:t>Win-Back Revenue</w:t>
      </w:r>
    </w:p>
    <w:p>
      <w:r>
        <w:t>Don't stop at the first booking.</w:t>
      </w:r>
    </w:p>
    <w:p>
      <w:r>
        <w:t>For reactivated customers, track:</w:t>
      </w:r>
    </w:p>
    <w:p>
      <w:r>
        <w:t>First Reactivation Job: $</w:t>
      </w:r>
    </w:p>
    <w:p>
      <w:r>
        <w:t>Revenue After 30 Days: $</w:t>
      </w:r>
    </w:p>
    <w:p>
      <w:r>
        <w:t>Revenue After 90 Days: $</w:t>
      </w:r>
    </w:p>
    <w:p>
      <w:r>
        <w:t>Recurring ARR Restored: $</w:t>
      </w:r>
    </w:p>
    <w:p>
      <w:r>
        <w:t>This helps distinguish a one-time promotion from a genuinely recovered customer</w:t>
      </w:r>
    </w:p>
    <w:p>
      <w:r>
        <w:t>relationship.</w:t>
      </w:r>
    </w:p>
    <w:p>
      <w:r>
        <w:t>Suggested Win-Back Workflow</w:t>
      </w:r>
    </w:p>
    <w:p>
      <w:r>
        <w:t>Customer becomes inactive</w:t>
      </w:r>
    </w:p>
    <w:p>
      <w:r>
        <w:t>→ Record reason</w:t>
      </w:r>
    </w:p>
    <w:p>
      <w:r>
        <w:t>→ Set appropriate reactivation date</w:t>
      </w:r>
    </w:p>
    <w:p>
      <w:r>
        <w:t>→ Check suppression / eligibility</w:t>
      </w:r>
    </w:p>
    <w:p>
      <w:r>
        <w:t>→ Send relevant message</w:t>
      </w:r>
    </w:p>
    <w:p>
      <w:r>
        <w:t>→ Follow up if appropriate</w:t>
      </w:r>
    </w:p>
    <w:p>
      <w:r>
        <w:t>→ Customer responds</w:t>
      </w:r>
    </w:p>
    <w:p>
      <w:r>
        <w:t>→ Prepare updated estimate if necessary</w:t>
      </w:r>
    </w:p>
    <w:p>
      <w:r>
        <w:t>→ Book service</w:t>
      </w:r>
    </w:p>
    <w:p>
      <w:r>
        <w:t>→ Reactivate customer</w:t>
      </w:r>
    </w:p>
    <w:p>
      <w:r>
        <w:t>→ Measure recovered revenue</w:t>
      </w:r>
    </w:p>
    <w:p>
      <w:r>
        <w:t>Personalization Fields</w:t>
      </w:r>
    </w:p>
    <w:p>
      <w:r>
        <w:t>Useful fields include:</w:t>
      </w:r>
    </w:p>
    <w:p>
      <w:r>
        <w:t>[First Name]</w:t>
      </w:r>
    </w:p>
    <w:p>
      <w:r>
        <w:t>[Company Name]</w:t>
      </w:r>
    </w:p>
    <w:p>
      <w:r>
        <w:t>[Previous Service]</w:t>
      </w:r>
    </w:p>
    <w:p>
      <w:r>
        <w:t>[Previous Frequency]</w:t>
      </w:r>
    </w:p>
    <w:p>
      <w:r>
        <w:t>[Last Service Date]</w:t>
      </w:r>
    </w:p>
    <w:p>
      <w:r>
        <w:t>[Property Type]</w:t>
      </w:r>
    </w:p>
    <w:p>
      <w:r>
        <w:t>[Facility Name]</w:t>
      </w:r>
    </w:p>
    <w:p>
      <w:r>
        <w:t>[Offer]</w:t>
      </w:r>
    </w:p>
    <w:p>
      <w:r>
        <w:t>[Expiration Date]</w:t>
      </w:r>
    </w:p>
    <w:p>
      <w:r>
        <w:t>[Estimate Link]</w:t>
      </w:r>
    </w:p>
    <w:p>
      <w:r>
        <w:t>[Booking Link]</w:t>
      </w:r>
    </w:p>
    <w:p>
      <w:r>
        <w:t>[Sender Name]</w:t>
      </w:r>
    </w:p>
    <w:p>
      <w:r>
        <w:t>Marketing &amp; Privacy Notice</w:t>
      </w:r>
    </w:p>
    <w:p>
      <w:r>
        <w:t>Former-customer communications can be subject to email, SMS, telephone, consent, opt-</w:t>
      </w:r>
    </w:p>
    <w:p>
      <w:r>
        <w:t>out, privacy, telemarketing, and consumer-protection requirements.</w:t>
      </w:r>
    </w:p>
    <w:p>
      <w:r>
        <w:t>A previous customer relationship does not necessarily mean every type of future marketing</w:t>
      </w:r>
    </w:p>
    <w:p>
      <w:r>
        <w:t>communication is permitted indefinitely.</w:t>
      </w:r>
    </w:p>
    <w:p>
      <w:r>
        <w:t>Maintain suppression records and honor applicable opt-out and do-not-contact requests.</w:t>
      </w:r>
    </w:p>
    <w:p>
      <w:r>
        <w:t>Promotion Notice</w:t>
      </w:r>
    </w:p>
    <w:p>
      <w:r>
        <w:t>If a win-back campaign includes a discount, credit, free service, expiration date, minimum</w:t>
      </w:r>
    </w:p>
    <w:p>
      <w:r>
        <w:t>purchase, eligibility restriction, or other promotional term, communicate material conditions</w:t>
      </w:r>
    </w:p>
    <w:p>
      <w:r>
        <w:t>clearly.</w:t>
      </w:r>
    </w:p>
    <w:p>
      <w:r>
        <w:t>Avoid creating false urgency or representing an ordinary price as a special discount.</w:t>
      </w:r>
    </w:p>
    <w:p>
      <w:r>
        <w:t>Template Notice</w:t>
      </w:r>
    </w:p>
    <w:p>
      <w:r>
        <w:t>These templates are general business examples and are not legal, privacy, advertising, or</w:t>
      </w:r>
    </w:p>
    <w:p>
      <w:r>
        <w:t>marketing-compliance advice.</w:t>
      </w:r>
    </w:p>
    <w:p>
      <w:r>
        <w:t>Customize the messages, timing, eligibility rules, suppression logic, and offers for your</w:t>
      </w:r>
    </w:p>
    <w:p>
      <w:r>
        <w:t>business and jurisdiction.</w:t>
      </w:r>
    </w:p>
    <w:p>
      <w:r>
        <w:t>Template Version: 1.0</w:t>
      </w:r>
    </w:p>
    <w:p>
      <w:r>
        <w:t>Updated: September 2026</w:t>
      </w:r>
    </w:p>
    <w:p>
      <w:r>
        <w:t>Template ID: TPL-MKT-004</w:t>
      </w:r>
    </w:p>
    <w:p>
      <w:r>
        <w:t>Provided by TidyOps</w:t>
      </w:r>
    </w:p>
    <w:p>
      <w:r>
        <w:t>For the library:</w:t>
      </w:r>
    </w:p>
    <w:p>
      <w:r>
        <w:t>There’s a valuable TidyOps workflow hiding behind this template: when a recurring</w:t>
      </w:r>
    </w:p>
    <w:p>
      <w:r>
        <w:t>customer cancels or pauses, store the reason and an appropriate reactivation date at</w:t>
      </w:r>
    </w:p>
    <w:p>
      <w:r>
        <w:t>that moment. TidyOps can then build the eligible win-back audience automatically,</w:t>
      </w:r>
    </w:p>
    <w:p>
      <w:r>
        <w:t>exclude suppressed customers, personalize the outreach, stop when someone responds,</w:t>
      </w:r>
    </w:p>
    <w:p>
      <w:r>
        <w:t>and measure actual recovered revenue rather than just email opens.</w:t>
      </w:r>
    </w:p>
    <w:p>
      <w:r>
        <w:t>Template ID: TPL-MKT-004</w:t>
      </w:r>
    </w:p>
    <w:p>
      <w:r>
        <w:t>Slug: cleaning-customer-win-back-templates</w:t>
      </w:r>
    </w:p>
    <w:p>
      <w:r>
        <w:t>SEO Title: Cleaning Customer Win-Back Templates | Email &amp; Text Examples</w:t>
      </w:r>
    </w:p>
    <w:p>
      <w:r>
        <w:t>Meta Description: Get free cleaning customer win-back email and text templates for</w:t>
      </w:r>
    </w:p>
    <w:p>
      <w:r>
        <w:t>Category: Sales &amp; Marketing</w:t>
      </w:r>
    </w:p>
    <w:p>
      <w:r>
        <w:t>Formats: DOCX, PDF, Copyable Web Templates</w:t>
      </w:r>
    </w:p>
    <w:p>
      <w:r>
        <w:t>Version: 1.0</w:t>
      </w:r>
    </w:p>
    <w:p>
      <w:r>
        <w:t>Updated: 2026-09</w:t>
      </w:r>
    </w:p>
    <w:p>
      <w:r>
        <w:t>Legal Review Flag: Marketing / privacy / promotional communications</w:t>
      </w:r>
    </w:p>
    <w:p>
      <w:r>
        <w:t>Primary CTA: Reactivate Past Customers with TidyOps</w:t>
      </w:r>
    </w:p>
    <w:p>
      <w:r>
        <w:t>Product Route: Customers / Segments / Follow-Ups / Automations / Reporting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