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Employee Application Form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job-related application that captures the information a cleaning company actually needs</w:t>
      </w:r>
    </w:p>
    <w:p>
      <w:r>
        <w:t>without drifting into medical, family, age, criminal-history, or other sensitive questions that</w:t>
      </w:r>
    </w:p>
    <w:p>
      <w:r>
        <w:t>can create unnecessary HR risk.</w:t>
      </w:r>
    </w:p>
    <w:p>
      <w:r>
        <w:t>[YOUR COMPANY NAME]</w:t>
      </w:r>
    </w:p>
    <w:p>
      <w:r>
        <w:t>[Company Address]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r>
        <w:t>Position Applied For:</w:t>
      </w:r>
    </w:p>
    <w:p>
      <w:r>
        <w:t>Application Date:</w:t>
      </w:r>
    </w:p>
    <w:p>
      <w:pPr>
        <w:pStyle w:val="ListNumber"/>
      </w:pPr>
      <w:r>
        <w:t>APPLICANT INFORMATION</w:t>
      </w:r>
    </w:p>
    <w:p>
      <w:r>
        <w:t>Full Name:</w:t>
      </w:r>
    </w:p>
    <w:p>
      <w:r>
        <w:t>Preferred Name, if any:</w:t>
      </w:r>
    </w:p>
    <w:p>
      <w:r>
        <w:t>Phone:</w:t>
      </w:r>
    </w:p>
    <w:p>
      <w:r>
        <w:t>Email:</w:t>
      </w:r>
    </w:p>
    <w:p>
      <w:r>
        <w:t>City / State / Region:</w:t>
      </w:r>
    </w:p>
    <w:p>
      <w:r>
        <w:t>Preferred Contact Method:</w:t>
      </w:r>
    </w:p>
    <w:p>
      <w:r>
        <w:t>☐ Phone</w:t>
      </w:r>
    </w:p>
    <w:p>
      <w:r>
        <w:t>☐ Text</w:t>
      </w:r>
    </w:p>
    <w:p>
      <w:r>
        <w:t>☐ Email</w:t>
      </w:r>
    </w:p>
    <w:p>
      <w:r>
        <w:t>Do not request unnecessary sensitive identity information on the initial application.</w:t>
      </w:r>
    </w:p>
    <w:p>
      <w:pPr>
        <w:pStyle w:val="ListNumber"/>
      </w:pPr>
      <w:r>
        <w:t>POSITION INTEREST</w:t>
      </w:r>
    </w:p>
    <w:p>
      <w:r>
        <w:t>Which position are you applying for?</w:t>
      </w:r>
    </w:p>
    <w:p>
      <w:r>
        <w:t>☐ Residential Cleaner</w:t>
      </w:r>
    </w:p>
    <w:p>
      <w:r>
        <w:t>☐ Commercial Cleaner</w:t>
      </w:r>
    </w:p>
    <w:p>
      <w:r>
        <w:t>☐ Vacation Rental Cleaner</w:t>
      </w:r>
    </w:p>
    <w:p>
      <w:r>
        <w:t>☐ Cleaning Technician</w:t>
      </w:r>
    </w:p>
    <w:p>
      <w:r>
        <w:t>☐ Team Lead</w:t>
      </w:r>
    </w:p>
    <w:p>
      <w:r>
        <w:t>☐ Supervisor</w:t>
      </w:r>
    </w:p>
    <w:p>
      <w:r>
        <w:t>☐ Floater / Relief Cleaner</w:t>
      </w:r>
    </w:p>
    <w:p>
      <w:r>
        <w:t>☐ Other:</w:t>
      </w:r>
    </w:p>
    <w:p>
      <w:r>
        <w:t>Employment Preference:</w:t>
      </w:r>
    </w:p>
    <w:p>
      <w:r>
        <w:t>☐ Full-Time</w:t>
      </w:r>
    </w:p>
    <w:p>
      <w:r>
        <w:t>☐ Part-Time</w:t>
      </w:r>
    </w:p>
    <w:p>
      <w:r>
        <w:t>☐ Seasonal</w:t>
      </w:r>
    </w:p>
    <w:p>
      <w:r>
        <w:t>☐ Temporary</w:t>
      </w:r>
    </w:p>
    <w:p>
      <w:r>
        <w:t>☐ Other:</w:t>
      </w:r>
    </w:p>
    <w:p>
      <w:r>
        <w:t>Desired Start Date:</w:t>
      </w:r>
    </w:p>
    <w:p>
      <w:pPr>
        <w:pStyle w:val="ListNumber"/>
      </w:pPr>
      <w:r>
        <w:t>WORK AVAILABILITY</w:t>
      </w:r>
    </w:p>
    <w:p>
      <w:r>
        <w:t>Please indicate when you are generally available to work.</w:t>
      </w:r>
    </w:p>
    <w:p>
      <w:r>
        <w:t>Day</w:t>
      </w:r>
    </w:p>
    <w:p>
      <w:r>
        <w:t>Available?</w:t>
      </w:r>
    </w:p>
    <w:p>
      <w:r>
        <w:t>Earliest Start</w:t>
      </w:r>
    </w:p>
    <w:p>
      <w:r>
        <w:t>Latest End</w:t>
      </w:r>
    </w:p>
    <w:p>
      <w:r>
        <w:t>Monday</w:t>
      </w:r>
    </w:p>
    <w:p>
      <w:r>
        <w:t>☐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Tuesday</w:t>
      </w:r>
    </w:p>
    <w:p>
      <w:r>
        <w:t>☐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Wednesday</w:t>
      </w:r>
    </w:p>
    <w:p>
      <w:r>
        <w:t>☐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Thursday</w:t>
      </w:r>
    </w:p>
    <w:p>
      <w:r>
        <w:t>☐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Friday</w:t>
      </w:r>
    </w:p>
    <w:p>
      <w:r>
        <w:t>☐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Saturday</w:t>
      </w:r>
    </w:p>
    <w:p>
      <w:r>
        <w:t>☐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Sunday</w:t>
      </w:r>
    </w:p>
    <w:p>
      <w:r>
        <w:t>☐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Maximum Hours Desired Per Week:</w:t>
      </w:r>
    </w:p>
    <w:p>
      <w:r>
        <w:t>Minimum Hours Desired Per Week:</w:t>
      </w:r>
    </w:p>
    <w:p>
      <w:r>
        <w:t>Are you available for early-morning work if required by the role?</w:t>
      </w:r>
    </w:p>
    <w:p>
      <w:r>
        <w:t>☐ Yes</w:t>
      </w:r>
    </w:p>
    <w:p>
      <w:r>
        <w:t>☐ No</w:t>
      </w:r>
    </w:p>
    <w:p>
      <w:r>
        <w:t>☐ Sometimes</w:t>
      </w:r>
    </w:p>
    <w:p>
      <w:r>
        <w:t>Are you available for evening work if required by the role?</w:t>
      </w:r>
    </w:p>
    <w:p>
      <w:r>
        <w:t>☐ Yes</w:t>
      </w:r>
    </w:p>
    <w:p>
      <w:r>
        <w:t>☐ No</w:t>
      </w:r>
    </w:p>
    <w:p>
      <w:r>
        <w:t>☐ Sometimes</w:t>
      </w:r>
    </w:p>
    <w:p>
      <w:pPr>
        <w:pStyle w:val="ListNumber"/>
      </w:pPr>
      <w:r>
        <w:t>SCHEDULE REQUIREMENTS</w:t>
      </w:r>
    </w:p>
    <w:p>
      <w:r>
        <w:t>Some cleaning roles may require working at different customer locations during the day.</w:t>
      </w:r>
    </w:p>
    <w:p>
      <w:r>
        <w:t>Are you able to work a schedule that may vary by customer location?</w:t>
      </w:r>
    </w:p>
    <w:p>
      <w:r>
        <w:t>☐ Yes</w:t>
      </w:r>
    </w:p>
    <w:p>
      <w:r>
        <w:t>☐ No</w:t>
      </w:r>
    </w:p>
    <w:p>
      <w:r>
        <w:t>☐ Needs Discussion</w:t>
      </w:r>
    </w:p>
    <w:p>
      <w:r>
        <w:t>Are there recurring days or times you are unavailable?</w:t>
      </w:r>
    </w:p>
    <w:p>
      <w:r>
        <w:t>Applicants should not be required to disclose family, childcare, religious, medical, or other</w:t>
      </w:r>
    </w:p>
    <w:p>
      <w:r>
        <w:t>protected personal information to explain availability unless legally appropriate and</w:t>
      </w:r>
    </w:p>
    <w:p>
      <w:r>
        <w:t>necessary.</w:t>
      </w:r>
    </w:p>
    <w:p>
      <w:pPr>
        <w:pStyle w:val="ListNumber"/>
      </w:pPr>
      <w:r>
        <w:t>TRANSPORTATION / JOB TRAVEL</w:t>
      </w:r>
    </w:p>
    <w:p>
      <w:r>
        <w:t>Complete only where travel between customer locations is an actual job requirement.</w:t>
      </w:r>
    </w:p>
    <w:p>
      <w:r>
        <w:t>This position requires travel between work locations:</w:t>
      </w:r>
    </w:p>
    <w:p>
      <w:r>
        <w:t>☐ Yes</w:t>
      </w:r>
    </w:p>
    <w:p>
      <w:r>
        <w:t>☐ No</w:t>
      </w:r>
    </w:p>
    <w:p>
      <w:r>
        <w:t>Can you reliably report to assigned work locations as required by the position?</w:t>
      </w:r>
    </w:p>
    <w:p>
      <w:r>
        <w:t>☐ Yes</w:t>
      </w:r>
    </w:p>
    <w:p>
      <w:r>
        <w:t>☐ No</w:t>
      </w:r>
    </w:p>
    <w:p>
      <w:r>
        <w:t>☐ Needs Discussion</w:t>
      </w:r>
    </w:p>
    <w:p>
      <w:r>
        <w:t>If employees are required to drive as part of the job, driving-license, vehicle, insurance, or</w:t>
      </w:r>
    </w:p>
    <w:p>
      <w:r>
        <w:t>motor-vehicle-record requirements should be handled under a separate, legally reviewed</w:t>
      </w:r>
    </w:p>
    <w:p>
      <w:r>
        <w:t>process.</w:t>
      </w:r>
    </w:p>
    <w:p>
      <w:r>
        <w:t>Do not require applicants to own a vehicle unless vehicle ownership is genuinely</w:t>
      </w:r>
    </w:p>
    <w:p>
      <w:r>
        <w:t>necessary for the job.</w:t>
      </w:r>
    </w:p>
    <w:p>
      <w:pPr>
        <w:pStyle w:val="ListNumber"/>
      </w:pPr>
      <w:r>
        <w:t>CLEANING EXPERIENCE</w:t>
      </w:r>
    </w:p>
    <w:p>
      <w:r>
        <w:t>Do you have professional cleaning experience?</w:t>
      </w:r>
    </w:p>
    <w:p>
      <w:r>
        <w:t>☐ Yes</w:t>
      </w:r>
    </w:p>
    <w:p>
      <w:r>
        <w:t>☐ No</w:t>
      </w:r>
    </w:p>
    <w:p>
      <w:r>
        <w:t>If yes:</w:t>
      </w:r>
    </w:p>
    <w:p>
      <w:r>
        <w:t>Approximate Years / Months of Experience:</w:t>
      </w:r>
    </w:p>
    <w:p>
      <w:r>
        <w:t>Types of cleaning experience:</w:t>
      </w:r>
    </w:p>
    <w:p>
      <w:r>
        <w:t>☐ Residential Cleaning</w:t>
      </w:r>
    </w:p>
    <w:p>
      <w:r>
        <w:t>☐ Commercial / Janitorial</w:t>
      </w:r>
    </w:p>
    <w:p>
      <w:r>
        <w:t>☐ Vacation Rentals</w:t>
      </w:r>
    </w:p>
    <w:p>
      <w:r>
        <w:t>☐ Move-In / Move-Out</w:t>
      </w:r>
    </w:p>
    <w:p>
      <w:r>
        <w:t>☐ Deep Cleaning</w:t>
      </w:r>
    </w:p>
    <w:p>
      <w:r>
        <w:t>☐ Post-Construction</w:t>
      </w:r>
    </w:p>
    <w:p>
      <w:r>
        <w:t>☐ Carpet Cleaning</w:t>
      </w:r>
    </w:p>
    <w:p>
      <w:r>
        <w:t>☐ Floor Care</w:t>
      </w:r>
    </w:p>
    <w:p>
      <w:r>
        <w:t>☐ Hotel / Hospitality</w:t>
      </w:r>
    </w:p>
    <w:p>
      <w:r>
        <w:t>☐ Healthcare / Facility Cleaning</w:t>
      </w:r>
    </w:p>
    <w:p>
      <w:r>
        <w:t>☐ Other:</w:t>
      </w:r>
    </w:p>
    <w:p>
      <w:pPr>
        <w:pStyle w:val="ListNumber"/>
      </w:pPr>
      <w:r>
        <w:t>CLEANING SKILLS</w:t>
      </w:r>
    </w:p>
    <w:p>
      <w:r>
        <w:t>Check areas where you have previous experience.</w:t>
      </w:r>
    </w:p>
    <w:p>
      <w:r>
        <w:t>☐ Kitchen Cleaning</w:t>
      </w:r>
    </w:p>
    <w:p>
      <w:r>
        <w:t>☐ Bathroom Cleaning</w:t>
      </w:r>
    </w:p>
    <w:p>
      <w:r>
        <w:t>☐ Dusting</w:t>
      </w:r>
    </w:p>
    <w:p>
      <w:r>
        <w:t>☐ Vacuuming</w:t>
      </w:r>
    </w:p>
    <w:p>
      <w:r>
        <w:t>☐ Hard-Floor Cleaning</w:t>
      </w:r>
    </w:p>
    <w:p>
      <w:r>
        <w:t>☐ Baseboards / Detail Work</w:t>
      </w:r>
    </w:p>
    <w:p>
      <w:r>
        <w:t>☐ Interior Windows</w:t>
      </w:r>
    </w:p>
    <w:p>
      <w:r>
        <w:t>☐ Appliance Cleaning</w:t>
      </w:r>
    </w:p>
    <w:p>
      <w:r>
        <w:t>☐ Bed Making / Linen Changes</w:t>
      </w:r>
    </w:p>
    <w:p>
      <w:r>
        <w:t>☐ Laundry</w:t>
      </w:r>
    </w:p>
    <w:p>
      <w:r>
        <w:t>☐ Carpet Equipment</w:t>
      </w:r>
    </w:p>
    <w:p>
      <w:r>
        <w:t>☐ Floor Machines</w:t>
      </w:r>
    </w:p>
    <w:p>
      <w:r>
        <w:t>☐ Commercial Restrooms</w:t>
      </w:r>
    </w:p>
    <w:p>
      <w:r>
        <w:t>☐ Supply Restocking</w:t>
      </w:r>
    </w:p>
    <w:p>
      <w:r>
        <w:t>☐ Cleaning Checklists</w:t>
      </w:r>
    </w:p>
    <w:p>
      <w:r>
        <w:t>☐ Quality Inspections</w:t>
      </w:r>
    </w:p>
    <w:p>
      <w:r>
        <w:t>☐ Other:</w:t>
      </w:r>
    </w:p>
    <w:p>
      <w:r>
        <w:t>No prior professional cleaning experience should be required unless it is actually</w:t>
      </w:r>
    </w:p>
    <w:p>
      <w:r>
        <w:t>necessary for the position.</w:t>
      </w:r>
    </w:p>
    <w:p>
      <w:pPr>
        <w:pStyle w:val="ListNumber"/>
      </w:pPr>
      <w:r>
        <w:t>EQUIPMENT EXPERIENCE</w:t>
      </w:r>
    </w:p>
    <w:p>
      <w:r>
        <w:t>Have you used any of the following professionally?</w:t>
      </w:r>
    </w:p>
    <w:p>
      <w:r>
        <w:t>Equipment</w:t>
      </w:r>
    </w:p>
    <w:p>
      <w:r>
        <w:t>Experience</w:t>
      </w:r>
    </w:p>
    <w:p>
      <w:r>
        <w:t>Upright / Canister Vacuum</w:t>
      </w:r>
    </w:p>
    <w:p>
      <w:r>
        <w:t>☐</w:t>
      </w:r>
    </w:p>
    <w:p>
      <w:r>
        <w:t>Backpack Vacuum</w:t>
      </w:r>
    </w:p>
    <w:p>
      <w:r>
        <w:t>☐</w:t>
      </w:r>
    </w:p>
    <w:p>
      <w:r>
        <w:t>Mop System</w:t>
      </w:r>
    </w:p>
    <w:p>
      <w:r>
        <w:t>☐</w:t>
      </w:r>
    </w:p>
    <w:p>
      <w:r>
        <w:t>Carpet Extractor</w:t>
      </w:r>
    </w:p>
    <w:p>
      <w:r>
        <w:t>☐</w:t>
      </w:r>
    </w:p>
    <w:p>
      <w:r>
        <w:t>Floor Scrubber</w:t>
      </w:r>
    </w:p>
    <w:p>
      <w:r>
        <w:t>☐</w:t>
      </w:r>
    </w:p>
    <w:p>
      <w:r>
        <w:t>Burnisher</w:t>
      </w:r>
    </w:p>
    <w:p>
      <w:r>
        <w:t>☐</w:t>
      </w:r>
    </w:p>
    <w:p>
      <w:r>
        <w:t>Extension Cleaning Tools</w:t>
      </w:r>
    </w:p>
    <w:p>
      <w:r>
        <w:t>☐</w:t>
      </w:r>
    </w:p>
    <w:p>
      <w:r>
        <w:t>Other:</w:t>
      </w:r>
    </w:p>
    <w:p>
      <w:r>
        <w:t>☐</w:t>
      </w:r>
    </w:p>
    <w:p>
      <w:r>
        <w:t>Training should still be provided for company-specific equipment and procedures.</w:t>
      </w:r>
    </w:p>
    <w:p>
      <w:pPr>
        <w:pStyle w:val="ListNumber"/>
      </w:pPr>
      <w:r>
        <w:t>CLEANING PRODUCT EXPERIENCE</w:t>
      </w:r>
    </w:p>
    <w:p>
      <w:r>
        <w:t>Have you previously worked with professional cleaning products?</w:t>
      </w:r>
    </w:p>
    <w:p>
      <w:r>
        <w:t>☐ Yes</w:t>
      </w:r>
    </w:p>
    <w:p>
      <w:r>
        <w:t>☐ No</w:t>
      </w:r>
    </w:p>
    <w:p>
      <w:r>
        <w:t>Have you received chemical-safety training in a previous role?</w:t>
      </w:r>
    </w:p>
    <w:p>
      <w:r>
        <w:t>☐ Yes</w:t>
      </w:r>
    </w:p>
    <w:p>
      <w:r>
        <w:t>☐ No</w:t>
      </w:r>
    </w:p>
    <w:p>
      <w:r>
        <w:t>☐ Unsure</w:t>
      </w:r>
    </w:p>
    <w:p>
      <w:r>
        <w:t>Have you used Safety Data Sheets (SDS) before?</w:t>
      </w:r>
    </w:p>
    <w:p>
      <w:r>
        <w:t>☐ Yes</w:t>
      </w:r>
    </w:p>
    <w:p>
      <w:r>
        <w:t>☐ No</w:t>
      </w:r>
    </w:p>
    <w:p>
      <w:r>
        <w:t>☐ Unsure</w:t>
      </w:r>
    </w:p>
    <w:p>
      <w:r>
        <w:t>Prior training does not replace required company or workplace-safety training.</w:t>
      </w:r>
    </w:p>
    <w:p>
      <w:pPr>
        <w:pStyle w:val="ListNumber"/>
      </w:pPr>
      <w:r>
        <w:t>WORK EXPERIENCE</w:t>
      </w:r>
    </w:p>
    <w:p>
      <w:r>
        <w:t>List your recent work experience.</w:t>
      </w:r>
    </w:p>
    <w:p>
      <w:r>
        <w:t>Employer 1</w:t>
      </w:r>
    </w:p>
    <w:p>
      <w:r>
        <w:t>Company:</w:t>
      </w:r>
    </w:p>
    <w:p>
      <w:r>
        <w:t>Job Title:</w:t>
      </w:r>
    </w:p>
    <w:p>
      <w:r>
        <w:t>Dates Employed:</w:t>
      </w:r>
    </w:p>
    <w:p>
      <w:r>
        <w:t>Primary Responsibilities:</w:t>
      </w:r>
    </w:p>
    <w:p>
      <w:r>
        <w:t>Reason for Leaving:</w:t>
      </w:r>
    </w:p>
    <w:p>
      <w:r>
        <w:t>May We Contact This Employer?</w:t>
      </w:r>
    </w:p>
    <w:p>
      <w:r>
        <w:t>☐ Yes</w:t>
      </w:r>
    </w:p>
    <w:p>
      <w:r>
        <w:t>☐ No</w:t>
      </w:r>
    </w:p>
    <w:p>
      <w:r>
        <w:t>☐ Ask Me First</w:t>
      </w:r>
    </w:p>
    <w:p>
      <w:r>
        <w:t>Employer 2</w:t>
      </w:r>
    </w:p>
    <w:p>
      <w:r>
        <w:t>Company:</w:t>
      </w:r>
    </w:p>
    <w:p>
      <w:r>
        <w:t>Job Title:</w:t>
      </w:r>
    </w:p>
    <w:p>
      <w:r>
        <w:t>Dates Employed:</w:t>
      </w:r>
    </w:p>
    <w:p>
      <w:r>
        <w:t>Primary Responsibilities:</w:t>
      </w:r>
    </w:p>
    <w:p>
      <w:r>
        <w:t>Reason for Leaving:</w:t>
      </w:r>
    </w:p>
    <w:p>
      <w:r>
        <w:t>May We Contact This Employer?</w:t>
      </w:r>
    </w:p>
    <w:p>
      <w:r>
        <w:t>☐ Yes</w:t>
      </w:r>
    </w:p>
    <w:p>
      <w:r>
        <w:t>☐ No</w:t>
      </w:r>
    </w:p>
    <w:p>
      <w:r>
        <w:t>☐ Ask Me First</w:t>
      </w:r>
    </w:p>
    <w:p>
      <w:r>
        <w:t>Employer 3</w:t>
      </w:r>
    </w:p>
    <w:p>
      <w:r>
        <w:t>Company:</w:t>
      </w:r>
    </w:p>
    <w:p>
      <w:r>
        <w:t>Job Title:</w:t>
      </w:r>
    </w:p>
    <w:p>
      <w:r>
        <w:t>Dates Employed:</w:t>
      </w:r>
    </w:p>
    <w:p>
      <w:r>
        <w:t>Primary Responsibilities:</w:t>
      </w:r>
    </w:p>
    <w:p>
      <w:r>
        <w:t>Reason for Leaving:</w:t>
      </w:r>
    </w:p>
    <w:p>
      <w:r>
        <w:t>May We Contact This Employer?</w:t>
      </w:r>
    </w:p>
    <w:p>
      <w:r>
        <w:t>☐ Yes</w:t>
      </w:r>
    </w:p>
    <w:p>
      <w:r>
        <w:t>☐ No</w:t>
      </w:r>
    </w:p>
    <w:p>
      <w:r>
        <w:t>☐ Ask Me First</w:t>
      </w:r>
    </w:p>
    <w:p>
      <w:pPr>
        <w:pStyle w:val="ListNumber"/>
      </w:pPr>
      <w:r>
        <w:t>EMPLOYMENT GAPS</w:t>
      </w:r>
    </w:p>
    <w:p>
      <w:r>
        <w:t>Do not require an applicant to disclose private personal details.</w:t>
      </w:r>
    </w:p>
    <w:p>
      <w:r>
        <w:t>If explanation is genuinely useful:</w:t>
      </w:r>
    </w:p>
    <w:p>
      <w:r>
        <w:t>Is there anything about your work history you would like us to understand?</w:t>
      </w:r>
    </w:p>
    <w:p>
      <w:r>
        <w:t>This section should remain optional.</w:t>
      </w:r>
    </w:p>
    <w:p>
      <w:pPr>
        <w:pStyle w:val="ListNumber"/>
      </w:pPr>
      <w:r>
        <w:t>EDUCATION / TRAINING</w:t>
      </w:r>
    </w:p>
    <w:p>
      <w:r>
        <w:t>Include only education or certifications relevant to the role.</w:t>
      </w:r>
    </w:p>
    <w:p>
      <w:r>
        <w:t>Highest Relevant Training / Education:</w:t>
      </w:r>
    </w:p>
    <w:p>
      <w:r>
        <w:t>Cleaning / Safety Certifications:</w:t>
      </w:r>
    </w:p>
    <w:p>
      <w:r>
        <w:t>Other Relevant Training:</w:t>
      </w:r>
    </w:p>
    <w:p>
      <w:r>
        <w:t>Do not ask for graduation dates unless there is a legitimate, lawful reason.</w:t>
      </w:r>
    </w:p>
    <w:p>
      <w:pPr>
        <w:pStyle w:val="ListNumber"/>
      </w:pPr>
      <w:r>
        <w:t>PROFESSIONAL REFERENCES</w:t>
      </w:r>
    </w:p>
    <w:p>
      <w:r>
        <w:t>Provide references who can speak about your work reliability, performance, or</w:t>
      </w:r>
    </w:p>
    <w:p>
      <w:r>
        <w:t>professionalism.</w:t>
      </w:r>
    </w:p>
    <w:p>
      <w:r>
        <w:t>Reference 1</w:t>
      </w:r>
    </w:p>
    <w:p>
      <w:r>
        <w:t>Name:</w:t>
      </w:r>
    </w:p>
    <w:p>
      <w:r>
        <w:t>Relationship:</w:t>
      </w:r>
    </w:p>
    <w:p>
      <w:r>
        <w:t>Company:</w:t>
      </w:r>
    </w:p>
    <w:p>
      <w:r>
        <w:t>Phone / Email:</w:t>
      </w:r>
    </w:p>
    <w:p>
      <w:r>
        <w:t>Reference 2</w:t>
      </w:r>
    </w:p>
    <w:p>
      <w:r>
        <w:t>Name:</w:t>
      </w:r>
    </w:p>
    <w:p>
      <w:r>
        <w:t>Relationship:</w:t>
      </w:r>
    </w:p>
    <w:p>
      <w:r>
        <w:t>Company:</w:t>
      </w:r>
    </w:p>
    <w:p>
      <w:r>
        <w:t>Phone / Email:</w:t>
      </w:r>
    </w:p>
    <w:p>
      <w:r>
        <w:t>Do not require personal references if professional references are more relevant to the</w:t>
      </w:r>
    </w:p>
    <w:p>
      <w:r>
        <w:t>hiring process.</w:t>
      </w:r>
    </w:p>
    <w:p>
      <w:pPr>
        <w:pStyle w:val="ListNumber"/>
      </w:pPr>
      <w:r>
        <w:t>RELIABILITY</w:t>
      </w:r>
    </w:p>
    <w:p>
      <w:r>
        <w:t>Cleaning businesses often depend on employees arriving at customer properties at</w:t>
      </w:r>
    </w:p>
    <w:p>
      <w:r>
        <w:t>specific times.</w:t>
      </w:r>
    </w:p>
    <w:p>
      <w:r>
        <w:t>How do you make sure you arrive on time for work?</w:t>
      </w:r>
    </w:p>
    <w:p>
      <w:r>
        <w:t>If you know you will be late or unable to work, what would you do?</w:t>
      </w:r>
    </w:p>
    <w:p>
      <w:pPr>
        <w:pStyle w:val="ListNumber"/>
      </w:pPr>
      <w:r>
        <w:t>ATTENTION TO DETAIL</w:t>
      </w:r>
    </w:p>
    <w:p>
      <w:r>
        <w:t>How do you make sure you don't miss cleaning tasks?</w:t>
      </w:r>
    </w:p>
    <w:p>
      <w:r>
        <w:t>What does good-quality cleaning mean to you?</w:t>
      </w:r>
    </w:p>
    <w:p>
      <w:pPr>
        <w:pStyle w:val="ListNumber"/>
      </w:pPr>
      <w:r>
        <w:t>CUSTOMER SERVICE</w:t>
      </w:r>
    </w:p>
    <w:p>
      <w:r>
        <w:t>What would you do if a customer told you they were unhappy with part of your</w:t>
      </w:r>
    </w:p>
    <w:p>
      <w:r>
        <w:t>cleaning?</w:t>
      </w:r>
    </w:p>
    <w:p>
      <w:r>
        <w:t>What would you do if a customer asked you to perform a task that was not included</w:t>
      </w:r>
    </w:p>
    <w:p>
      <w:r>
        <w:t>in your job instructions?</w:t>
      </w:r>
    </w:p>
    <w:p>
      <w:pPr>
        <w:pStyle w:val="ListNumber"/>
      </w:pPr>
      <w:r>
        <w:t>PROPERTY CARE &amp; TRUST</w:t>
      </w:r>
    </w:p>
    <w:p>
      <w:r>
        <w:t>What would you do if you accidentally damaged something while cleaning?</w:t>
      </w:r>
    </w:p>
    <w:p>
      <w:r>
        <w:t>What would you do if you found cash, jewelry, or another valuable item while</w:t>
      </w:r>
    </w:p>
    <w:p>
      <w:r>
        <w:t>cleaning?</w:t>
      </w:r>
    </w:p>
    <w:p>
      <w:pPr>
        <w:pStyle w:val="ListNumber"/>
      </w:pPr>
      <w:r>
        <w:t>SAFETY JUDGMENT</w:t>
      </w:r>
    </w:p>
    <w:p>
      <w:r>
        <w:t>What would you do if you were unsure whether a cleaning product was safe for a</w:t>
      </w:r>
    </w:p>
    <w:p>
      <w:r>
        <w:t>surface?</w:t>
      </w:r>
    </w:p>
    <w:p>
      <w:r>
        <w:t>What would you do if you encountered a condition you believed was unsafe to</w:t>
      </w:r>
    </w:p>
    <w:p>
      <w:r>
        <w:t>clean?</w:t>
      </w:r>
    </w:p>
    <w:p>
      <w:pPr>
        <w:pStyle w:val="ListNumber"/>
      </w:pPr>
      <w:r>
        <w:t>TEAMWORK</w:t>
      </w:r>
    </w:p>
    <w:p>
      <w:r>
        <w:t>Are you comfortable working both independently and as part of a cleaning team?</w:t>
      </w:r>
    </w:p>
    <w:p>
      <w:r>
        <w:t>☐ Yes</w:t>
      </w:r>
    </w:p>
    <w:p>
      <w:r>
        <w:t>☐ No</w:t>
      </w:r>
    </w:p>
    <w:p>
      <w:r>
        <w:t>☐ Depends</w:t>
      </w:r>
    </w:p>
    <w:p>
      <w:r>
        <w:t>Describe a time you worked successfully with a team.</w:t>
      </w:r>
    </w:p>
    <w:p>
      <w:pPr>
        <w:pStyle w:val="ListNumber"/>
      </w:pPr>
      <w:r>
        <w:t>TECHNOLOGY</w:t>
      </w:r>
    </w:p>
    <w:p>
      <w:r>
        <w:t>Depending on the company, cleaners may use a mobile app for schedules, job</w:t>
      </w:r>
    </w:p>
    <w:p>
      <w:r>
        <w:t>instructions, checklists, time tracking, and communication.</w:t>
      </w:r>
    </w:p>
    <w:p>
      <w:r>
        <w:t>Are you comfortable learning and using a mobile work application?</w:t>
      </w:r>
    </w:p>
    <w:p>
      <w:r>
        <w:t>☐ Yes</w:t>
      </w:r>
    </w:p>
    <w:p>
      <w:r>
        <w:t>☐ No</w:t>
      </w:r>
    </w:p>
    <w:p>
      <w:r>
        <w:t>☐ Needs Training</w:t>
      </w:r>
    </w:p>
    <w:p>
      <w:r>
        <w:t>Do not automatically disqualify an applicant solely for limited prior technology experience if</w:t>
      </w:r>
    </w:p>
    <w:p>
      <w:r>
        <w:t>the skill can reasonably be taught.</w:t>
      </w:r>
    </w:p>
    <w:p>
      <w:pPr>
        <w:pStyle w:val="ListNumber"/>
      </w:pPr>
      <w:r>
        <w:t>ESSENTIAL JOB FUNCTIONS</w:t>
      </w:r>
    </w:p>
    <w:p>
      <w:r>
        <w:t>Insert only the actual essential functions of the specific role.</w:t>
      </w:r>
    </w:p>
    <w:p>
      <w:r>
        <w:t>Examples may include:</w:t>
      </w:r>
    </w:p>
    <w:p>
      <w:r>
        <w:t>Working on your feet for extended periods</w:t>
      </w:r>
    </w:p>
    <w:p>
      <w:r>
        <w:t>Repetitive cleaning motions</w:t>
      </w:r>
    </w:p>
    <w:p>
      <w:r>
        <w:t>Bending and reaching</w:t>
      </w:r>
    </w:p>
    <w:p>
      <w:r>
        <w:t>Carrying cleaning equipment</w:t>
      </w:r>
    </w:p>
    <w:p>
      <w:r>
        <w:t>Moving between assigned service areas</w:t>
      </w:r>
    </w:p>
    <w:p>
      <w:r>
        <w:t>Using cleaning tools and equipment</w:t>
      </w:r>
    </w:p>
    <w:p>
      <w:r>
        <w:t>Following written or electronic work instructions</w:t>
      </w:r>
    </w:p>
    <w:p>
      <w:r>
        <w:t>Can you perform the essential functions of the position, with or without reasonable</w:t>
      </w:r>
    </w:p>
    <w:p>
      <w:r>
        <w:t>accommodation?</w:t>
      </w:r>
    </w:p>
    <w:p>
      <w:r>
        <w:t>☐ Yes</w:t>
      </w:r>
    </w:p>
    <w:p>
      <w:r>
        <w:t>☐ No</w:t>
      </w:r>
    </w:p>
    <w:p>
      <w:r>
        <w:t>☐ Need to Discuss Accommodation</w:t>
      </w:r>
    </w:p>
    <w:p>
      <w:r>
        <w:t>Do not ask applicants to identify diagnoses, medical conditions, medications, disabilities,</w:t>
      </w:r>
    </w:p>
    <w:p>
      <w:r>
        <w:t>or medical history on the application.</w:t>
      </w:r>
    </w:p>
    <w:p>
      <w:pPr>
        <w:pStyle w:val="ListNumber"/>
      </w:pPr>
      <w:r>
        <w:t>ROLE-SPECIFIC PHYSICAL REQUIREMENTS</w:t>
      </w:r>
    </w:p>
    <w:p>
      <w:r>
        <w:t>Only include requirements that are genuinely necessary for the position.</w:t>
      </w:r>
    </w:p>
    <w:p>
      <w:r>
        <w:t>Example:</w:t>
      </w:r>
    </w:p>
    <w:p>
      <w:r>
        <w:t>This position may require lifting/carrying up to  pounds as an essential</w:t>
      </w:r>
    </w:p>
    <w:p>
      <w:r>
        <w:t>function.</w:t>
      </w:r>
    </w:p>
    <w:p>
      <w:r>
        <w:t>Can you perform this requirement with or without reasonable accommodation?</w:t>
      </w:r>
    </w:p>
    <w:p>
      <w:r>
        <w:t>☐ Yes</w:t>
      </w:r>
    </w:p>
    <w:p>
      <w:r>
        <w:t>☐ No</w:t>
      </w:r>
    </w:p>
    <w:p>
      <w:r>
        <w:t>☐ Need to Discuss Accommodation</w:t>
      </w:r>
    </w:p>
    <w:p>
      <w:r>
        <w:t>The company should determine actual essential functions instead of copying arbitrary</w:t>
      </w:r>
    </w:p>
    <w:p>
      <w:r>
        <w:t>physical requirements into every job application.</w:t>
      </w:r>
    </w:p>
    <w:p>
      <w:pPr>
        <w:pStyle w:val="ListNumber"/>
      </w:pPr>
      <w:r>
        <w:t>WORK AUTHORIZATION</w:t>
      </w:r>
    </w:p>
    <w:p>
      <w:r>
        <w:t>Use wording reviewed for your jurisdiction.</w:t>
      </w:r>
    </w:p>
    <w:p>
      <w:r>
        <w:t>Example:</w:t>
      </w:r>
    </w:p>
    <w:p>
      <w:r>
        <w:t>Are you legally authorized to work in [Country] for this employer?</w:t>
      </w:r>
    </w:p>
    <w:p>
      <w:r>
        <w:t>☐ Yes</w:t>
      </w:r>
    </w:p>
    <w:p>
      <w:r>
        <w:t>☐ No</w:t>
      </w:r>
    </w:p>
    <w:p>
      <w:r>
        <w:t>Required employment-eligibility verification should occur through the appropriate legal</w:t>
      </w:r>
    </w:p>
    <w:p>
      <w:r>
        <w:t>process and at the appropriate stage of hiring.</w:t>
      </w:r>
    </w:p>
    <w:p>
      <w:r>
        <w:t>Do not ask applicants to submit citizenship documents, passports, Social Security</w:t>
      </w:r>
    </w:p>
    <w:p>
      <w:r>
        <w:t>numbers, or similar identity documents on a general initial application unless specifically</w:t>
      </w:r>
    </w:p>
    <w:p>
      <w:r>
        <w:t>required and lawful.</w:t>
      </w:r>
    </w:p>
    <w:p>
      <w:pPr>
        <w:pStyle w:val="ListNumber"/>
      </w:pPr>
      <w:r>
        <w:t>PREVIOUS EMPLOYMENT WITH COMPANY</w:t>
      </w:r>
    </w:p>
    <w:p>
      <w:r>
        <w:t>Have you previously worked for [Company Name]?</w:t>
      </w:r>
    </w:p>
    <w:p>
      <w:r>
        <w:t>☐ No</w:t>
      </w:r>
    </w:p>
    <w:p>
      <w:r>
        <w:t>☐ Yes</w:t>
      </w:r>
    </w:p>
    <w:p>
      <w:r>
        <w:t>If yes:</w:t>
      </w:r>
    </w:p>
    <w:p>
      <w:r>
        <w:t>Approximate Dates:</w:t>
      </w:r>
    </w:p>
    <w:p>
      <w:r>
        <w:t>Previous Position:</w:t>
      </w:r>
    </w:p>
    <w:p>
      <w:pPr>
        <w:pStyle w:val="ListNumber"/>
      </w:pPr>
      <w:r>
        <w:t>HOW DID YOU HEAR ABOUT THIS JOB?</w:t>
      </w:r>
    </w:p>
    <w:p>
      <w:r>
        <w:t>☐ Company Website</w:t>
      </w:r>
    </w:p>
    <w:p>
      <w:r>
        <w:t>☐ Indeed / Job Board</w:t>
      </w:r>
    </w:p>
    <w:p>
      <w:r>
        <w:t>☐ Employee Referral</w:t>
      </w:r>
    </w:p>
    <w:p>
      <w:r>
        <w:t>☐ Social Media</w:t>
      </w:r>
    </w:p>
    <w:p>
      <w:r>
        <w:t>☐ Google</w:t>
      </w:r>
    </w:p>
    <w:p>
      <w:r>
        <w:t>☐ Community Posting</w:t>
      </w:r>
    </w:p>
    <w:p>
      <w:r>
        <w:t>☐ School / Training Program</w:t>
      </w:r>
    </w:p>
    <w:p>
      <w:r>
        <w:t>☐ Other:</w:t>
      </w:r>
    </w:p>
    <w:p>
      <w:r>
        <w:t>Employee / Referral Name:</w:t>
      </w:r>
    </w:p>
    <w:p>
      <w:r>
        <w:t>This helps the company evaluate recruiting channels.</w:t>
      </w:r>
    </w:p>
    <w:p>
      <w:pPr>
        <w:pStyle w:val="ListNumber"/>
      </w:pPr>
      <w:r>
        <w:t>WHY ARE YOU INTERESTED?</w:t>
      </w:r>
    </w:p>
    <w:p>
      <w:r>
        <w:t>Why are you interested in working with [Company Name]?</w:t>
      </w:r>
    </w:p>
    <w:p>
      <w:pPr>
        <w:pStyle w:val="ListNumber"/>
      </w:pPr>
      <w:r>
        <w:t>WHAT ARE YOU LOOKING FOR?</w:t>
      </w:r>
    </w:p>
    <w:p>
      <w:r>
        <w:t>What are you looking for in your next job?</w:t>
      </w:r>
    </w:p>
    <w:p>
      <w:pPr>
        <w:pStyle w:val="ListNumber"/>
      </w:pPr>
      <w:r>
        <w:t>ADDITIONAL JOB-RELATED INFORMATION</w:t>
      </w:r>
    </w:p>
    <w:p>
      <w:r>
        <w:t>Is there any additional job-related information you would like us to consider?</w:t>
      </w:r>
    </w:p>
    <w:p>
      <w:r>
        <w:t>Do not use this section as an invitation for unnecessary sensitive personal information.</w:t>
      </w:r>
    </w:p>
    <w:p>
      <w:pPr>
        <w:pStyle w:val="ListNumber"/>
      </w:pPr>
      <w:r>
        <w:t>APPLICANT CERTIFICATION</w:t>
      </w:r>
    </w:p>
    <w:p>
      <w:r>
        <w:t>I certify that the information I have provided in this application is accurate and complete to</w:t>
      </w:r>
    </w:p>
    <w:p>
      <w:r>
        <w:t>the best of my knowledge.</w:t>
      </w:r>
    </w:p>
    <w:p>
      <w:r>
        <w:t>I understand that providing materially false information may affect consideration for</w:t>
      </w:r>
    </w:p>
    <w:p>
      <w:r>
        <w:t>employment or employment status where permitted by applicable law and company policy.</w:t>
      </w:r>
    </w:p>
    <w:p>
      <w:r>
        <w:t>I understand that submitting this application does not guarantee employment or create an</w:t>
      </w:r>
    </w:p>
    <w:p>
      <w:r>
        <w:t>employment contract.</w:t>
      </w:r>
    </w:p>
    <w:p>
      <w:r>
        <w:t>I understand that any employment relationship will be governed by the applicable</w:t>
      </w:r>
    </w:p>
    <w:p>
      <w:r>
        <w:t>employment documents, policies, and law.</w:t>
      </w:r>
    </w:p>
    <w:p>
      <w:r>
        <w:t>Applicant Name:</w:t>
      </w:r>
    </w:p>
    <w:p>
      <w:r>
        <w:t>Signature:</w:t>
      </w:r>
    </w:p>
    <w:p>
      <w:r>
        <w:t>Date:</w:t>
      </w:r>
    </w:p>
    <w:p>
      <w:r>
        <w:t>Electronic acknowledgment may be used where legally appropriate.</w:t>
      </w:r>
    </w:p>
    <w:p>
      <w:pPr>
        <w:pStyle w:val="ListNumber"/>
      </w:pPr>
      <w:r>
        <w:t>VOLUNTARY EEO / DEMOGRAPHIC INFORMATION</w:t>
      </w:r>
    </w:p>
    <w:p>
      <w:r>
        <w:t>Do not place race, ethnicity, sex, disability, veteran status, age, or similar demographic</w:t>
      </w:r>
    </w:p>
    <w:p>
      <w:r>
        <w:t>questions into the ordinary hiring-manager application unless a qualified HR/legal process</w:t>
      </w:r>
    </w:p>
    <w:p>
      <w:r>
        <w:t>specifically requires them.</w:t>
      </w:r>
    </w:p>
    <w:p>
      <w:r>
        <w:t>Where an employer lawfully collects voluntary demographic information for required</w:t>
      </w:r>
    </w:p>
    <w:p>
      <w:r>
        <w:t>reporting or compliance purposes, it should generally be:</w:t>
      </w:r>
    </w:p>
    <w:p>
      <w:r>
        <w:t>Clearly voluntary</w:t>
      </w:r>
    </w:p>
    <w:p>
      <w:r>
        <w:t>Used only for its stated purpose</w:t>
      </w:r>
    </w:p>
    <w:p>
      <w:r>
        <w:t>Kept separate from hiring decision materials where appropriate</w:t>
      </w:r>
    </w:p>
    <w:p>
      <w:r>
        <w:t>Configured according to applicable requirements</w:t>
      </w:r>
    </w:p>
    <w:p>
      <w:pPr>
        <w:pStyle w:val="ListNumber"/>
      </w:pPr>
      <w:r>
        <w:t>CRIMINAL HISTORY</w:t>
      </w:r>
    </w:p>
    <w:p>
      <w:r>
        <w:t>Do not automatically add questions such as:</w:t>
      </w:r>
    </w:p>
    <w:p>
      <w:r>
        <w:t>“Have you ever been arrested?”</w:t>
      </w:r>
    </w:p>
    <w:p>
      <w:r>
        <w:t>or</w:t>
      </w:r>
    </w:p>
    <w:p>
      <w:r>
        <w:t>“Have you ever been convicted of a crime?”</w:t>
      </w:r>
    </w:p>
    <w:p>
      <w:r>
        <w:t>to a generic downloadable application.</w:t>
      </w:r>
    </w:p>
    <w:p>
      <w:r>
        <w:t>Criminal-history inquiries are regulated differently across jurisdictions, and timing</w:t>
      </w:r>
    </w:p>
    <w:p>
      <w:r>
        <w:t>restrictions such as “ban-the-box” requirements may apply.</w:t>
      </w:r>
    </w:p>
    <w:p>
      <w:r>
        <w:t>If criminal-history screening is part of the company's lawful hiring process, handle it</w:t>
      </w:r>
    </w:p>
    <w:p>
      <w:r>
        <w:t>through a separate, legally reviewed procedure.</w:t>
      </w:r>
    </w:p>
    <w:p>
      <w:pPr>
        <w:pStyle w:val="ListNumber"/>
      </w:pPr>
      <w:r>
        <w:t>BACKGROUND CHECKS</w:t>
      </w:r>
    </w:p>
    <w:p>
      <w:r>
        <w:t>If background checks are used:</w:t>
      </w:r>
    </w:p>
    <w:p>
      <w:r>
        <w:t>Determine which checks are legitimately relevant to the role.</w:t>
      </w:r>
    </w:p>
    <w:p>
      <w:r>
        <w:t>Obtain required authorization.</w:t>
      </w:r>
    </w:p>
    <w:p>
      <w:r>
        <w:t>Follow applicable disclosure requirements.</w:t>
      </w:r>
    </w:p>
    <w:p>
      <w:r>
        <w:t>Follow applicable adverse-action procedures.</w:t>
      </w:r>
    </w:p>
    <w:p>
      <w:r>
        <w:t>Apply screening criteria consistently.</w:t>
      </w:r>
    </w:p>
    <w:p>
      <w:r>
        <w:t>Review federal, state, provincial, and local requirements.</w:t>
      </w:r>
    </w:p>
    <w:p>
      <w:r>
        <w:t>Do not treat the general application form as background-check authorization.</w:t>
      </w:r>
    </w:p>
    <w:p>
      <w:pPr>
        <w:pStyle w:val="ListNumber"/>
      </w:pPr>
      <w:r>
        <w:t>DRIVING RECORDS</w:t>
      </w:r>
    </w:p>
    <w:p>
      <w:r>
        <w:t>Where driving is an essential job function, a company may need to verify licensing, driving</w:t>
      </w:r>
    </w:p>
    <w:p>
      <w:r>
        <w:t>history, or insurability.</w:t>
      </w:r>
    </w:p>
    <w:p>
      <w:r>
        <w:t>Handle this using a separate procedure appropriate for the business, insurance carrier,</w:t>
      </w:r>
    </w:p>
    <w:p>
      <w:r>
        <w:t>and applicable law.</w:t>
      </w:r>
    </w:p>
    <w:p>
      <w:r>
        <w:t>Avoid collecting driver's-license numbers on broadly distributed application forms.</w:t>
      </w:r>
    </w:p>
    <w:p>
      <w:pPr>
        <w:pStyle w:val="ListNumber"/>
      </w:pPr>
      <w:r>
        <w:t>INFORMATION NOT TO COLLECT ON THE</w:t>
      </w:r>
    </w:p>
    <w:p>
      <w:r>
        <w:t>GENERAL APPLICATION</w:t>
      </w:r>
    </w:p>
    <w:p>
      <w:r>
        <w:t>Unless specifically necessary and lawful, avoid requesting:</w:t>
      </w:r>
    </w:p>
    <w:p>
      <w:r>
        <w:t>Social Security / national identification number</w:t>
      </w:r>
    </w:p>
    <w:p>
      <w:r>
        <w:t>Date of birth</w:t>
      </w:r>
    </w:p>
    <w:p>
      <w:r>
        <w:t>Age</w:t>
      </w:r>
    </w:p>
    <w:p>
      <w:r>
        <w:t>Photograph</w:t>
      </w:r>
    </w:p>
    <w:p>
      <w:r>
        <w:t>Race or ethnicity</w:t>
      </w:r>
    </w:p>
    <w:p>
      <w:r>
        <w:t>Religion</w:t>
      </w:r>
    </w:p>
    <w:p>
      <w:r>
        <w:t>Marital status</w:t>
      </w:r>
    </w:p>
    <w:p>
      <w:r>
        <w:t>Pregnancy status</w:t>
      </w:r>
    </w:p>
    <w:p>
      <w:r>
        <w:t>Family or childcare plans</w:t>
      </w:r>
    </w:p>
    <w:p>
      <w:r>
        <w:t>Medical diagnoses</w:t>
      </w:r>
    </w:p>
    <w:p>
      <w:r>
        <w:t>Disability history</w:t>
      </w:r>
    </w:p>
    <w:p>
      <w:r>
        <w:t>Medications</w:t>
      </w:r>
    </w:p>
    <w:p>
      <w:r>
        <w:t>Workers' compensation history</w:t>
      </w:r>
    </w:p>
    <w:p>
      <w:r>
        <w:t>Sexual orientation</w:t>
      </w:r>
    </w:p>
    <w:p>
      <w:r>
        <w:t>Gender identity where unrelated to lawful reporting</w:t>
      </w:r>
    </w:p>
    <w:p>
      <w:r>
        <w:t>Citizenship beyond lawful work-authorization questions</w:t>
      </w:r>
    </w:p>
    <w:p>
      <w:r>
        <w:t>Arrest history</w:t>
      </w:r>
    </w:p>
    <w:p>
      <w:r>
        <w:t>Banking information</w:t>
      </w:r>
    </w:p>
    <w:p>
      <w:r>
        <w:t>Payment-card information</w:t>
      </w:r>
    </w:p>
    <w:p>
      <w:r>
        <w:t>Passwords</w:t>
      </w:r>
    </w:p>
    <w:p>
      <w:r>
        <w:t>Other unrelated sensitive information</w:t>
      </w:r>
    </w:p>
    <w:p>
      <w:pPr>
        <w:pStyle w:val="ListNumber"/>
      </w:pPr>
      <w:r>
        <w:t>INTERNAL HIRING USE</w:t>
      </w:r>
    </w:p>
    <w:p>
      <w:r>
        <w:t>This section should be completed by company staff.</w:t>
      </w:r>
    </w:p>
    <w:p>
      <w:r>
        <w:t>Applicant ID:</w:t>
      </w:r>
    </w:p>
    <w:p>
      <w:r>
        <w:t>Application Received:</w:t>
      </w:r>
    </w:p>
    <w:p>
      <w:r>
        <w:t>Position:</w:t>
      </w:r>
    </w:p>
    <w:p>
      <w:r>
        <w:t>Source:</w:t>
      </w:r>
    </w:p>
    <w:p>
      <w:r>
        <w:t>Reviewed By:</w:t>
      </w:r>
    </w:p>
    <w:p>
      <w:r>
        <w:t>Initial Screening</w:t>
      </w:r>
    </w:p>
    <w:p>
      <w:r>
        <w:t>☐ Meets Basic Job Requirements</w:t>
      </w:r>
    </w:p>
    <w:p>
      <w:r>
        <w:t>☐ Needs Clarification</w:t>
      </w:r>
    </w:p>
    <w:p>
      <w:r>
        <w:t>☐ Does Not Meet Job Requirements</w:t>
      </w:r>
    </w:p>
    <w:p>
      <w:r>
        <w:t>Interview</w:t>
      </w:r>
    </w:p>
    <w:p>
      <w:r>
        <w:t>☐ Invite to Interview</w:t>
      </w:r>
    </w:p>
    <w:p>
      <w:r>
        <w:t>☐ Interview Scheduled</w:t>
      </w:r>
    </w:p>
    <w:p>
      <w:r>
        <w:t>☐ Interview Completed</w:t>
      </w:r>
    </w:p>
    <w:p>
      <w:r>
        <w:t>☐ Second Interview</w:t>
      </w:r>
    </w:p>
    <w:p>
      <w:r>
        <w:t>☐ No Interview</w:t>
      </w:r>
    </w:p>
    <w:p>
      <w:r>
        <w:t>Interview Date:</w:t>
      </w:r>
    </w:p>
    <w:p>
      <w:pPr>
        <w:pStyle w:val="ListNumber"/>
      </w:pPr>
      <w:r>
        <w:t>APPLICATION SCREENING SCORE</w:t>
      </w:r>
    </w:p>
    <w:p>
      <w:r>
        <w:t>Optional structured screening:</w:t>
      </w:r>
    </w:p>
    <w:p>
      <w:r>
        <w:t>Category</w:t>
      </w:r>
    </w:p>
    <w:p>
      <w:r>
        <w:t>Score</w:t>
      </w:r>
    </w:p>
    <w:p>
      <w:r>
        <w:t>Availability Fit</w:t>
      </w:r>
    </w:p>
    <w:p>
      <w:r>
        <w:t>/ 5</w:t>
      </w:r>
    </w:p>
    <w:p>
      <w:r>
        <w:t>Relevant Experience</w:t>
      </w:r>
    </w:p>
    <w:p>
      <w:r>
        <w:t>/ 5</w:t>
      </w:r>
    </w:p>
    <w:p>
      <w:r>
        <w:t>Reliability Responses</w:t>
      </w:r>
    </w:p>
    <w:p>
      <w:r>
        <w:t>/ 5</w:t>
      </w:r>
    </w:p>
    <w:p>
      <w:r>
        <w:t>Customer Service</w:t>
      </w:r>
    </w:p>
    <w:p>
      <w:r>
        <w:t>/ 5</w:t>
      </w:r>
    </w:p>
    <w:p>
      <w:r>
        <w:t>Safety Judgment</w:t>
      </w:r>
    </w:p>
    <w:p>
      <w:r>
        <w:t>/ 5</w:t>
      </w:r>
    </w:p>
    <w:p>
      <w:r>
        <w:t>Role Requirements</w:t>
      </w:r>
    </w:p>
    <w:p>
      <w:r>
        <w:t>/ 5</w:t>
      </w:r>
    </w:p>
    <w:p>
      <w:r>
        <w:t>Total:  / 30</w:t>
      </w:r>
    </w:p>
    <w:p>
      <w:r>
        <w:t>Use job-related criteria consistently.</w:t>
      </w:r>
    </w:p>
    <w:p>
      <w:pPr>
        <w:pStyle w:val="ListNumber"/>
      </w:pPr>
      <w:r>
        <w:t>HIRING STATUS</w:t>
      </w:r>
    </w:p>
    <w:p>
      <w:r>
        <w:t>☐ Application Received</w:t>
      </w:r>
    </w:p>
    <w:p>
      <w:r>
        <w:t>☐ Screening</w:t>
      </w:r>
    </w:p>
    <w:p>
      <w:r>
        <w:t>☐ Interview Scheduled</w:t>
      </w:r>
    </w:p>
    <w:p>
      <w:r>
        <w:t>☐ Interviewed</w:t>
      </w:r>
    </w:p>
    <w:p>
      <w:r>
        <w:t>☐ Reference Check</w:t>
      </w:r>
    </w:p>
    <w:p>
      <w:r>
        <w:t>☐ Conditional Offer</w:t>
      </w:r>
    </w:p>
    <w:p>
      <w:r>
        <w:t>☐ Offer Accepted</w:t>
      </w:r>
    </w:p>
    <w:p>
      <w:r>
        <w:t>☐ Hired</w:t>
      </w:r>
    </w:p>
    <w:p>
      <w:r>
        <w:t>☐ Not Selected</w:t>
      </w:r>
    </w:p>
    <w:p>
      <w:r>
        <w:t>☐ Withdrawn</w:t>
      </w:r>
    </w:p>
    <w:p>
      <w:r>
        <w:t>☐ Talent Pool</w:t>
      </w:r>
    </w:p>
    <w:p>
      <w:pPr>
        <w:pStyle w:val="ListNumber"/>
      </w:pPr>
      <w:r>
        <w:t>NON-SELECTION REASON</w:t>
      </w:r>
    </w:p>
    <w:p>
      <w:r>
        <w:t>For internal use only.</w:t>
      </w:r>
    </w:p>
    <w:p>
      <w:r>
        <w:t>☐ Availability</w:t>
      </w:r>
    </w:p>
    <w:p>
      <w:r>
        <w:t>☐ Required Job Qualification</w:t>
      </w:r>
    </w:p>
    <w:p>
      <w:r>
        <w:t>☐ Experience</w:t>
      </w:r>
    </w:p>
    <w:p>
      <w:r>
        <w:t>☐ Position Filled</w:t>
      </w:r>
    </w:p>
    <w:p>
      <w:r>
        <w:t>☐ Candidate Withdrew</w:t>
      </w:r>
    </w:p>
    <w:p>
      <w:r>
        <w:t>☐ Unable to Contact</w:t>
      </w:r>
    </w:p>
    <w:p>
      <w:r>
        <w:t>☐ Other Job-Related Reason:</w:t>
      </w:r>
    </w:p>
    <w:p>
      <w:r>
        <w:t>Do not use protected characteristics or legally protected activity as decision criteria.</w:t>
      </w:r>
    </w:p>
    <w:p>
      <w:pPr>
        <w:pStyle w:val="ListNumber"/>
      </w:pPr>
      <w:r>
        <w:t>RECORD RETENTION</w:t>
      </w:r>
    </w:p>
    <w:p>
      <w:r>
        <w:t>Hiring records may be subject to specific retention requirements.</w:t>
      </w:r>
    </w:p>
    <w:p>
      <w:r>
        <w:t>Create a documented process for:</w:t>
      </w:r>
    </w:p>
    <w:p>
      <w:r>
        <w:t>Applications</w:t>
      </w:r>
    </w:p>
    <w:p>
      <w:r>
        <w:t>Interview notes</w:t>
      </w:r>
    </w:p>
    <w:p>
      <w:r>
        <w:t>Scorecards</w:t>
      </w:r>
    </w:p>
    <w:p>
      <w:r>
        <w:t>Screening records</w:t>
      </w:r>
    </w:p>
    <w:p>
      <w:r>
        <w:t>Offers</w:t>
      </w:r>
    </w:p>
    <w:p>
      <w:r>
        <w:t>Background-check documentation</w:t>
      </w:r>
    </w:p>
    <w:p>
      <w:r>
        <w:t>Non-selected candidates</w:t>
      </w:r>
    </w:p>
    <w:p>
      <w:r>
        <w:t>Applicant privacy</w:t>
      </w:r>
    </w:p>
    <w:p>
      <w:r>
        <w:t>Data deletion where required</w:t>
      </w:r>
    </w:p>
    <w:p>
      <w:r>
        <w:t>Do not keep hiring data indefinitely simply because storage is available.</w:t>
      </w:r>
    </w:p>
    <w:p>
      <w:pPr>
        <w:pStyle w:val="ListNumber"/>
      </w:pPr>
      <w:r>
        <w:t>PRIVACY NOTICE</w:t>
      </w:r>
    </w:p>
    <w:p>
      <w:r>
        <w:t>Applicant information should be accessible only to people who legitimately need it for the</w:t>
      </w:r>
    </w:p>
    <w:p>
      <w:r>
        <w:t>hiring process.</w:t>
      </w:r>
    </w:p>
    <w:p>
      <w:r>
        <w:t>Protect applications containing:</w:t>
      </w:r>
    </w:p>
    <w:p>
      <w:r>
        <w:t>Contact information</w:t>
      </w:r>
    </w:p>
    <w:p>
      <w:r>
        <w:t>Employment history</w:t>
      </w:r>
    </w:p>
    <w:p>
      <w:r>
        <w:t>References</w:t>
      </w:r>
    </w:p>
    <w:p>
      <w:r>
        <w:t>Screening information</w:t>
      </w:r>
    </w:p>
    <w:p>
      <w:r>
        <w:t>Hiring evaluations</w:t>
      </w:r>
    </w:p>
    <w:p>
      <w:r>
        <w:t>If applications are collected online, provide appropriate privacy disclosures and security</w:t>
      </w:r>
    </w:p>
    <w:p>
      <w:r>
        <w:t>controls.</w:t>
      </w:r>
    </w:p>
    <w:p>
      <w:r>
        <w:t>IMPORTANT EMPLOYMENT-LAW NOTICE</w:t>
      </w:r>
    </w:p>
    <w:p>
      <w:r>
        <w:t>This template is a general starting point and is not legal or HR advice.</w:t>
      </w:r>
    </w:p>
    <w:p>
      <w:r>
        <w:t>Employment applications are subject to federal, state, provincial, local, and other</w:t>
      </w:r>
    </w:p>
    <w:p>
      <w:r>
        <w:t>requirements that can regulate:</w:t>
      </w:r>
    </w:p>
    <w:p>
      <w:r>
        <w:t>Equal employment opportunity</w:t>
      </w:r>
    </w:p>
    <w:p>
      <w:r>
        <w:t>Disability and accommodation</w:t>
      </w:r>
    </w:p>
    <w:p>
      <w:r>
        <w:t>Criminal-history inquiries</w:t>
      </w:r>
    </w:p>
    <w:p>
      <w:r>
        <w:t>Salary-history questions</w:t>
      </w:r>
    </w:p>
    <w:p>
      <w:r>
        <w:t>Work authorization</w:t>
      </w:r>
    </w:p>
    <w:p>
      <w:r>
        <w:t>Background checks</w:t>
      </w:r>
    </w:p>
    <w:p>
      <w:r>
        <w:t>Driving records</w:t>
      </w:r>
    </w:p>
    <w:p>
      <w:r>
        <w:t>Consumer reports</w:t>
      </w:r>
    </w:p>
    <w:p>
      <w:r>
        <w:t>Privacy</w:t>
      </w:r>
    </w:p>
    <w:p>
      <w:r>
        <w:t>Data retention</w:t>
      </w:r>
    </w:p>
    <w:p>
      <w:r>
        <w:t>Employment-at-will statements</w:t>
      </w:r>
    </w:p>
    <w:p>
      <w:r>
        <w:t>Electronic signatures</w:t>
      </w:r>
    </w:p>
    <w:p>
      <w:r>
        <w:t>Wage transparency</w:t>
      </w:r>
    </w:p>
    <w:p>
      <w:r>
        <w:t>Applicant screening</w:t>
      </w:r>
    </w:p>
    <w:p>
      <w:r>
        <w:t>Other hiring practices</w:t>
      </w:r>
    </w:p>
    <w:p>
      <w:r>
        <w:t>Have your final employment application and hiring process reviewed for the jurisdictions in</w:t>
      </w:r>
    </w:p>
    <w:p>
      <w:r>
        <w:t>which you hire.</w:t>
      </w:r>
    </w:p>
    <w:p>
      <w:r>
        <w:t>TEMPLATE CUSTOMIZATION NOTICE</w:t>
      </w:r>
    </w:p>
    <w:p>
      <w:r>
        <w:t>Remove questions that are not relevant to the specific cleaning position.</w:t>
      </w:r>
    </w:p>
    <w:p>
      <w:r>
        <w:t>Add only job-related requirements that accurately reflect how the role is performed.</w:t>
      </w:r>
    </w:p>
    <w:p>
      <w:r>
        <w:t>The goal is to collect enough information to make a fair hiring decision—not as much</w:t>
      </w:r>
    </w:p>
    <w:p>
      <w:r>
        <w:t>personal information as possible.</w:t>
      </w:r>
    </w:p>
    <w:p>
      <w:r>
        <w:t>Template Version: 1.0</w:t>
      </w:r>
    </w:p>
    <w:p>
      <w:r>
        <w:t>Updated: September 2026</w:t>
      </w:r>
    </w:p>
    <w:p>
      <w:r>
        <w:t>Template ID: TPL-HR-005</w:t>
      </w:r>
    </w:p>
    <w:p>
      <w:r>
        <w:t>Provided by TidyOps</w:t>
      </w:r>
    </w:p>
    <w:p>
      <w:r>
        <w:t>For the library:</w:t>
      </w:r>
    </w:p>
    <w:p>
      <w:r>
        <w:t>This completes the other template we had skipped from the original launch set.</w:t>
      </w:r>
    </w:p>
    <w:p>
      <w:r>
        <w:t>The TidyOps workflow should eventually be Application → Screening → Interview →</w:t>
      </w:r>
    </w:p>
    <w:p>
      <w:r>
        <w:t>Scorecard → References/authorized screening → Offer → Onboarding → Training →</w:t>
      </w:r>
    </w:p>
    <w:p>
      <w:r>
        <w:t>Field Ready. More importantly, the applicant record should automatically become the</w:t>
      </w:r>
    </w:p>
    <w:p>
      <w:r>
        <w:t>employee record after hire so the owner never has to re-enter the same name, phone,</w:t>
      </w:r>
    </w:p>
    <w:p>
      <w:r>
        <w:t>availability, position, and employment information into another system.</w:t>
      </w:r>
    </w:p>
    <w:p>
      <w:r>
        <w:t>Template ID: TPL-HR-005</w:t>
      </w:r>
    </w:p>
    <w:p>
      <w:r>
        <w:t>Slug: cleaning-employee-application-form</w:t>
      </w:r>
    </w:p>
    <w:p>
      <w:r>
        <w:t>SEO Title: Cleaning Employee Application Form | Free Hiring Template</w:t>
      </w:r>
    </w:p>
    <w:p>
      <w:r>
        <w:t>Meta Description: Download a free cleaning employee application form covering avail</w:t>
      </w:r>
    </w:p>
    <w:p>
      <w:r>
        <w:t>Category: Hiring &amp; Employees</w:t>
      </w:r>
    </w:p>
    <w:p>
      <w:r>
        <w:t>Formats: DOCX, PDF</w:t>
      </w:r>
    </w:p>
    <w:p>
      <w:r>
        <w:t>Version: 1.0</w:t>
      </w:r>
    </w:p>
    <w:p>
      <w:r>
        <w:t>Updated: 2026-09</w:t>
      </w:r>
    </w:p>
    <w:p>
      <w:r>
        <w:t>Legal Review Flag: REQUIRED — employment / applicant privacy / hiring compliance</w:t>
      </w:r>
    </w:p>
    <w:p>
      <w:r>
        <w:t>Primary CTA: Manage Cleaning Applicants with TidyOps</w:t>
      </w:r>
    </w:p>
    <w:p>
      <w:r>
        <w:t>Product Route: Hiring / Applicants / Interviews / Onboarding / Team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