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Estimate Follow Up Email And Text Templates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ESTIMATE FOLLOW-UP TEMPLATES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r>
        <w:t>Use these templates to follow up with prospective cleaning customers after sending an estimate or quote.</w:t>
      </w:r>
    </w:p>
    <w:p>
      <w:r>
        <w:t>Replace all bracketed fields before sending.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RECOMMENDED FOLLOW-UP SEQUENCE</w:t>
      </w:r>
    </w:p>
    <w:p>
      <w:r>
        <w:t>A simple starting sequence:</w:t>
      </w:r>
    </w:p>
    <w:p>
      <w:r>
        <w:t>Day 0: Estimate sent</w:t>
      </w:r>
    </w:p>
    <w:p>
      <w:r>
        <w:t>Day 1–2: Confirm receipt</w:t>
      </w:r>
    </w:p>
    <w:p>
      <w:r>
        <w:t>Day 4–5: Helpful follow-up</w:t>
      </w:r>
    </w:p>
    <w:p>
      <w:r>
        <w:t>Day 7–10: Decision follow-up</w:t>
      </w:r>
    </w:p>
    <w:p>
      <w:r>
        <w:t>Before Expiration: Estimate-expiration reminder</w:t>
      </w:r>
    </w:p>
    <w:p>
      <w:r>
        <w:t>Final Follow-Up: Close the loop</w:t>
      </w:r>
    </w:p>
    <w:p>
      <w:r>
        <w:t>Adjust the timing to fit your sales cycle and customer preferences.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 — ESTIMATE SENT</w:t>
      </w:r>
    </w:p>
    <w:p>
      <w:pPr>
        <w:pStyle w:val="Heading2"/>
        <w:keepNext/>
      </w:pPr>
      <w:r>
        <w:t>Subject</w:t>
      </w:r>
    </w:p>
    <w:p>
      <w:r>
        <w:t>Your cleaning estimate from [Company Name]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Thanks for the opportunity to provide an estimate for cleaning your [home/property/office].</w:t>
      </w:r>
    </w:p>
    <w:p>
      <w:r>
        <w:t>Your estimate for [Service Type] is ready.</w:t>
      </w:r>
    </w:p>
    <w:p>
      <w:r>
        <w:t>Estimated Price: [Price]</w:t>
      </w:r>
    </w:p>
    <w:p>
      <w:r>
        <w:t>Service Frequency: [Frequency]</w:t>
      </w:r>
    </w:p>
    <w:p>
      <w:r>
        <w:t>Preferred Start Date: [Date, if applicable]</w:t>
      </w:r>
    </w:p>
    <w:p>
      <w:r>
        <w:t>You can review the estimate here:</w:t>
      </w:r>
    </w:p>
    <w:p>
      <w:r>
        <w:t>[Estimate Link]</w:t>
      </w:r>
    </w:p>
    <w:p>
      <w:r>
        <w:t>If you have any questions about the scope, pricing, or scheduling, just reply to this email or contact us at [Phone Number].</w:t>
      </w:r>
    </w:p>
    <w:p>
      <w:r>
        <w:t>Thank you,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2 — CONFIRM RECEIPT</w:t>
      </w:r>
    </w:p>
    <w:p>
      <w:pPr>
        <w:pStyle w:val="Heading2"/>
        <w:keepNext/>
      </w:pPr>
      <w:r>
        <w:t>Subject</w:t>
      </w:r>
    </w:p>
    <w:p>
      <w:r>
        <w:t>Did you receive your cleaning estimate?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make sure you received the cleaning estimate we sent for [Service Type] at [Property / Address].</w:t>
      </w:r>
    </w:p>
    <w:p>
      <w:r>
        <w:t>If you have any questions about what is included, pricing, or scheduling, I’d be happy to help.</w:t>
      </w:r>
    </w:p>
    <w:p>
      <w:r>
        <w:t>You can review the estimate here:</w:t>
      </w:r>
    </w:p>
    <w:p>
      <w:r>
        <w:t>[Estimate Link]</w:t>
      </w:r>
    </w:p>
    <w:p>
      <w:r>
        <w:t>Thanks,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3 — SHORT TEXT MESSAGE</w:t>
      </w:r>
    </w:p>
    <w:p>
      <w:r>
        <w:t>Hi [First Name], this is [Sender Name] with [Company Name]. I wanted to make sure you received the cleaning estimate we sent. Let me know if you have any questions about the service or pricing. [Estimate Link]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4 — HELPFUL FOLLOW-UP</w:t>
      </w:r>
    </w:p>
    <w:p>
      <w:pPr>
        <w:pStyle w:val="Heading2"/>
        <w:keepNext/>
      </w:pPr>
      <w:r>
        <w:t>Subject</w:t>
      </w:r>
    </w:p>
    <w:p>
      <w:r>
        <w:t>Any questions about your cleaning estimate?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follow up on the estimate for your [Service Type].</w:t>
      </w:r>
    </w:p>
    <w:p>
      <w:r>
        <w:t>If you’re comparing options, one thing worth checking is exactly what each cleaning service includes. Our estimate covers:</w:t>
      </w:r>
    </w:p>
    <w:p>
      <w:r>
        <w:t>[Key Service / Benefit 1]</w:t>
      </w:r>
    </w:p>
    <w:p>
      <w:r>
        <w:t>[Key Service / Benefit 2]</w:t>
      </w:r>
    </w:p>
    <w:p>
      <w:r>
        <w:t>[Key Service / Benefit 3]</w:t>
      </w:r>
    </w:p>
    <w:p>
      <w:r>
        <w:t>If you want to change the service scope, frequency, or add-ons, let me know and we can update the estimate.</w:t>
      </w:r>
    </w:p>
    <w:p>
      <w:r>
        <w:t>[Estimate Link]</w:t>
      </w:r>
    </w:p>
    <w:p>
      <w:r>
        <w:t>Best,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5 — RECURRING CLEANING FOLLOW-UP</w:t>
      </w:r>
    </w:p>
    <w:p>
      <w:pPr>
        <w:pStyle w:val="Heading2"/>
        <w:keepNext/>
      </w:pPr>
      <w:r>
        <w:t>Subject</w:t>
      </w:r>
    </w:p>
    <w:p>
      <w:r>
        <w:t>Ready to set up your recurring cleaning?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check in about the recurring cleaning estimate we sent.</w:t>
      </w:r>
    </w:p>
    <w:p>
      <w:r>
        <w:t>Your proposed service is:</w:t>
      </w:r>
    </w:p>
    <w:p>
      <w:r>
        <w:t>Frequency: [Weekly / Every 2 Weeks / Every 4 Weeks]</w:t>
      </w:r>
    </w:p>
    <w:p>
      <w:r>
        <w:t>Price Per Visit: [Price]</w:t>
      </w:r>
    </w:p>
    <w:p>
      <w:r>
        <w:t>Service: [Service Type]</w:t>
      </w:r>
    </w:p>
    <w:p>
      <w:r>
        <w:t>If you’d like to move forward, we can confirm your first cleaning and reserve your recurring schedule.</w:t>
      </w:r>
    </w:p>
    <w:p>
      <w:r>
        <w:t>[Accept Estimate / Schedule Service Link]</w:t>
      </w:r>
    </w:p>
    <w:p>
      <w:r>
        <w:t>If you have questions or would like to compare another frequency, just let me know.</w:t>
      </w:r>
    </w:p>
    <w:p>
      <w:r>
        <w:t>Thanks,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6 — OFFER ALTERNATIVE FREQUENCIES</w:t>
      </w:r>
    </w:p>
    <w:p>
      <w:pPr>
        <w:pStyle w:val="Heading2"/>
        <w:keepNext/>
      </w:pPr>
      <w:r>
        <w:t>Subject</w:t>
      </w:r>
    </w:p>
    <w:p>
      <w:r>
        <w:t>Would another cleaning schedule work better?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follow up on your cleaning estimate.</w:t>
      </w:r>
    </w:p>
    <w:p>
      <w:r>
        <w:t>If the original service frequency isn’t quite right, we may be able to adjust the schedule.</w:t>
      </w:r>
    </w:p>
    <w:p>
      <w:r>
        <w:t>For example:</w:t>
      </w:r>
    </w:p>
    <w:p>
      <w:r>
        <w:t>Weekly: [Price] per visit</w:t>
      </w:r>
    </w:p>
    <w:p>
      <w:r>
        <w:t>Every 2 Weeks: [Price] per visit</w:t>
      </w:r>
    </w:p>
    <w:p>
      <w:r>
        <w:t>Every 4 Weeks: [Price] per visit</w:t>
      </w:r>
    </w:p>
    <w:p>
      <w:r>
        <w:t>The exact options available will depend on your property and service needs.</w:t>
      </w:r>
    </w:p>
    <w:p>
      <w:r>
        <w:t>If you’d like, reply with the schedule you’re considering and we can update the estimate.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7 — CUSTOMER HAS PRICE CONCERNS</w:t>
      </w:r>
    </w:p>
    <w:p>
      <w:pPr>
        <w:pStyle w:val="Heading2"/>
        <w:keepNext/>
      </w:pPr>
      <w:r>
        <w:t>Subject</w:t>
      </w:r>
    </w:p>
    <w:p>
      <w:r>
        <w:t>A few options for your cleaning service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Thanks for letting me know you’re reviewing the price.</w:t>
      </w:r>
    </w:p>
    <w:p>
      <w:r>
        <w:t>If you’d like, we can look at the service scope together and see whether another option would better fit what you need.</w:t>
      </w:r>
    </w:p>
    <w:p>
      <w:r>
        <w:t>Possible adjustments could include:</w:t>
      </w:r>
    </w:p>
    <w:p>
      <w:pPr>
        <w:pStyle w:val="ListBullet"/>
      </w:pPr>
      <w:r>
        <w:t>Changing the cleaning frequency</w:t>
      </w:r>
    </w:p>
    <w:p>
      <w:pPr>
        <w:pStyle w:val="ListBullet"/>
      </w:pPr>
      <w:r>
        <w:t>Removing optional add-ons</w:t>
      </w:r>
    </w:p>
    <w:p>
      <w:pPr>
        <w:pStyle w:val="ListBullet"/>
      </w:pPr>
      <w:r>
        <w:t>Prioritizing specific areas</w:t>
      </w:r>
    </w:p>
    <w:p>
      <w:pPr>
        <w:pStyle w:val="ListBullet"/>
      </w:pPr>
      <w:r>
        <w:t>Separating deep-cleaning work from recurring service</w:t>
      </w:r>
    </w:p>
    <w:p>
      <w:pPr>
        <w:pStyle w:val="ListBullet"/>
      </w:pPr>
      <w:r>
        <w:t>Adjusting the initial service scope</w:t>
      </w:r>
    </w:p>
    <w:p>
      <w:r>
        <w:t>We want the service to be clear before you book rather than surprising you later.</w:t>
      </w:r>
    </w:p>
    <w:p>
      <w:r>
        <w:t>Let me know if you’d like us to revise the estimate.</w:t>
      </w:r>
    </w:p>
    <w:p>
      <w:r>
        <w:t>Best,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8 — DEEP CLEAN FOLLOW-UP</w:t>
      </w:r>
    </w:p>
    <w:p>
      <w:pPr>
        <w:pStyle w:val="Heading2"/>
        <w:keepNext/>
      </w:pPr>
      <w:r>
        <w:t>Subject</w:t>
      </w:r>
    </w:p>
    <w:p>
      <w:r>
        <w:t>Your deep cleaning estimate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follow up on the deep cleaning estimate we prepared for your property.</w:t>
      </w:r>
    </w:p>
    <w:p>
      <w:r>
        <w:t>Deep cleaning generally involves more detailed work than routine maintenance cleaning, so the estimate reflects the additional time required for the agreed scope.</w:t>
      </w:r>
    </w:p>
    <w:p>
      <w:r>
        <w:t>Your estimate includes:</w:t>
      </w:r>
    </w:p>
    <w:p>
      <w:r>
        <w:t>[Deep Cleaning Item]</w:t>
      </w:r>
    </w:p>
    <w:p>
      <w:r>
        <w:t>[Deep Cleaning Item]</w:t>
      </w:r>
    </w:p>
    <w:p>
      <w:r>
        <w:t>[Deep Cleaning Item]</w:t>
      </w:r>
    </w:p>
    <w:p>
      <w:r>
        <w:t>If there are areas you’d like to add or remove, we can update the scope before scheduling.</w:t>
      </w:r>
    </w:p>
    <w:p>
      <w:r>
        <w:t>[Estimate Link]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9 — MOVE-OUT CLEANING FOLLOW-UP</w:t>
      </w:r>
    </w:p>
    <w:p>
      <w:pPr>
        <w:pStyle w:val="Heading2"/>
        <w:keepNext/>
      </w:pPr>
      <w:r>
        <w:t>Subject</w:t>
      </w:r>
    </w:p>
    <w:p>
      <w:r>
        <w:t>Your move-out cleaning estimate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I’m following up on your move-out cleaning estimate for [Service Address].</w:t>
      </w:r>
    </w:p>
    <w:p>
      <w:r>
        <w:t>Your requested service date is [Date].</w:t>
      </w:r>
    </w:p>
    <w:p>
      <w:r>
        <w:t>If you’d like to reserve that date, please review and approve the estimate here:</w:t>
      </w:r>
    </w:p>
    <w:p>
      <w:r>
        <w:t>[Estimate Link]</w:t>
      </w:r>
    </w:p>
    <w:p>
      <w:r>
        <w:t>Availability can change as the date approaches, so confirming early helps us plan the appropriate crew and service time.</w:t>
      </w:r>
    </w:p>
    <w:p>
      <w:r>
        <w:t>If your move-out schedule has changed, let us know and we’ll check availability.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10 — COMMERCIAL ESTIMATE FOLLOW-UP</w:t>
      </w:r>
    </w:p>
    <w:p>
      <w:pPr>
        <w:pStyle w:val="Heading2"/>
        <w:keepNext/>
      </w:pPr>
      <w:r>
        <w:t>Subject</w:t>
      </w:r>
    </w:p>
    <w:p>
      <w:r>
        <w:t>Following up on the cleaning proposal for [Facility Name]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follow up on the cleaning proposal we submitted for [Facility Name].</w:t>
      </w:r>
    </w:p>
    <w:p>
      <w:r>
        <w:t>The proposed scope includes:</w:t>
      </w:r>
    </w:p>
    <w:p>
      <w:r>
        <w:t>[Service Frequency]</w:t>
      </w:r>
    </w:p>
    <w:p>
      <w:r>
        <w:t>[Primary Scope Item]</w:t>
      </w:r>
    </w:p>
    <w:p>
      <w:r>
        <w:t>[Primary Scope Item]</w:t>
      </w:r>
    </w:p>
    <w:p>
      <w:r>
        <w:t>[Periodic Service, if applicable]</w:t>
      </w:r>
    </w:p>
    <w:p>
      <w:r>
        <w:t>If your team has questions about the scope, service schedule, consumables, pricing, or implementation, I’d be happy to review the proposal with you.</w:t>
      </w:r>
    </w:p>
    <w:p>
      <w:r>
        <w:t>Please let me know if there is anything else you need from us during your evaluation.</w:t>
      </w:r>
    </w:p>
    <w:p>
      <w:r>
        <w:t>Regards,</w:t>
      </w:r>
    </w:p>
    <w:p>
      <w:r>
        <w:t>[Sender Name]</w:t>
      </w:r>
    </w:p>
    <w:p>
      <w:r>
        <w:t>[Title]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11 — COMMERCIAL DECISION-DATE FOLLOW-UP</w:t>
      </w:r>
    </w:p>
    <w:p>
      <w:pPr>
        <w:pStyle w:val="Heading2"/>
        <w:keepNext/>
      </w:pPr>
      <w:r>
        <w:t>Subject</w:t>
      </w:r>
    </w:p>
    <w:p>
      <w:r>
        <w:t>Cleaning proposal follow-up — [Facility Name]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I’m checking in regarding our proposal for [Facility Name].</w:t>
      </w:r>
    </w:p>
    <w:p>
      <w:r>
        <w:t>When we last spoke, you expected to review cleaning proposals around [Decision Date].</w:t>
      </w:r>
    </w:p>
    <w:p>
      <w:r>
        <w:t>Is that timing still accurate?</w:t>
      </w:r>
    </w:p>
    <w:p>
      <w:r>
        <w:t>If you need revised pricing, an updated scope, insurance documentation, references, or another walkthrough, let me know and we’ll provide what we can.</w:t>
      </w:r>
    </w:p>
    <w:p>
      <w:r>
        <w:t>Thank you,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12 — ESTIMATE EXPIRING SOON</w:t>
      </w:r>
    </w:p>
    <w:p>
      <w:pPr>
        <w:pStyle w:val="Heading2"/>
        <w:keepNext/>
      </w:pPr>
      <w:r>
        <w:t>Subject</w:t>
      </w:r>
    </w:p>
    <w:p>
      <w:r>
        <w:t>Your cleaning estimate expires on [Date]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Just a quick reminder that the cleaning estimate we prepared for you is currently valid through [Expiration Date].</w:t>
      </w:r>
    </w:p>
    <w:p>
      <w:r>
        <w:t>If you’d like to move forward under the current estimate, you can review it here:</w:t>
      </w:r>
    </w:p>
    <w:p>
      <w:r>
        <w:t>[Estimate Link]</w:t>
      </w:r>
    </w:p>
    <w:p>
      <w:r>
        <w:t>If you need more time or your cleaning needs have changed, reply and we can review the estimate with you.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13 — SHORT EXPIRATION TEXT</w:t>
      </w:r>
    </w:p>
    <w:p>
      <w:r>
        <w:t>Hi [First Name], just a reminder from [Company Name] that your cleaning estimate is valid through [Date]. You can review it here: [Estimate Link]. Let us know if you have any questions.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14 — NO RESPONSE FOLLOW-UP</w:t>
      </w:r>
    </w:p>
    <w:p>
      <w:pPr>
        <w:pStyle w:val="Heading2"/>
        <w:keepNext/>
      </w:pPr>
      <w:r>
        <w:t>Subject</w:t>
      </w:r>
    </w:p>
    <w:p>
      <w:r>
        <w:t>Still considering cleaning service?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wanted to check whether you’re still considering cleaning service for [Property / Service Type].</w:t>
      </w:r>
    </w:p>
    <w:p>
      <w:r>
        <w:t>If you’re still interested, we’d be happy to answer questions or update the estimate if anything has changed.</w:t>
      </w:r>
    </w:p>
    <w:p>
      <w:r>
        <w:t>If you’ve decided not to move forward, that’s completely fine too. A quick reply helps us keep our records current.</w:t>
      </w:r>
    </w:p>
    <w:p>
      <w:r>
        <w:t>Your estimate:</w:t>
      </w:r>
    </w:p>
    <w:p>
      <w:r>
        <w:t>[Estimate Link]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15 — FINAL FOLLOW-UP</w:t>
      </w:r>
    </w:p>
    <w:p>
      <w:pPr>
        <w:pStyle w:val="Heading2"/>
        <w:keepNext/>
      </w:pPr>
      <w:r>
        <w:t>Subject</w:t>
      </w:r>
    </w:p>
    <w:p>
      <w:r>
        <w:t>Closing the loop on your cleaning estimate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I haven’t heard back regarding the cleaning estimate we sent, so I’ll close out our follow-up for now.</w:t>
      </w:r>
    </w:p>
    <w:p>
      <w:r>
        <w:t>If you still need cleaning service later, you’re welcome to reach back out. We can review availability and update the estimate if needed.</w:t>
      </w:r>
    </w:p>
    <w:p>
      <w:r>
        <w:t>Thanks again for considering [Company Name].</w:t>
      </w:r>
    </w:p>
    <w:p>
      <w:r>
        <w:t>Best,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16 — FINAL FOLLOW-UP TEXT</w:t>
      </w:r>
    </w:p>
    <w:p>
      <w:r>
        <w:t>Hi [First Name], this is [Sender Name] from [Company Name]. I’m closing the loop on the cleaning estimate we sent. If you still need service later, feel free to reach out and we’ll be happy to help.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17 — ESTIMATE ACCEPTED</w:t>
      </w:r>
    </w:p>
    <w:p>
      <w:pPr>
        <w:pStyle w:val="Heading2"/>
        <w:keepNext/>
      </w:pPr>
      <w:r>
        <w:t>Subject</w:t>
      </w:r>
    </w:p>
    <w:p>
      <w:r>
        <w:t>You're booked with [Company Name]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 you for accepting your cleaning estimate.</w:t>
      </w:r>
    </w:p>
    <w:p>
      <w:r>
        <w:t>Here’s what happens next:</w:t>
      </w:r>
    </w:p>
    <w:p>
      <w:r>
        <w:t>Service: [Service Type]</w:t>
      </w:r>
    </w:p>
    <w:p>
      <w:r>
        <w:t>Date: [Service Date]</w:t>
      </w:r>
    </w:p>
    <w:p>
      <w:r>
        <w:t>Arrival Window: [Arrival Window]</w:t>
      </w:r>
    </w:p>
    <w:p>
      <w:r>
        <w:t>Price: [Price]</w:t>
      </w:r>
    </w:p>
    <w:p>
      <w:r>
        <w:t>Before your service, we’ll send any additional arrival or preparation information you need.</w:t>
      </w:r>
    </w:p>
    <w:p>
      <w:r>
        <w:t>If anything changes before your appointment, contact us at [Phone / Email].</w:t>
      </w:r>
    </w:p>
    <w:p>
      <w:r>
        <w:t>We look forward to helping you.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18 — ACCEPTED, SCHEDULING STILL NEEDED</w:t>
      </w:r>
    </w:p>
    <w:p>
      <w:pPr>
        <w:pStyle w:val="Heading2"/>
        <w:keepNext/>
      </w:pPr>
      <w:r>
        <w:t>Subject</w:t>
      </w:r>
    </w:p>
    <w:p>
      <w:r>
        <w:t>Let's schedule your cleaning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 you for accepting your estimate.</w:t>
      </w:r>
    </w:p>
    <w:p>
      <w:r>
        <w:t>The next step is choosing your service date.</w:t>
      </w:r>
    </w:p>
    <w:p>
      <w:r>
        <w:t>Current availability includes:</w:t>
      </w:r>
    </w:p>
    <w:p>
      <w:r>
        <w:t>[Option 1]</w:t>
      </w:r>
    </w:p>
    <w:p>
      <w:r>
        <w:t>[Option 2]</w:t>
      </w:r>
    </w:p>
    <w:p>
      <w:r>
        <w:t>[Option 3]</w:t>
      </w:r>
    </w:p>
    <w:p>
      <w:r>
        <w:t>Reply with your preferred option or use this link:</w:t>
      </w:r>
    </w:p>
    <w:p>
      <w:r>
        <w:t>[Scheduling Link]</w:t>
      </w:r>
    </w:p>
    <w:p>
      <w:r>
        <w:t>Once the date is confirmed, we’ll send your booking details.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19 — LOST TO COMPETITOR</w:t>
      </w:r>
    </w:p>
    <w:p>
      <w:pPr>
        <w:pStyle w:val="Heading2"/>
        <w:keepNext/>
      </w:pPr>
      <w:r>
        <w:t>Subject</w:t>
      </w:r>
    </w:p>
    <w:p>
      <w:r>
        <w:t>Thank you for considering [Company Name]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Thanks for letting us know.</w:t>
      </w:r>
    </w:p>
    <w:p>
      <w:r>
        <w:t>We appreciate the opportunity to provide an estimate, and I hope your cleaning service works out well.</w:t>
      </w:r>
    </w:p>
    <w:p>
      <w:r>
        <w:t>If your needs change in the future, feel free to reach back out. We’d be happy to prepare an updated estimate based on your needs at that time.</w:t>
      </w:r>
    </w:p>
    <w:p>
      <w:r>
        <w:t>Best,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TEMPLATE 20 — NOT READY YET</w:t>
      </w:r>
    </w:p>
    <w:p>
      <w:pPr>
        <w:pStyle w:val="Heading2"/>
        <w:keepNext/>
      </w:pPr>
      <w:r>
        <w:t>Subject</w:t>
      </w:r>
    </w:p>
    <w:p>
      <w:r>
        <w:t>We'll check back later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Thanks for the update.</w:t>
      </w:r>
    </w:p>
    <w:p>
      <w:r>
        <w:t>I’ve noted that you’re not ready to schedule cleaning service yet.</w:t>
      </w:r>
    </w:p>
    <w:p>
      <w:r>
        <w:t>If it’s helpful, we can follow up around [Month / Date]. If your plans change before then, just contact us anytime.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FOLLOW-UP PERSONALIZATION FIELDS</w:t>
      </w:r>
    </w:p>
    <w:p>
      <w:r>
        <w:t>Useful fields include:</w:t>
      </w:r>
    </w:p>
    <w:p>
      <w:r>
        <w:t>[First Name]</w:t>
      </w:r>
    </w:p>
    <w:p>
      <w:r>
        <w:t>[Company Name]</w:t>
      </w:r>
    </w:p>
    <w:p>
      <w:r>
        <w:t>[Service Type]</w:t>
      </w:r>
    </w:p>
    <w:p>
      <w:r>
        <w:t>[Service Address]</w:t>
      </w:r>
    </w:p>
    <w:p>
      <w:r>
        <w:t>[Estimate Amount]</w:t>
      </w:r>
    </w:p>
    <w:p>
      <w:r>
        <w:t>[Estimate Number]</w:t>
      </w:r>
    </w:p>
    <w:p>
      <w:r>
        <w:t>[Estimate Link]</w:t>
      </w:r>
    </w:p>
    <w:p>
      <w:r>
        <w:t>[Expiration Date]</w:t>
      </w:r>
    </w:p>
    <w:p>
      <w:r>
        <w:t>[Requested Date]</w:t>
      </w:r>
    </w:p>
    <w:p>
      <w:r>
        <w:t>[Frequency]</w:t>
      </w:r>
    </w:p>
    <w:p>
      <w:r>
        <w:t>[Price Per Visit]</w:t>
      </w:r>
    </w:p>
    <w:p>
      <w:r>
        <w:t>[Sender Name]</w:t>
      </w:r>
    </w:p>
    <w:p>
      <w:r>
        <w:t>[Scheduling Link]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FOLLOW-UP BEST PRACTICES</w:t>
      </w:r>
    </w:p>
    <w:p>
      <w:r>
        <w:t>Keep messages short and useful.</w:t>
      </w:r>
    </w:p>
    <w:p>
      <w:r>
        <w:t>Avoid sending repeated messages that say only “just following up.”</w:t>
      </w:r>
    </w:p>
    <w:p>
      <w:r>
        <w:t>Each follow-up should ideally provide a reason to respond, such as:</w:t>
      </w:r>
    </w:p>
    <w:p>
      <w:pPr>
        <w:pStyle w:val="ListBullet"/>
      </w:pPr>
      <w:r>
        <w:t>Answering questions</w:t>
      </w:r>
    </w:p>
    <w:p>
      <w:pPr>
        <w:pStyle w:val="ListBullet"/>
      </w:pPr>
      <w:r>
        <w:t>Clarifying scope</w:t>
      </w:r>
    </w:p>
    <w:p>
      <w:pPr>
        <w:pStyle w:val="ListBullet"/>
      </w:pPr>
      <w:r>
        <w:t>Offering schedule options</w:t>
      </w:r>
    </w:p>
    <w:p>
      <w:pPr>
        <w:pStyle w:val="ListBullet"/>
      </w:pPr>
      <w:r>
        <w:t>Reviewing frequency</w:t>
      </w:r>
    </w:p>
    <w:p>
      <w:pPr>
        <w:pStyle w:val="ListBullet"/>
      </w:pPr>
      <w:r>
        <w:t>Updating an estimate</w:t>
      </w:r>
    </w:p>
    <w:p>
      <w:pPr>
        <w:pStyle w:val="ListBullet"/>
      </w:pPr>
      <w:r>
        <w:t>Reminding the customer of an expiration date</w:t>
      </w:r>
    </w:p>
    <w:p>
      <w:r>
        <w:t>Stop routine sales follow-up when a customer asks not to be contacted.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COMMUNICATION &amp; MARKETING NOTICE</w:t>
      </w:r>
    </w:p>
    <w:p>
      <w:r>
        <w:t>These templates are general business examples and are not legal or marketing-compliance advice.</w:t>
      </w:r>
    </w:p>
    <w:p>
      <w:r>
        <w:t>Email, SMS, telephone, automated messaging, and marketing communications may be subject to consent, identification, opt-out, telemarketing, privacy, recordkeeping, and other requirements depending on jurisdiction and communication method.</w:t>
      </w:r>
    </w:p>
    <w:p>
      <w:r>
        <w:t>Service-related communication and promotional marketing may be treated differently under applicable rules.</w:t>
      </w:r>
    </w:p>
    <w:p>
      <w:r>
        <w:t>Businesses should configure their communication practices appropriately and honor valid opt-out requests.</w:t>
      </w:r>
    </w:p>
    <w:p>
      <w:r>
        <w:t>Template Version: 1.0</w:t>
      </w:r>
    </w:p>
    <w:p>
      <w:r>
        <w:t>Updated: September 2026</w:t>
      </w:r>
    </w:p>
    <w:p>
      <w:r>
        <w:t>Template ID: TPL-MKT-001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