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Job Sheet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JOB SHEET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JOB INFORMATION</w:t>
      </w:r>
    </w:p>
    <w:p>
      <w:r>
        <w:t>Job Number:</w:t>
      </w:r>
    </w:p>
    <w:p>
      <w:r>
        <w:t>Service Date:</w:t>
      </w:r>
    </w:p>
    <w:p>
      <w:r>
        <w:t>Scheduled Arrival:</w:t>
      </w:r>
    </w:p>
    <w:p>
      <w:r>
        <w:t>Estimated Duration:</w:t>
      </w:r>
    </w:p>
    <w:p>
      <w:r>
        <w:t>Assigned Cleaner / Crew:</w:t>
      </w:r>
    </w:p>
    <w:p>
      <w:r>
        <w:t>Crew Lead:</w:t>
      </w:r>
    </w:p>
    <w:p>
      <w:r>
        <w:t>Service Type:</w:t>
      </w:r>
    </w:p>
    <w:p>
      <w:r>
        <w:t>☐ Standard Cleaning</w:t>
      </w:r>
    </w:p>
    <w:p>
      <w:r>
        <w:t>☐ Deep Cleaning</w:t>
      </w:r>
    </w:p>
    <w:p>
      <w:r>
        <w:t>☐ Move-In Cleaning</w:t>
      </w:r>
    </w:p>
    <w:p>
      <w:r>
        <w:t>☐ Move-Out Cleaning</w:t>
      </w:r>
    </w:p>
    <w:p>
      <w:r>
        <w:t>☐ Vacation Rental Turnover</w:t>
      </w:r>
    </w:p>
    <w:p>
      <w:r>
        <w:t>☐ Office Cleaning</w:t>
      </w:r>
    </w:p>
    <w:p>
      <w:r>
        <w:t>☐ Commercial / Janitorial</w:t>
      </w:r>
    </w:p>
    <w:p>
      <w:r>
        <w:t>☐ Post-Construction Cleaning</w:t>
      </w:r>
    </w:p>
    <w:p>
      <w:r>
        <w:t>☐ Other:</w:t>
      </w:r>
    </w:p>
    <w:p>
      <w:r>
        <w:t>Service Frequency:</w:t>
      </w:r>
    </w:p>
    <w:p>
      <w:r>
        <w:t>☐ One-Time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INFORMATION</w:t>
      </w:r>
    </w:p>
    <w:p>
      <w:r>
        <w:t>Customer / Client:</w:t>
      </w:r>
    </w:p>
    <w:p>
      <w:r>
        <w:t>Company, if applicable:</w:t>
      </w:r>
    </w:p>
    <w:p>
      <w:r>
        <w:t>Primary Contact:</w:t>
      </w:r>
    </w:p>
    <w:p>
      <w:r>
        <w:t>Phone:</w:t>
      </w:r>
    </w:p>
    <w:p>
      <w:r>
        <w:t>Email: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LOCATION</w:t>
      </w:r>
    </w:p>
    <w:p>
      <w:r>
        <w:t>Service Address:</w:t>
      </w:r>
    </w:p>
    <w:p>
      <w:r>
        <w:t>City / State / ZIP:</w:t>
      </w:r>
    </w:p>
    <w:p>
      <w:r>
        <w:t>Property / Facility Name:</w:t>
      </w:r>
    </w:p>
    <w:p>
      <w:r>
        <w:t>Unit / Suite: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DETAILS</w:t>
      </w:r>
    </w:p>
    <w:p>
      <w:r>
        <w:t>Property Type:</w:t>
      </w:r>
    </w:p>
    <w:p>
      <w:r>
        <w:t>Approx. Cleanable Area:  sq. ft.</w:t>
      </w:r>
    </w:p>
    <w:p>
      <w:r>
        <w:t>Bedrooms:</w:t>
      </w:r>
    </w:p>
    <w:p>
      <w:r>
        <w:t>Bathrooms:</w:t>
      </w:r>
    </w:p>
    <w:p>
      <w:r>
        <w:t>Floors / Levels:</w:t>
      </w:r>
    </w:p>
    <w:p>
      <w:r>
        <w:t>Occupancy:</w:t>
      </w:r>
    </w:p>
    <w:p>
      <w:r>
        <w:t>☐ Occupied</w:t>
      </w:r>
    </w:p>
    <w:p>
      <w:r>
        <w:t>☐ Vacant</w:t>
      </w:r>
    </w:p>
    <w:p>
      <w:r>
        <w:t>☐ Partially Occupied</w:t>
      </w:r>
    </w:p>
    <w:p>
      <w:r>
        <w:t>☐ Commercial / Public Facility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ACCESS INSTRUCTIONS</w:t>
      </w:r>
    </w:p>
    <w:p>
      <w:r>
        <w:t>Entry Method:</w:t>
      </w:r>
    </w:p>
    <w:p>
      <w:r>
        <w:t>☐ Customer Present</w:t>
      </w:r>
    </w:p>
    <w:p>
      <w:r>
        <w:t>☐ Key</w:t>
      </w:r>
    </w:p>
    <w:p>
      <w:r>
        <w:t>☐ Lockbox</w:t>
      </w:r>
    </w:p>
    <w:p>
      <w:r>
        <w:t>☐ Keypad</w:t>
      </w:r>
    </w:p>
    <w:p>
      <w:r>
        <w:t>☐ Smart Lock</w:t>
      </w:r>
    </w:p>
    <w:p>
      <w:r>
        <w:t>☐ Access Card</w:t>
      </w:r>
    </w:p>
    <w:p>
      <w:r>
        <w:t>☐ Concierge / Security</w:t>
      </w:r>
    </w:p>
    <w:p>
      <w:r>
        <w:t>☐ Property Manager</w:t>
      </w:r>
    </w:p>
    <w:p>
      <w:r>
        <w:t>☐ Other:</w:t>
      </w:r>
    </w:p>
    <w:p>
      <w:r>
        <w:t>Access Instructions:</w:t>
      </w:r>
    </w:p>
    <w:p>
      <w:pPr>
        <w:spacing w:after="80"/>
        <w:pBdr>
          <w:bottom w:val="single" w:sz="8" w:color="0B7285"/>
        </w:pBdr>
      </w:pPr>
    </w:p>
    <w:p>
      <w:r>
        <w:t>Parking Instructions:</w:t>
      </w:r>
    </w:p>
    <w:p>
      <w:pPr>
        <w:spacing w:after="80"/>
        <w:pBdr>
          <w:bottom w:val="single" w:sz="8" w:color="0B7285"/>
        </w:pBdr>
      </w:pPr>
    </w:p>
    <w:p>
      <w:r>
        <w:t>Alarm Instructions:</w:t>
      </w:r>
    </w:p>
    <w:p>
      <w:pPr>
        <w:spacing w:after="80"/>
        <w:pBdr>
          <w:bottom w:val="single" w:sz="8" w:color="0B7285"/>
        </w:pBdr>
      </w:pPr>
    </w:p>
    <w:p>
      <w:r>
        <w:t>Restricted / Off-Limit Areas: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IMPORTANT SECURITY REMINDER</w:t>
      </w:r>
    </w:p>
    <w:p>
      <w:r>
        <w:t>Use customer keys, access codes, alarm information, and other credentials only according to company security procedures.</w:t>
      </w:r>
    </w:p>
    <w:p>
      <w:r>
        <w:t>Do not copy, photograph, share, or store access credentials in unauthorized locations.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PET INFORMATION</w:t>
      </w:r>
    </w:p>
    <w:p>
      <w:r>
        <w:t>Pets Present:</w:t>
      </w:r>
    </w:p>
    <w:p>
      <w:r>
        <w:t>☐ No</w:t>
      </w:r>
    </w:p>
    <w:p>
      <w:r>
        <w:t>☐ Yes</w:t>
      </w:r>
    </w:p>
    <w:p>
      <w:r>
        <w:t>Pet Type / Name:</w:t>
      </w:r>
    </w:p>
    <w:p>
      <w:r>
        <w:t>Pet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PRIORITIES</w:t>
      </w:r>
    </w:p>
    <w:p>
      <w:r>
        <w:t>The customer has identified these as priority areas:</w:t>
      </w:r>
    </w:p>
    <w:p>
      <w:r>
        <w:t>☐ Kitchen</w:t>
      </w:r>
    </w:p>
    <w:p>
      <w:r>
        <w:t>☐ Bathrooms</w:t>
      </w:r>
    </w:p>
    <w:p>
      <w:r>
        <w:t>☐ Bedrooms</w:t>
      </w:r>
    </w:p>
    <w:p>
      <w:r>
        <w:t>☐ Living Areas</w:t>
      </w:r>
    </w:p>
    <w:p>
      <w:r>
        <w:t>☐ Floors</w:t>
      </w:r>
    </w:p>
    <w:p>
      <w:r>
        <w:t>☐ Dusting</w:t>
      </w:r>
    </w:p>
    <w:p>
      <w:r>
        <w:t>☐ Baseboards</w:t>
      </w:r>
    </w:p>
    <w:p>
      <w:r>
        <w:t>☐ Pet Hair</w:t>
      </w:r>
    </w:p>
    <w:p>
      <w:r>
        <w:t>☐ High-Touch Surfaces</w:t>
      </w:r>
    </w:p>
    <w:p>
      <w:r>
        <w:t>☐ Other:</w:t>
      </w:r>
    </w:p>
    <w:p>
      <w:pPr>
        <w:pStyle w:val="Heading3"/>
        <w:keepNext/>
      </w:pPr>
      <w:r>
        <w:t>Priority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SCOPE</w:t>
      </w:r>
    </w:p>
    <w:p>
      <w:r>
        <w:t>Complete all tasks included in the customer's assigned service.</w:t>
      </w:r>
    </w:p>
    <w:p>
      <w:pPr>
        <w:pStyle w:val="Heading2"/>
        <w:keepNext/>
      </w:pPr>
      <w:r>
        <w:t>Kitchen</w:t>
      </w:r>
    </w:p>
    <w:p>
      <w:r>
        <w:t>☐ Counters</w:t>
      </w:r>
    </w:p>
    <w:p>
      <w:r>
        <w:t>☐ Sink / Faucet</w:t>
      </w:r>
    </w:p>
    <w:p>
      <w:r>
        <w:t>☐ Backsplash</w:t>
      </w:r>
    </w:p>
    <w:p>
      <w:r>
        <w:t>☐ Stovetop</w:t>
      </w:r>
    </w:p>
    <w:p>
      <w:r>
        <w:t>☐ Appliance Exteriors</w:t>
      </w:r>
    </w:p>
    <w:p>
      <w:r>
        <w:t>☐ Microwave</w:t>
      </w:r>
    </w:p>
    <w:p>
      <w:r>
        <w:t>☐ Cabinet Fronts</w:t>
      </w:r>
    </w:p>
    <w:p>
      <w:r>
        <w:t>☐ Trash</w:t>
      </w:r>
    </w:p>
    <w:p>
      <w:r>
        <w:t>☐ Vacuum / Sweep</w:t>
      </w:r>
    </w:p>
    <w:p>
      <w:r>
        <w:t>☐ Mop</w:t>
      </w:r>
    </w:p>
    <w:p>
      <w:pPr>
        <w:pStyle w:val="Heading2"/>
        <w:keepNext/>
      </w:pPr>
      <w:r>
        <w:t>Bathrooms</w:t>
      </w:r>
    </w:p>
    <w:p>
      <w:r>
        <w:t>☐ Toilets</w:t>
      </w:r>
    </w:p>
    <w:p>
      <w:r>
        <w:t>☐ Sinks / Faucets</w:t>
      </w:r>
    </w:p>
    <w:p>
      <w:r>
        <w:t>☐ Counters</w:t>
      </w:r>
    </w:p>
    <w:p>
      <w:r>
        <w:t>☐ Mirrors</w:t>
      </w:r>
    </w:p>
    <w:p>
      <w:r>
        <w:t>☐ Tubs</w:t>
      </w:r>
    </w:p>
    <w:p>
      <w:r>
        <w:t>☐ Showers</w:t>
      </w:r>
    </w:p>
    <w:p>
      <w:r>
        <w:t>☐ Fixtures</w:t>
      </w:r>
    </w:p>
    <w:p>
      <w:r>
        <w:t>☐ Trash</w:t>
      </w:r>
    </w:p>
    <w:p>
      <w:r>
        <w:t>☐ Vacuum / Sweep</w:t>
      </w:r>
    </w:p>
    <w:p>
      <w:r>
        <w:t>☐ Mop</w:t>
      </w:r>
    </w:p>
    <w:p>
      <w:pPr>
        <w:pStyle w:val="Heading2"/>
        <w:keepNext/>
      </w:pPr>
      <w:r>
        <w:t>Bedrooms</w:t>
      </w:r>
    </w:p>
    <w:p>
      <w:r>
        <w:t>☐ Dust Surfaces</w:t>
      </w:r>
    </w:p>
    <w:p>
      <w:r>
        <w:t>☐ Mirrors</w:t>
      </w:r>
    </w:p>
    <w:p>
      <w:r>
        <w:t>☐ Make Beds if Included</w:t>
      </w:r>
    </w:p>
    <w:p>
      <w:r>
        <w:t>☐ Trash</w:t>
      </w:r>
    </w:p>
    <w:p>
      <w:r>
        <w:t>☐ Vacuum</w:t>
      </w:r>
    </w:p>
    <w:p>
      <w:r>
        <w:t>☐ Hard Floors</w:t>
      </w:r>
    </w:p>
    <w:p>
      <w:pPr>
        <w:pStyle w:val="Heading2"/>
        <w:keepNext/>
      </w:pPr>
      <w:r>
        <w:t>Living / Common Areas</w:t>
      </w:r>
    </w:p>
    <w:p>
      <w:r>
        <w:t>☐ Dust Surfaces</w:t>
      </w:r>
    </w:p>
    <w:p>
      <w:r>
        <w:t>☐ Tables</w:t>
      </w:r>
    </w:p>
    <w:p>
      <w:r>
        <w:t>☐ Mirrors / Glass</w:t>
      </w:r>
    </w:p>
    <w:p>
      <w:r>
        <w:t>☐ Straighten Furniture</w:t>
      </w:r>
    </w:p>
    <w:p>
      <w:r>
        <w:t>☐ Trash</w:t>
      </w:r>
    </w:p>
    <w:p>
      <w:r>
        <w:t>☐ Vacuum</w:t>
      </w:r>
    </w:p>
    <w:p>
      <w:r>
        <w:t>☐ Hard Floors</w:t>
      </w:r>
    </w:p>
    <w:p>
      <w:pPr>
        <w:pStyle w:val="Heading2"/>
        <w:keepNext/>
      </w:pPr>
      <w:r>
        <w:t>Throughout Property</w:t>
      </w:r>
    </w:p>
    <w:p>
      <w:r>
        <w:t>☐ Dust Accessible Surfaces</w:t>
      </w:r>
    </w:p>
    <w:p>
      <w:r>
        <w:t>☐ Remove Cobwebs</w:t>
      </w:r>
    </w:p>
    <w:p>
      <w:r>
        <w:t>☐ Clean High-Touch Surfaces</w:t>
      </w:r>
    </w:p>
    <w:p>
      <w:r>
        <w:t>☐ Vacuum Carpet</w:t>
      </w:r>
    </w:p>
    <w:p>
      <w:r>
        <w:t>☐ Vacuum Rugs</w:t>
      </w:r>
    </w:p>
    <w:p>
      <w:r>
        <w:t>☐ Sweep Hard Floors</w:t>
      </w:r>
    </w:p>
    <w:p>
      <w:r>
        <w:t>☐ Mop Hard Floors</w:t>
      </w:r>
    </w:p>
    <w:p>
      <w:r>
        <w:t>☐ Final Walkthrough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JOB-SPECIFIC TASKS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Area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Complete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ADD-ON SERVICES</w:t>
      </w:r>
    </w:p>
    <w:p>
      <w:r>
        <w:t>Complete only when included in this job.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Add-On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Included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Complete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Refrigerator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Oven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Cabinets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Interior Windows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Blinds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Detailed Baseboards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Bed Linen Changes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Laundry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Pet Hair Removal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CUSTOMER-SPECIFIC INSTRUCTIONS</w:t>
      </w:r>
    </w:p>
    <w:p>
      <w:r>
        <w:t>These instructions take priority where they do not conflict with company safety procedures or the agreed service scope.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 SURFACES / ITEMS</w:t>
      </w:r>
    </w:p>
    <w:p>
      <w:r>
        <w:t>☐ None Noted</w:t>
      </w:r>
    </w:p>
    <w:p>
      <w:r>
        <w:t>☐ Natural Stone</w:t>
      </w:r>
    </w:p>
    <w:p>
      <w:r>
        <w:t>☐ Hardwood</w:t>
      </w:r>
    </w:p>
    <w:p>
      <w:r>
        <w:t>☐ Specialty Flooring</w:t>
      </w:r>
    </w:p>
    <w:p>
      <w:r>
        <w:t>☐ Stainless Steel</w:t>
      </w:r>
    </w:p>
    <w:p>
      <w:r>
        <w:t>☐ Antique Furniture</w:t>
      </w:r>
    </w:p>
    <w:p>
      <w:r>
        <w:t>☐ Artwork</w:t>
      </w:r>
    </w:p>
    <w:p>
      <w:r>
        <w:t>☐ Delicate Fixtures</w:t>
      </w:r>
    </w:p>
    <w:p>
      <w:r>
        <w:t>☐ Unsealed Surface</w:t>
      </w:r>
    </w:p>
    <w:p>
      <w:r>
        <w:t>☐ Specialty Appliance</w:t>
      </w:r>
    </w:p>
    <w:p>
      <w:r>
        <w:t>☐ Other:</w:t>
      </w:r>
    </w:p>
    <w:p>
      <w:pPr>
        <w:pStyle w:val="Heading3"/>
        <w:keepNext/>
      </w:pPr>
      <w:r>
        <w:t>Handling 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If uncertain about a product, surface, or cleaning method, stop and contact a supervisor before proceeding.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PRODUCTS / EQUIPMENT</w:t>
      </w:r>
    </w:p>
    <w:p>
      <w:r>
        <w:t>Cleaning Products:</w:t>
      </w:r>
    </w:p>
    <w:p>
      <w:r>
        <w:t>☐ Company Supplied</w:t>
      </w:r>
    </w:p>
    <w:p>
      <w:r>
        <w:t>☐ Customer Supplied</w:t>
      </w:r>
    </w:p>
    <w:p>
      <w:r>
        <w:t>☐ Special Products Required</w:t>
      </w:r>
    </w:p>
    <w:p>
      <w:r>
        <w:t>Special Product Instructions:</w:t>
      </w:r>
    </w:p>
    <w:p>
      <w:pPr>
        <w:spacing w:after="80"/>
        <w:pBdr>
          <w:bottom w:val="single" w:sz="8" w:color="0B7285"/>
        </w:pBdr>
      </w:pPr>
    </w:p>
    <w:p>
      <w:r>
        <w:t>Equipment Required:</w:t>
      </w:r>
    </w:p>
    <w:p>
      <w:r>
        <w:t>☐ Standard Cleaning Kit</w:t>
      </w:r>
    </w:p>
    <w:p>
      <w:r>
        <w:t>☐ Vacuum</w:t>
      </w:r>
    </w:p>
    <w:p>
      <w:r>
        <w:t>☐ Mop System</w:t>
      </w:r>
    </w:p>
    <w:p>
      <w:r>
        <w:t>☐ Extension Tools</w:t>
      </w:r>
    </w:p>
    <w:p>
      <w:r>
        <w:t>☐ Carpet Equipment</w:t>
      </w:r>
    </w:p>
    <w:p>
      <w:r>
        <w:t>☐ Floor Equipment</w:t>
      </w:r>
    </w:p>
    <w:p>
      <w:r>
        <w:t>☐ Ladder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SUPPLIES / CONSUMABLES</w:t>
      </w:r>
    </w:p>
    <w:p>
      <w:r>
        <w:t>Complete when applicable.</w:t>
      </w:r>
    </w:p>
    <w:p>
      <w:r>
        <w:t>☐ Toilet Tissue</w:t>
      </w:r>
    </w:p>
    <w:p>
      <w:r>
        <w:t>☐ Paper Towels</w:t>
      </w:r>
    </w:p>
    <w:p>
      <w:r>
        <w:t>☐ Hand Soap</w:t>
      </w:r>
    </w:p>
    <w:p>
      <w:r>
        <w:t>☐ Trash Liners</w:t>
      </w:r>
    </w:p>
    <w:p>
      <w:r>
        <w:t>☐ Sanitary Products</w:t>
      </w:r>
    </w:p>
    <w:p>
      <w:r>
        <w:t>☐ Guest Amenities</w:t>
      </w:r>
    </w:p>
    <w:p>
      <w:r>
        <w:t>☐ Other:</w:t>
      </w:r>
    </w:p>
    <w:p>
      <w:pPr>
        <w:pStyle w:val="Heading3"/>
        <w:keepNext/>
      </w:pPr>
      <w:r>
        <w:t>Restocking 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TIME TRACKING</w:t>
      </w:r>
    </w:p>
    <w:p>
      <w:r>
        <w:t>Scheduled Start:</w:t>
      </w:r>
    </w:p>
    <w:p>
      <w:r>
        <w:t>Actual Arrival:</w:t>
      </w:r>
    </w:p>
    <w:p>
      <w:r>
        <w:t>Work Started:</w:t>
      </w:r>
    </w:p>
    <w:p>
      <w:r>
        <w:t>Work Completed:</w:t>
      </w:r>
    </w:p>
    <w:p>
      <w:r>
        <w:t>Departure Time:</w:t>
      </w:r>
    </w:p>
    <w:p>
      <w:r>
        <w:t>Number of Cleaners:</w:t>
      </w:r>
    </w:p>
    <w:p>
      <w:r>
        <w:t>Total Labor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JOB STATUS</w:t>
      </w:r>
    </w:p>
    <w:p>
      <w:r>
        <w:t>☐ Not Started</w:t>
      </w:r>
    </w:p>
    <w:p>
      <w:r>
        <w:t>☐ In Progress</w:t>
      </w:r>
    </w:p>
    <w:p>
      <w:r>
        <w:t>☐ Complete</w:t>
      </w:r>
    </w:p>
    <w:p>
      <w:r>
        <w:t>☐ Complete With Notes</w:t>
      </w:r>
    </w:p>
    <w:p>
      <w:r>
        <w:t>☐ Partially Complete</w:t>
      </w:r>
    </w:p>
    <w:p>
      <w:r>
        <w:t>☐ Follow-Up Required</w:t>
      </w:r>
    </w:p>
    <w:p>
      <w:r>
        <w:t>☐ Reclean Required</w:t>
      </w:r>
    </w:p>
    <w:p>
      <w:r>
        <w:t>☐ Unable to Complete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TASKS NOT COMPLETED</w:t>
      </w:r>
    </w:p>
    <w:p>
      <w:r>
        <w:t>☐ All Included Tasks Completed</w:t>
      </w:r>
    </w:p>
    <w:p>
      <w:r>
        <w:t>If not: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Reason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Reason Codes</w:t>
      </w:r>
    </w:p>
    <w:p>
      <w:r>
        <w:t>☐ Customer Request</w:t>
      </w:r>
    </w:p>
    <w:p>
      <w:r>
        <w:t>☐ No Access</w:t>
      </w:r>
    </w:p>
    <w:p>
      <w:r>
        <w:t>☐ Insufficient Time</w:t>
      </w:r>
    </w:p>
    <w:p>
      <w:r>
        <w:t>☐ Unsafe Condition</w:t>
      </w:r>
    </w:p>
    <w:p>
      <w:r>
        <w:t>☐ Equipment Problem</w:t>
      </w:r>
    </w:p>
    <w:p>
      <w:r>
        <w:t>☐ Product / Surface Concern</w:t>
      </w:r>
    </w:p>
    <w:p>
      <w:r>
        <w:t>☐ Scope Clarification Needed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/ FACILITY ISSUES OBSERVED</w:t>
      </w:r>
    </w:p>
    <w:p>
      <w:r>
        <w:t>☐ None</w:t>
      </w:r>
    </w:p>
    <w:p>
      <w:r>
        <w:t>☐ Existing Damage</w:t>
      </w:r>
    </w:p>
    <w:p>
      <w:r>
        <w:t>☐ Plumbing Issue</w:t>
      </w:r>
    </w:p>
    <w:p>
      <w:r>
        <w:t>☐ Electrical Issue</w:t>
      </w:r>
    </w:p>
    <w:p>
      <w:r>
        <w:t>☐ Broken Fixture</w:t>
      </w:r>
    </w:p>
    <w:p>
      <w:r>
        <w:t>☐ Pest Evidence</w:t>
      </w:r>
    </w:p>
    <w:p>
      <w:r>
        <w:t>☐ Water Leak</w:t>
      </w:r>
    </w:p>
    <w:p>
      <w:r>
        <w:t>☐ Unsafe Condition</w:t>
      </w:r>
    </w:p>
    <w:p>
      <w:r>
        <w:t>☐ Access / Security Issue</w:t>
      </w:r>
    </w:p>
    <w:p>
      <w:r>
        <w:t>☐ Supply Shortage</w:t>
      </w:r>
    </w:p>
    <w:p>
      <w:r>
        <w:t>☐ Other:</w:t>
      </w:r>
    </w:p>
    <w:p>
      <w:pPr>
        <w:pStyle w:val="Heading3"/>
        <w:keepNext/>
      </w:pPr>
      <w:r>
        <w:t>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DAMAGE / INCIDENT</w:t>
      </w:r>
    </w:p>
    <w:p>
      <w:r>
        <w:t>Did an incident occur?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☐ Work stopped where appropriate</w:t>
      </w:r>
    </w:p>
    <w:p>
      <w:r>
        <w:t>☐ Supervisor notified</w:t>
      </w:r>
    </w:p>
    <w:p>
      <w:r>
        <w:t>☐ Incident documented</w:t>
      </w:r>
    </w:p>
    <w:p>
      <w:r>
        <w:t>☐ Photos taken where permitted</w:t>
      </w:r>
    </w:p>
    <w:p>
      <w:r>
        <w:t>☐ Customer / client notification initiated if required</w:t>
      </w:r>
    </w:p>
    <w:p>
      <w:r>
        <w:t>Incident Reference:</w:t>
      </w:r>
    </w:p>
    <w:p>
      <w:pPr>
        <w:pStyle w:val="Heading3"/>
        <w:keepNext/>
      </w:pPr>
      <w:r>
        <w:t>Brief Description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PHOTO DOCUMENTATION</w:t>
      </w:r>
    </w:p>
    <w:p>
      <w:r>
        <w:t>☐ Not Required</w:t>
      </w:r>
    </w:p>
    <w:p>
      <w:r>
        <w:t>☐ Before Photos</w:t>
      </w:r>
    </w:p>
    <w:p>
      <w:r>
        <w:t>☐ After Photos</w:t>
      </w:r>
    </w:p>
    <w:p>
      <w:r>
        <w:t>☐ Quality-Control Photos</w:t>
      </w:r>
    </w:p>
    <w:p>
      <w:r>
        <w:t>☐ Damage / Issue Photos</w:t>
      </w:r>
    </w:p>
    <w:p>
      <w:r>
        <w:t>☐ Customer-Requested Photos</w:t>
      </w:r>
    </w:p>
    <w:p>
      <w:r>
        <w:t>Photo Reference: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REQUESTS FOR FUTURE VISITS</w:t>
      </w:r>
    </w:p>
    <w:p>
      <w:r>
        <w:t>Did the customer request any changes or additional services?</w:t>
      </w:r>
    </w:p>
    <w:p>
      <w:r>
        <w:t>☐ No</w:t>
      </w:r>
    </w:p>
    <w:p>
      <w:r>
        <w:t>☐ Yes</w:t>
      </w:r>
    </w:p>
    <w:p>
      <w:pPr>
        <w:pStyle w:val="Heading3"/>
        <w:keepNext/>
      </w:pPr>
      <w:r>
        <w:t>Request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Office Follow-Up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SUPPLY / EQUIPMENT NOTES</w:t>
      </w:r>
    </w:p>
    <w:p>
      <w:r>
        <w:t>☐ No Issues</w:t>
      </w:r>
    </w:p>
    <w:p>
      <w:r>
        <w:t>☐ Supplies Need Restocking</w:t>
      </w:r>
    </w:p>
    <w:p>
      <w:r>
        <w:t>☐ Equipment Needs Maintenance</w:t>
      </w:r>
    </w:p>
    <w:p>
      <w:r>
        <w:t>☐ Equipment Damaged</w:t>
      </w:r>
    </w:p>
    <w:p>
      <w:r>
        <w:t>☐ Product Needed</w:t>
      </w:r>
    </w:p>
    <w:p>
      <w:r>
        <w:t>☐ Other:</w:t>
      </w:r>
    </w:p>
    <w:p>
      <w:pPr>
        <w:pStyle w:val="Heading3"/>
        <w:keepNext/>
      </w:pPr>
      <w:r>
        <w:t>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QUALITY CHECK</w:t>
      </w:r>
    </w:p>
    <w:p>
      <w:r>
        <w:t>Before leaving:</w:t>
      </w:r>
    </w:p>
    <w:p>
      <w:r>
        <w:t>☐ Assigned checklist completed</w:t>
      </w:r>
    </w:p>
    <w:p>
      <w:r>
        <w:t>☐ Customer priorities checked</w:t>
      </w:r>
    </w:p>
    <w:p>
      <w:r>
        <w:t>☐ Add-ons completed</w:t>
      </w:r>
    </w:p>
    <w:p>
      <w:r>
        <w:t>☐ Floors completed</w:t>
      </w:r>
    </w:p>
    <w:p>
      <w:r>
        <w:t>☐ Trash removed as required</w:t>
      </w:r>
    </w:p>
    <w:p>
      <w:r>
        <w:t>☐ Supplies restocked if included</w:t>
      </w:r>
    </w:p>
    <w:p>
      <w:r>
        <w:t>☐ No tools or supplies left behind</w:t>
      </w:r>
    </w:p>
    <w:p>
      <w:r>
        <w:t>☐ Customer belongings returned to proper position</w:t>
      </w:r>
    </w:p>
    <w:p>
      <w:r>
        <w:t>☐ Issues documented</w:t>
      </w:r>
    </w:p>
    <w:p>
      <w:r>
        <w:t>☐ Required photos completed</w:t>
      </w:r>
    </w:p>
    <w:p>
      <w:r>
        <w:t>☐ Lights set according to instructions</w:t>
      </w:r>
    </w:p>
    <w:p>
      <w:r>
        <w:t>☐ Doors / windows checked as required</w:t>
      </w:r>
    </w:p>
    <w:p>
      <w:r>
        <w:t>☐ Property secured</w:t>
      </w:r>
    </w:p>
    <w:p>
      <w:r>
        <w:t>☐ Alarm set if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COMPLETION</w:t>
      </w:r>
    </w:p>
    <w:p>
      <w:r>
        <w:t>Cleaner / Crew Lead:</w:t>
      </w:r>
    </w:p>
    <w:p>
      <w:r>
        <w:t>Job Result:</w:t>
      </w:r>
    </w:p>
    <w:p>
      <w:r>
        <w:t>☐ Completed to Standard</w:t>
      </w:r>
    </w:p>
    <w:p>
      <w:r>
        <w:t>☐ Completed With Notes</w:t>
      </w:r>
    </w:p>
    <w:p>
      <w:r>
        <w:t>☐ Supervisor Review Required</w:t>
      </w:r>
    </w:p>
    <w:p>
      <w:r>
        <w:t>☐ Follow-Up Required</w:t>
      </w:r>
    </w:p>
    <w:p>
      <w:r>
        <w:t>Cleaner Initials / Signature:</w:t>
      </w:r>
    </w:p>
    <w:p>
      <w:r>
        <w:t>Date / Time: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REVIEW</w:t>
      </w:r>
    </w:p>
    <w:p>
      <w:r>
        <w:t>Supervisor Review Required:</w:t>
      </w:r>
    </w:p>
    <w:p>
      <w:r>
        <w:t>☐ No</w:t>
      </w:r>
    </w:p>
    <w:p>
      <w:r>
        <w:t>☐ Yes</w:t>
      </w:r>
    </w:p>
    <w:p>
      <w:r>
        <w:t>Reviewed By:</w:t>
      </w:r>
    </w:p>
    <w:p>
      <w:r>
        <w:t>Review Result:</w:t>
      </w:r>
    </w:p>
    <w:p>
      <w:r>
        <w:t>☐ Approved</w:t>
      </w:r>
    </w:p>
    <w:p>
      <w:r>
        <w:t>☐ Follow-Up Needed</w:t>
      </w:r>
    </w:p>
    <w:p>
      <w:r>
        <w:t>☐ Reclean Required</w:t>
      </w:r>
    </w:p>
    <w:p>
      <w:r>
        <w:t>☐ Customer Contact Required</w:t>
      </w:r>
    </w:p>
    <w:p>
      <w:r>
        <w:t>☐ Incident Review Required</w:t>
      </w:r>
    </w:p>
    <w:p>
      <w:pPr>
        <w:pStyle w:val="Heading3"/>
        <w:keepNext/>
      </w:pPr>
      <w:r>
        <w:t>Supervisor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OFFICE USE</w:t>
      </w:r>
    </w:p>
    <w:p>
      <w:r>
        <w:t>Job Number:</w:t>
      </w:r>
    </w:p>
    <w:p>
      <w:r>
        <w:t>Invoice / Billing Status:</w:t>
      </w:r>
    </w:p>
    <w:p>
      <w:r>
        <w:t>☐ Not Ready</w:t>
      </w:r>
    </w:p>
    <w:p>
      <w:r>
        <w:t>☐ Ready to Invoice</w:t>
      </w:r>
    </w:p>
    <w:p>
      <w:r>
        <w:t>☐ Invoiced</w:t>
      </w:r>
    </w:p>
    <w:p>
      <w:r>
        <w:t>☐ Paid</w:t>
      </w:r>
    </w:p>
    <w:p>
      <w:r>
        <w:t>☐ Billing Review Required</w:t>
      </w:r>
    </w:p>
    <w:p>
      <w:r>
        <w:t>Follow-Up Required:</w:t>
      </w:r>
    </w:p>
    <w:p>
      <w:r>
        <w:t>☐ No</w:t>
      </w:r>
    </w:p>
    <w:p>
      <w:r>
        <w:t>☐ Yes</w:t>
      </w:r>
    </w:p>
    <w:p>
      <w:r>
        <w:t>Follow-Up Assigned To:</w:t>
      </w:r>
    </w:p>
    <w:p>
      <w:r>
        <w:t>Follow-Up 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&amp; SCOPE NOTE</w:t>
      </w:r>
    </w:p>
    <w:p>
      <w:r>
        <w:t>Cleaners should perform only services included in the assigned scope and within their training and authorization.</w:t>
      </w:r>
    </w:p>
    <w:p>
      <w:r>
        <w:t>Do not perform hazardous, specialized, or additional work merely because a customer requests it during the visit.</w:t>
      </w:r>
    </w:p>
    <w:p>
      <w:r>
        <w:t>If conditions differ materially from the job instructions, contact a supervisor before changing the service scope.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PRIVACY &amp; SECURITY NOTICE</w:t>
      </w:r>
    </w:p>
    <w:p>
      <w:r>
        <w:t>A job sheet may contain private customer information and property-access details.</w:t>
      </w:r>
    </w:p>
    <w:p>
      <w:r>
        <w:t>Protect printed and electronic job sheets from unauthorized access. Do not leave documents containing customer contact information, keys, alarm instructions, or access credentials unsecured.</w:t>
      </w:r>
    </w:p>
    <w:p>
      <w:r>
        <w:t>Consider excluding full access codes from printed job sheets when a more secure access method is available.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job sheet to match your services, checklists, field procedures, safety requirements, and quality standards.</w:t>
      </w:r>
    </w:p>
    <w:p>
      <w:r>
        <w:t>For businesses using service-specific checklists, use this sheet as the job summary and attach the appropriate detailed checklist rather than duplicating every cleaning task.</w:t>
      </w:r>
    </w:p>
    <w:p>
      <w:r>
        <w:t>Template Version: 1.0</w:t>
      </w:r>
    </w:p>
    <w:p>
      <w:r>
        <w:t>Updated: September 2026</w:t>
      </w:r>
    </w:p>
    <w:p>
      <w:r>
        <w:t>Template ID: TPL-OPS-001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