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Quality Inspection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INSPECTION DETAILS</w:t>
      </w:r>
    </w:p>
    <w:p>
      <w:r>
        <w:t>Client / Customer:</w:t>
      </w:r>
    </w:p>
    <w:p>
      <w:r>
        <w:t>Property / Facility:</w:t>
      </w:r>
    </w:p>
    <w:p>
      <w:r>
        <w:t>Service Address:</w:t>
      </w:r>
    </w:p>
    <w:p>
      <w:r>
        <w:t>Inspection Date:</w:t>
      </w:r>
    </w:p>
    <w:p>
      <w:r>
        <w:t>Inspector:</w:t>
      </w:r>
    </w:p>
    <w:p>
      <w:r>
        <w:t>Cleaner / Team:</w:t>
      </w:r>
    </w:p>
    <w:p>
      <w:r>
        <w:t>Job / Service Type:</w:t>
      </w:r>
    </w:p>
    <w:p>
      <w:r>
        <w:t>☐ Standard Cleaning</w:t>
      </w:r>
    </w:p>
    <w:p>
      <w:r>
        <w:t>☐ Deep Cleaning</w:t>
      </w:r>
    </w:p>
    <w:p>
      <w:r>
        <w:t>☐ Move-Out Cleaning</w:t>
      </w:r>
    </w:p>
    <w:p>
      <w:r>
        <w:t>☐ Vacation Rental Turnover</w:t>
      </w:r>
    </w:p>
    <w:p>
      <w:r>
        <w:t>☐ Office Cleaning</w:t>
      </w:r>
    </w:p>
    <w:p>
      <w:r>
        <w:t>☐ Janitorial Service</w:t>
      </w:r>
    </w:p>
    <w:p>
      <w:r>
        <w:t>☐ Commercial Cleaning</w:t>
      </w:r>
    </w:p>
    <w:p>
      <w:r>
        <w:t>☐ Post-Construction</w:t>
      </w:r>
    </w:p>
    <w:p>
      <w:r>
        <w:t>☐ Other:</w:t>
      </w:r>
    </w:p>
    <w:p>
      <w:r>
        <w:t>Inspection Type:</w:t>
      </w:r>
    </w:p>
    <w:p>
      <w:r>
        <w:t>☐ Routine</w:t>
      </w:r>
    </w:p>
    <w:p>
      <w:r>
        <w:t>☐ Random</w:t>
      </w:r>
    </w:p>
    <w:p>
      <w:r>
        <w:t>☐ New Cleaner</w:t>
      </w:r>
    </w:p>
    <w:p>
      <w:r>
        <w:t>☐ Customer Complaint Follow-Up</w:t>
      </w:r>
    </w:p>
    <w:p>
      <w:r>
        <w:t>☐ Reclean Verification</w:t>
      </w:r>
    </w:p>
    <w:p>
      <w:r>
        <w:t>☐ Final Inspection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SCORING METHOD</w:t>
      </w:r>
    </w:p>
    <w:p>
      <w:r>
        <w:t>Use the following rating scale:</w:t>
      </w:r>
    </w:p>
    <w:p>
      <w:r>
        <w:t>3 = Meets Standard</w:t>
      </w:r>
    </w:p>
    <w:p>
      <w:r>
        <w:t>2 = Minor Issue</w:t>
      </w:r>
    </w:p>
    <w:p>
      <w:r>
        <w:t>1 = Needs Correction</w:t>
      </w:r>
    </w:p>
    <w:p>
      <w:r>
        <w:t>0 = Unacceptable</w:t>
      </w:r>
    </w:p>
    <w:p>
      <w:r>
        <w:t>N/A = Not Applicable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KITCHEN / BREAK AREA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Inspection Item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Score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Notes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Countertops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Sink and faucet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Stovetop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Appliance exteriors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Microwave clean if included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Cabinet fronts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Trash removed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 vacuumed / swept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 mopped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No visible residue / streaking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Section Score:  /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BATHROOMS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Inspection Item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Score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Notes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Toilet clean and disinfected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Sink and faucet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Countertop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Mirror streak-free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Shower / tub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Fixtures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Trash removed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Supplies restocked if required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No visible hair / debris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Section Score:  /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BEDROOMS / PRIVATE ROOMS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Inspection Item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Score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Notes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Surfaces dusted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Furniture dusted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Mirrors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Bed made if included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Trash removed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Carpet vacuumed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Hard floors cleaned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Corners / edges complete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Section Score:  /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LIVING / COMMON AREAS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Inspection Item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Score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Notes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Surfaces dusted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Tables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Mirrors / glass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Furniture straightened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Trash removed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Carpet vacuumed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Rugs vacuumed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Hard floors cleaned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Section Score:  /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DETAIL WORK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Inspection Item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Score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Notes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Baseboards acceptable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Doors / frames acceptable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Door handles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Light switches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Window sills clean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Cobwebs removed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Ceiling fans / fixtures complete if included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High-touch surfaces complete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Section Score:  /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FLOORS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Inspection Item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Score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Notes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Carpet vacuumed evenly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Edges / corners complete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Hard floors free of debris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Hard floors mopped evenly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No visible streaks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No obvious missed areas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 edges acceptable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Section Score:  /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TRASH &amp; SUPPLIES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Inspection Item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Score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Notes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Trash removed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Liners replaced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Recycling handled correctly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Supplies restocked if included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Cleaning supplies removed / stored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Section Score:  /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 / CLIENT-SPECIFIC REQUIREMENTS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Requirement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Score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Notes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QUALITY ISSUES OBSERVED</w:t>
      </w:r>
    </w:p>
    <w:p>
      <w:r>
        <w:t>☐ None</w:t>
      </w:r>
    </w:p>
    <w:p>
      <w:r>
        <w:t>☐ Missed Task</w:t>
      </w:r>
    </w:p>
    <w:p>
      <w:r>
        <w:t>☐ Incomplete Task</w:t>
      </w:r>
    </w:p>
    <w:p>
      <w:r>
        <w:t>☐ Visible Dust</w:t>
      </w:r>
    </w:p>
    <w:p>
      <w:r>
        <w:t>☐ Streaking</w:t>
      </w:r>
    </w:p>
    <w:p>
      <w:r>
        <w:t>☐ Hair / Debris</w:t>
      </w:r>
    </w:p>
    <w:p>
      <w:r>
        <w:t>☐ Floor Issue</w:t>
      </w:r>
    </w:p>
    <w:p>
      <w:r>
        <w:t>☐ Restroom Issue</w:t>
      </w:r>
    </w:p>
    <w:p>
      <w:r>
        <w:t>☐ Trash Not Removed</w:t>
      </w:r>
    </w:p>
    <w:p>
      <w:r>
        <w:t>☐ Supply Restocking Issue</w:t>
      </w:r>
    </w:p>
    <w:p>
      <w:r>
        <w:t>☐ Customer Instruction Missed</w:t>
      </w:r>
    </w:p>
    <w:p>
      <w:r>
        <w:t>☐ Damage Concern</w:t>
      </w:r>
    </w:p>
    <w:p>
      <w:r>
        <w:t>☐ Security / Access Concern</w:t>
      </w:r>
    </w:p>
    <w:p>
      <w:r>
        <w:t>☐ Other:</w:t>
      </w:r>
    </w:p>
    <w:p>
      <w:pPr>
        <w:pStyle w:val="Heading3"/>
        <w:keepNext/>
      </w:pPr>
      <w:r>
        <w:t>Issue Details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SEVERITY</w:t>
      </w:r>
    </w:p>
    <w:p>
      <w:r>
        <w:t>Issue Severity:</w:t>
      </w:r>
    </w:p>
    <w:p>
      <w:r>
        <w:t>☐ Minor</w:t>
      </w:r>
    </w:p>
    <w:p>
      <w:r>
        <w:t>☐ Moderate</w:t>
      </w:r>
    </w:p>
    <w:p>
      <w:r>
        <w:t>☐ Major</w:t>
      </w:r>
    </w:p>
    <w:p>
      <w:r>
        <w:t>☐ Critical</w:t>
      </w:r>
    </w:p>
    <w:p>
      <w:r>
        <w:t>Customer Impact:</w:t>
      </w:r>
    </w:p>
    <w:p>
      <w:r>
        <w:t>☐ None</w:t>
      </w:r>
    </w:p>
    <w:p>
      <w:r>
        <w:t>☐ Low</w:t>
      </w:r>
    </w:p>
    <w:p>
      <w:r>
        <w:t>☐ Medium</w:t>
      </w:r>
    </w:p>
    <w:p>
      <w:r>
        <w:t>☐ High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CORRECTIVE ACTION</w:t>
      </w:r>
    </w:p>
    <w:p>
      <w:r>
        <w:t>☐ No Action Required</w:t>
      </w:r>
    </w:p>
    <w:p>
      <w:r>
        <w:t>☐ Cleaner Corrected During Visit</w:t>
      </w:r>
    </w:p>
    <w:p>
      <w:r>
        <w:t>☐ Reclean Required</w:t>
      </w:r>
    </w:p>
    <w:p>
      <w:r>
        <w:t>☐ Supervisor Follow-Up Required</w:t>
      </w:r>
    </w:p>
    <w:p>
      <w:r>
        <w:t>☐ Cleaner Coaching Required</w:t>
      </w:r>
    </w:p>
    <w:p>
      <w:r>
        <w:t>☐ Process / Checklist Update Required</w:t>
      </w:r>
    </w:p>
    <w:p>
      <w:r>
        <w:t>☐ Customer Contact Required</w:t>
      </w:r>
    </w:p>
    <w:p>
      <w:r>
        <w:t>☐ Other:</w:t>
      </w:r>
    </w:p>
    <w:p>
      <w:pPr>
        <w:pStyle w:val="Heading3"/>
        <w:keepNext/>
      </w:pPr>
      <w:r>
        <w:t>Corrective Action Details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Assigned To:</w:t>
      </w:r>
    </w:p>
    <w:p>
      <w:r>
        <w:t>Due 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PHOTO DOCUMENTATION</w:t>
      </w:r>
    </w:p>
    <w:p>
      <w:r>
        <w:t>☐ No Photos Needed</w:t>
      </w:r>
    </w:p>
    <w:p>
      <w:r>
        <w:t>☐ Before Photos Taken</w:t>
      </w:r>
    </w:p>
    <w:p>
      <w:r>
        <w:t>☐ After Photos Taken</w:t>
      </w:r>
    </w:p>
    <w:p>
      <w:r>
        <w:t>☐ Defect Photos Taken</w:t>
      </w:r>
    </w:p>
    <w:p>
      <w:r>
        <w:t>☐ Corrective Action Photos Taken</w:t>
      </w:r>
    </w:p>
    <w:p>
      <w:r>
        <w:t>Photo Reference: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INSPECTION SCORE SUMMARY</w:t>
      </w:r>
    </w:p>
    <w:p>
      <w:r>
        <w:t>Kitchen / Break Area: %</w:t>
      </w:r>
    </w:p>
    <w:p>
      <w:r>
        <w:t>Bathrooms: %</w:t>
      </w:r>
    </w:p>
    <w:p>
      <w:r>
        <w:t>Bedrooms / Private Rooms: %</w:t>
      </w:r>
    </w:p>
    <w:p>
      <w:r>
        <w:t>Living / Common Areas: %</w:t>
      </w:r>
    </w:p>
    <w:p>
      <w:r>
        <w:t>Detail Work: %</w:t>
      </w:r>
    </w:p>
    <w:p>
      <w:r>
        <w:t>Floors: %</w:t>
      </w:r>
    </w:p>
    <w:p>
      <w:r>
        <w:t>Trash / Supplies: %</w:t>
      </w:r>
    </w:p>
    <w:p>
      <w:r>
        <w:t>Customer-Specific Requirements: %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OVERALL QUALITY SCORE</w:t>
      </w:r>
    </w:p>
    <w:p>
      <w:r>
        <w:t>Overall Score: %</w:t>
      </w:r>
    </w:p>
    <w:p>
      <w:r>
        <w:t>Rating:</w:t>
      </w:r>
    </w:p>
    <w:p>
      <w:r>
        <w:t>☐ Excellent</w:t>
      </w:r>
    </w:p>
    <w:p>
      <w:r>
        <w:t>☐ Meets Standard</w:t>
      </w:r>
    </w:p>
    <w:p>
      <w:r>
        <w:t>☐ Needs Improvement</w:t>
      </w:r>
    </w:p>
    <w:p>
      <w:r>
        <w:t>☐ Unacceptable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PASS / FAIL</w:t>
      </w:r>
    </w:p>
    <w:p>
      <w:r>
        <w:t>Inspection Result:</w:t>
      </w:r>
    </w:p>
    <w:p>
      <w:r>
        <w:t>☐ Passed</w:t>
      </w:r>
    </w:p>
    <w:p>
      <w:r>
        <w:t>☐ Passed With Minor Issues</w:t>
      </w:r>
    </w:p>
    <w:p>
      <w:r>
        <w:t>☐ Corrective Action Required</w:t>
      </w:r>
    </w:p>
    <w:p>
      <w:r>
        <w:t>☐ Reclean Required</w:t>
      </w:r>
    </w:p>
    <w:p>
      <w:r>
        <w:t>☐ Failed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CLEANER FEEDBACK</w:t>
      </w:r>
    </w:p>
    <w:p>
      <w:r>
        <w:t>Positive Feedback:</w:t>
      </w:r>
    </w:p>
    <w:p>
      <w:pPr>
        <w:spacing w:after="80"/>
        <w:pBdr>
          <w:bottom w:val="single" w:sz="8" w:color="0B7285"/>
        </w:pBdr>
      </w:pPr>
    </w:p>
    <w:p>
      <w:r>
        <w:t>Improvement Needed:</w:t>
      </w:r>
    </w:p>
    <w:p>
      <w:pPr>
        <w:spacing w:after="80"/>
        <w:pBdr>
          <w:bottom w:val="single" w:sz="8" w:color="0B7285"/>
        </w:pBdr>
      </w:pPr>
    </w:p>
    <w:p>
      <w:r>
        <w:t>Training / Coaching Topic: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CLIENT FOLLOW-UP</w:t>
      </w:r>
    </w:p>
    <w:p>
      <w:r>
        <w:t>☐ Not Required</w:t>
      </w:r>
    </w:p>
    <w:p>
      <w:r>
        <w:t>☐ Client Notified</w:t>
      </w:r>
    </w:p>
    <w:p>
      <w:r>
        <w:t>☐ Client Follow-Up Scheduled</w:t>
      </w:r>
    </w:p>
    <w:p>
      <w:r>
        <w:t>☐ Complaint Resolved</w:t>
      </w:r>
    </w:p>
    <w:p>
      <w:r>
        <w:t>☐ Service Recovery Required</w:t>
      </w:r>
    </w:p>
    <w:p>
      <w:pPr>
        <w:pStyle w:val="Heading3"/>
        <w:keepNext/>
      </w:pPr>
      <w:r>
        <w:t>Client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REVIEW</w:t>
      </w:r>
    </w:p>
    <w:p>
      <w:r>
        <w:t>Inspector Name:</w:t>
      </w:r>
    </w:p>
    <w:p>
      <w:r>
        <w:t>Signature / Initials:</w:t>
      </w:r>
    </w:p>
    <w:p>
      <w:r>
        <w:t>Date:</w:t>
      </w:r>
    </w:p>
    <w:p>
      <w:r>
        <w:t>Cleaner / Team Lead Acknowledgment: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QUALITY STANDARD NOTE</w:t>
      </w:r>
    </w:p>
    <w:p>
      <w:r>
        <w:t>A quality inspection should measure performance against the cleaning company's defined service standard and the customer's agreed scope.</w:t>
      </w:r>
    </w:p>
    <w:p>
      <w:r>
        <w:t>Inspection scores should not penalize cleaners for tasks that were not included in the job.</w:t>
      </w:r>
    </w:p>
    <w:p>
      <w:r>
        <w:t>Use consistent scoring criteria across cleaners and accounts to make quality data meaningful over time.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inspection checklist for your service types, cleaning standards, client requirements, and quality-control process.</w:t>
      </w:r>
    </w:p>
    <w:p>
      <w:r>
        <w:t>The scoring scale is an example and can be adjusted to match your company's standards.</w:t>
      </w:r>
    </w:p>
    <w:p>
      <w:r>
        <w:t>Template Version: 1.0</w:t>
      </w:r>
    </w:p>
    <w:p>
      <w:r>
        <w:t>Updated: September 2026</w:t>
      </w:r>
    </w:p>
    <w:p>
      <w:r>
        <w:t>Template ID: TPL-QA-001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