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Cleaning Quality Scorecard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r>
        <w:t>The Cleaning Quality Scorecard should complement the Cleaning Quality Inspection</w:t>
      </w:r>
    </w:p>
    <w:p>
      <w:r>
        <w:t>Checklist rather than duplicate it. The inspection checklist evaluates one cleaning job; the</w:t>
      </w:r>
    </w:p>
    <w:p>
      <w:r>
        <w:t>scorecard measures quality performance over time across jobs, cleaners, teams,</w:t>
      </w:r>
    </w:p>
    <w:p>
      <w:r>
        <w:t>customers, properties, and service types.</w:t>
      </w:r>
    </w:p>
    <w:p>
      <w:r>
        <w:t>I’d make this an XLSX-first resource because the real value comes from automatically</w:t>
      </w:r>
    </w:p>
    <w:p>
      <w:r>
        <w:t>calculating scores, rates, trends, and recurring quality problems.</w:t>
      </w:r>
    </w:p>
    <w:p>
      <w:r>
        <w:t>Template ID: TPL-QA-002</w:t>
      </w:r>
    </w:p>
    <w:p>
      <w:r>
        <w:t>Version: 1.0</w:t>
      </w:r>
    </w:p>
    <w:p>
      <w:r>
        <w:t>Updated: September 2026</w:t>
      </w:r>
    </w:p>
    <w:p>
      <w:r>
        <w:t>Provided by TidyOps</w:t>
      </w:r>
    </w:p>
    <w:p>
      <w:pPr>
        <w:pStyle w:val="ListNumber"/>
      </w:pPr>
      <w:r>
        <w:t>Reporting Period</w:t>
      </w:r>
    </w:p>
    <w:p>
      <w:r>
        <w:t>Reporting Period:</w:t>
      </w:r>
    </w:p>
    <w:p>
      <w:r>
        <w:t>Start Date:</w:t>
      </w:r>
    </w:p>
    <w:p>
      <w:r>
        <w:t>End Date:</w:t>
      </w:r>
    </w:p>
    <w:p>
      <w:r>
        <w:t>Prepared By:</w:t>
      </w:r>
    </w:p>
    <w:p>
      <w:r>
        <w:t>Branch / Location:</w:t>
      </w:r>
    </w:p>
    <w:p>
      <w:r>
        <w:t>Use the scorecard for:</w:t>
      </w:r>
    </w:p>
    <w:p>
      <w:r>
        <w:t>☐ Company</w:t>
      </w:r>
    </w:p>
    <w:p>
      <w:r>
        <w:t>☐ Branch</w:t>
      </w:r>
    </w:p>
    <w:p>
      <w:r>
        <w:t>☐ Team / Crew</w:t>
      </w:r>
    </w:p>
    <w:p>
      <w:r>
        <w:t>☐ Cleaner</w:t>
      </w:r>
    </w:p>
    <w:p>
      <w:r>
        <w:t>☐ Customer</w:t>
      </w:r>
    </w:p>
    <w:p>
      <w:r>
        <w:t>☐ Property</w:t>
      </w:r>
    </w:p>
    <w:p>
      <w:r>
        <w:t>☐ Service Type</w:t>
      </w:r>
    </w:p>
    <w:p>
      <w:pPr>
        <w:pStyle w:val="ListNumber"/>
      </w:pPr>
      <w:r>
        <w:t>Quality Dashboard</w:t>
      </w:r>
    </w:p>
    <w:p>
      <w:r>
        <w:t>Jobs</w:t>
      </w:r>
    </w:p>
    <w:p>
      <w:r>
        <w:t>Jobs Completed:</w:t>
      </w:r>
    </w:p>
    <w:p>
      <w:r>
        <w:t>Jobs Inspected:</w:t>
      </w:r>
    </w:p>
    <w:p>
      <w:r>
        <w:t>Inspection Coverage: %</w:t>
      </w:r>
    </w:p>
    <w:p>
      <w:r>
        <w:t>Inspection Quality</w:t>
      </w:r>
    </w:p>
    <w:p>
      <w:r>
        <w:t>Average Inspection Score: %</w:t>
      </w:r>
    </w:p>
    <w:p>
      <w:r>
        <w:t>Inspections Passed:</w:t>
      </w:r>
    </w:p>
    <w:p>
      <w:r>
        <w:t>Inspections Failed:</w:t>
      </w:r>
    </w:p>
    <w:p>
      <w:r>
        <w:t>Inspection Pass Rate: %</w:t>
      </w:r>
    </w:p>
    <w:p>
      <w:r>
        <w:t>Service Problems</w:t>
      </w:r>
    </w:p>
    <w:p>
      <w:r>
        <w:t>Recleans:</w:t>
      </w:r>
    </w:p>
    <w:p>
      <w:r>
        <w:t>Reclean Rate: %</w:t>
      </w:r>
    </w:p>
    <w:p>
      <w:r>
        <w:t>Customer Quality Complaints:</w:t>
      </w:r>
    </w:p>
    <w:p>
      <w:r>
        <w:t>Complaint Rate: %</w:t>
      </w:r>
    </w:p>
    <w:p>
      <w:r>
        <w:t>Defects / Missed Tasks:</w:t>
      </w:r>
    </w:p>
    <w:p>
      <w:r>
        <w:t>Defect Rate: %</w:t>
      </w:r>
    </w:p>
    <w:p>
      <w:r>
        <w:t>Corrective Actions</w:t>
      </w:r>
    </w:p>
    <w:p>
      <w:r>
        <w:t>Corrective Actions Opened:</w:t>
      </w:r>
    </w:p>
    <w:p>
      <w:r>
        <w:t>Corrective Actions Closed:</w:t>
      </w:r>
    </w:p>
    <w:p>
      <w:r>
        <w:t>Closed On Time:</w:t>
      </w:r>
    </w:p>
    <w:p>
      <w:r>
        <w:t>On-Time Closure Rate: %</w:t>
      </w:r>
    </w:p>
    <w:p>
      <w:r>
        <w:t>Overall Quality Score</w:t>
      </w:r>
    </w:p>
    <w:p>
      <w:r>
        <w:t>/ 100</w:t>
      </w:r>
    </w:p>
    <w:p>
      <w:r>
        <w:t>Status</w:t>
      </w:r>
    </w:p>
    <w:p>
      <w:r>
        <w:t>☐ Excellent</w:t>
      </w:r>
    </w:p>
    <w:p>
      <w:r>
        <w:t>☐ Meets Standard</w:t>
      </w:r>
    </w:p>
    <w:p>
      <w:r>
        <w:t>☐ Watch</w:t>
      </w:r>
    </w:p>
    <w:p>
      <w:r>
        <w:t>☐ Improvement Required</w:t>
      </w:r>
    </w:p>
    <w:p>
      <w:pPr>
        <w:pStyle w:val="ListNumber"/>
      </w:pPr>
      <w:r>
        <w:t>Balanced Quality Score</w:t>
      </w:r>
    </w:p>
    <w:p>
      <w:r>
        <w:t>Instead of relying only on inspection averages, calculate a balanced score.</w:t>
      </w:r>
    </w:p>
    <w:p>
      <w:r>
        <w:t>Quality Metric</w:t>
      </w:r>
    </w:p>
    <w:p>
      <w:r>
        <w:t>Weight</w:t>
      </w:r>
    </w:p>
    <w:p>
      <w:r>
        <w:t>Result</w:t>
      </w:r>
    </w:p>
    <w:p>
      <w:r>
        <w:t>Score</w:t>
      </w:r>
    </w:p>
    <w:p>
      <w:r>
        <w:t>Weighted Score</w:t>
      </w:r>
    </w:p>
    <w:p>
      <w:r>
        <w:t>Average Inspection</w:t>
      </w:r>
    </w:p>
    <w:p>
      <w:r>
        <w:t>Score</w:t>
      </w:r>
    </w:p>
    <w:p>
      <w:r>
        <w:t>35%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Inspection Pass Rate</w:t>
      </w:r>
    </w:p>
    <w:p>
      <w:r>
        <w:t>20%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Reclean Rate</w:t>
      </w:r>
    </w:p>
    <w:p>
      <w:r>
        <w:t>15%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Complaint Rate</w:t>
      </w:r>
    </w:p>
    <w:p>
      <w:r>
        <w:t>10%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Defect Rate</w:t>
      </w:r>
    </w:p>
    <w:p>
      <w:r>
        <w:t>10%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Corrective Actions</w:t>
      </w:r>
    </w:p>
    <w:p>
      <w:r>
        <w:t>Closed On Time</w:t>
      </w:r>
    </w:p>
    <w:p>
      <w:r>
        <w:t>10%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TOTAL</w:t>
      </w:r>
    </w:p>
    <w:p>
      <w:r>
        <w:t>100%</w:t>
      </w:r>
    </w:p>
    <w:p>
      <w:pPr>
        <w:spacing w:after="80"/>
        <w:pBdr>
          <w:bottom w:val="single" w:sz="8" w:color="0B7285"/>
        </w:pBdr>
      </w:pPr>
    </w:p>
    <w:p>
      <w:r>
        <w:t>All weights should be editable in the spreadsheet.</w:t>
      </w:r>
    </w:p>
    <w:p>
      <w:pPr>
        <w:pStyle w:val="ListNumber"/>
      </w:pPr>
      <w:r>
        <w:t>Inspection Score</w:t>
      </w:r>
    </w:p>
    <w:p>
      <w:r>
        <w:t>Total Inspection Points Earned</w:t>
      </w:r>
    </w:p>
    <w:p>
      <w:r>
        <w:t>Total Possible Points</w:t>
      </w:r>
    </w:p>
    <w:p>
      <w:r>
        <w:t>Average Inspection Score</w:t>
      </w:r>
    </w:p>
    <w:p>
      <w:r>
        <w:t>Points Earned ÷ Possible Points</w:t>
      </w:r>
    </w:p>
    <w:p>
      <w:r>
        <w:t>%</w:t>
      </w:r>
    </w:p>
    <w:p>
      <w:r>
        <w:t>This is preferable to averaging inspection percentages when inspections contain different</w:t>
      </w:r>
    </w:p>
    <w:p>
      <w:r>
        <w:t>numbers of scored items.</w:t>
      </w:r>
    </w:p>
    <w:p>
      <w:pPr>
        <w:pStyle w:val="ListNumber"/>
      </w:pPr>
      <w:r>
        <w:t>Inspection Pass Rate</w:t>
      </w:r>
    </w:p>
    <w:p>
      <w:r>
        <w:t>Inspections Passed:</w:t>
      </w:r>
    </w:p>
    <w:p>
      <w:r>
        <w:t>Total Inspections:</w:t>
      </w:r>
    </w:p>
    <w:p>
      <w:r>
        <w:t>Pass Rate</w:t>
      </w:r>
    </w:p>
    <w:p>
      <w:r>
        <w:t>Passed ÷ Inspections</w:t>
      </w:r>
    </w:p>
    <w:p>
      <w:r>
        <w:t>%</w:t>
      </w:r>
    </w:p>
    <w:p>
      <w:r>
        <w:t>Target</w:t>
      </w:r>
    </w:p>
    <w:p>
      <w:r>
        <w:t>%</w:t>
      </w:r>
    </w:p>
    <w:p>
      <w:r>
        <w:t>Status</w:t>
      </w:r>
    </w:p>
    <w:p>
      <w:r>
        <w:t>☐ Meets Target</w:t>
      </w:r>
    </w:p>
    <w:p>
      <w:r>
        <w:t>☐ Near Target</w:t>
      </w:r>
    </w:p>
    <w:p>
      <w:r>
        <w:t>☐ Below Target</w:t>
      </w:r>
    </w:p>
    <w:p>
      <w:pPr>
        <w:pStyle w:val="ListNumber"/>
      </w:pPr>
      <w:r>
        <w:t>Reclean Rate</w:t>
      </w:r>
    </w:p>
    <w:p>
      <w:r>
        <w:t>Reclean Jobs:</w:t>
      </w:r>
    </w:p>
    <w:p>
      <w:r>
        <w:t>Jobs Completed:</w:t>
      </w:r>
    </w:p>
    <w:p>
      <w:r>
        <w:t>Reclean Rate</w:t>
      </w:r>
    </w:p>
    <w:p>
      <w:r>
        <w:t>Recleans ÷ Jobs Completed</w:t>
      </w:r>
    </w:p>
    <w:p>
      <w:r>
        <w:t>%</w:t>
      </w:r>
    </w:p>
    <w:p>
      <w:r>
        <w:t>Target Maximum</w:t>
      </w:r>
    </w:p>
    <w:p>
      <w:r>
        <w:t>%</w:t>
      </w:r>
    </w:p>
    <w:p>
      <w:r>
        <w:t>Because a lower reclean rate is better, the score calculation should treat this as an inverse</w:t>
      </w:r>
    </w:p>
    <w:p>
      <w:r>
        <w:t>metric.</w:t>
      </w:r>
    </w:p>
    <w:p>
      <w:pPr>
        <w:pStyle w:val="ListNumber"/>
      </w:pPr>
      <w:r>
        <w:t>Customer Complaint Rate</w:t>
      </w:r>
    </w:p>
    <w:p>
      <w:r>
        <w:t>Quality Complaints:</w:t>
      </w:r>
    </w:p>
    <w:p>
      <w:r>
        <w:t>Jobs Completed:</w:t>
      </w:r>
    </w:p>
    <w:p>
      <w:r>
        <w:t>Complaint Rate</w:t>
      </w:r>
    </w:p>
    <w:p>
      <w:r>
        <w:t>Complaints ÷ Jobs Completed</w:t>
      </w:r>
    </w:p>
    <w:p>
      <w:r>
        <w:t>%</w:t>
      </w:r>
    </w:p>
    <w:p>
      <w:r>
        <w:t>Only count complaints related to cleaning quality when using this particular metric.</w:t>
      </w:r>
    </w:p>
    <w:p>
      <w:r>
        <w:t>Keep billing, scheduling, access, communication, and other complaint categories separate</w:t>
      </w:r>
    </w:p>
    <w:p>
      <w:r>
        <w:t>where practical.</w:t>
      </w:r>
    </w:p>
    <w:p>
      <w:pPr>
        <w:pStyle w:val="ListNumber"/>
      </w:pPr>
      <w:r>
        <w:t>Defect Rate</w:t>
      </w:r>
    </w:p>
    <w:p>
      <w:r>
        <w:t>Defects / Missed Tasks Identified:</w:t>
      </w:r>
    </w:p>
    <w:p>
      <w:r>
        <w:t>Inspected Jobs:</w:t>
      </w:r>
    </w:p>
    <w:p>
      <w:r>
        <w:t>Defects Per Inspected Job</w:t>
      </w:r>
    </w:p>
    <w:p>
      <w:r>
        <w:t>The XLSX should also support:</w:t>
      </w:r>
    </w:p>
    <w:p>
      <w:r>
        <w:t>Defects per 100 inspected jobs</w:t>
      </w:r>
    </w:p>
    <w:p>
      <w:r>
        <w:t>and, where checklist-item data is available:</w:t>
      </w:r>
    </w:p>
    <w:p>
      <w:r>
        <w:t>Defects per 100 inspected checklist items</w:t>
      </w:r>
    </w:p>
    <w:p>
      <w:r>
        <w:t>This makes trends easier to compare as inspection volume changes.</w:t>
      </w:r>
    </w:p>
    <w:p>
      <w:pPr>
        <w:pStyle w:val="ListNumber"/>
      </w:pPr>
      <w:r>
        <w:t>Corrective Action Performance</w:t>
      </w:r>
    </w:p>
    <w:p>
      <w:r>
        <w:t>Actions Opened:</w:t>
      </w:r>
    </w:p>
    <w:p>
      <w:r>
        <w:t>Actions Closed:</w:t>
      </w:r>
    </w:p>
    <w:p>
      <w:r>
        <w:t>Actions Closed On Time:</w:t>
      </w:r>
    </w:p>
    <w:p>
      <w:r>
        <w:t>Actions Overdue:</w:t>
      </w:r>
    </w:p>
    <w:p>
      <w:r>
        <w:t>On-Time Closure Rate</w:t>
      </w:r>
    </w:p>
    <w:p>
      <w:r>
        <w:t>%</w:t>
      </w:r>
    </w:p>
    <w:p>
      <w:r>
        <w:t>Average Days to Close</w:t>
      </w:r>
    </w:p>
    <w:p>
      <w:r>
        <w:t>days</w:t>
      </w:r>
    </w:p>
    <w:p>
      <w:pPr>
        <w:pStyle w:val="ListNumber"/>
      </w:pPr>
      <w:r>
        <w:t>Quality by Cleaning Area</w:t>
      </w:r>
    </w:p>
    <w:p>
      <w:r>
        <w:t>Track which parts of the cleaning process generate the most problems.</w:t>
      </w:r>
    </w:p>
    <w:p>
      <w:r>
        <w:t>Cleaning Area</w:t>
      </w:r>
    </w:p>
    <w:p>
      <w:r>
        <w:t>Inspections</w:t>
      </w:r>
    </w:p>
    <w:p>
      <w:r>
        <w:t>Defects</w:t>
      </w:r>
    </w:p>
    <w:p>
      <w:r>
        <w:t>Defect Rate</w:t>
      </w:r>
    </w:p>
    <w:p>
      <w:r>
        <w:t>Avg. Score</w:t>
      </w:r>
    </w:p>
    <w:p>
      <w:r>
        <w:t>Kitchen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%</w:t>
      </w:r>
    </w:p>
    <w:p>
      <w:r>
        <w:t>%</w:t>
      </w:r>
    </w:p>
    <w:p>
      <w:r>
        <w:t>Bathrooms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%</w:t>
      </w:r>
    </w:p>
    <w:p>
      <w:r>
        <w:t>%</w:t>
      </w:r>
    </w:p>
    <w:p>
      <w:r>
        <w:t>Bedrooms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%</w:t>
      </w:r>
    </w:p>
    <w:p>
      <w:r>
        <w:t>%</w:t>
      </w:r>
    </w:p>
    <w:p>
      <w:r>
        <w:t>Living Areas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%</w:t>
      </w:r>
    </w:p>
    <w:p>
      <w:r>
        <w:t>%</w:t>
      </w:r>
    </w:p>
    <w:p>
      <w:r>
        <w:t>Dusting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%</w:t>
      </w:r>
    </w:p>
    <w:p>
      <w:r>
        <w:t>%</w:t>
      </w:r>
    </w:p>
    <w:p>
      <w:r>
        <w:t>Floors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%</w:t>
      </w:r>
    </w:p>
    <w:p>
      <w:r>
        <w:t>%</w:t>
      </w:r>
    </w:p>
    <w:p>
      <w:r>
        <w:t>Trash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%</w:t>
      </w:r>
    </w:p>
    <w:p>
      <w:r>
        <w:t>%</w:t>
      </w:r>
    </w:p>
    <w:p>
      <w:r>
        <w:t>Baseboards / Detail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%</w:t>
      </w:r>
    </w:p>
    <w:p>
      <w:r>
        <w:t>%</w:t>
      </w:r>
    </w:p>
    <w:p>
      <w:r>
        <w:t>Staging / Reset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%</w:t>
      </w:r>
    </w:p>
    <w:p>
      <w:r>
        <w:t>%</w:t>
      </w:r>
    </w:p>
    <w:p>
      <w:r>
        <w:t>Security / Closing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%</w:t>
      </w:r>
    </w:p>
    <w:p>
      <w:r>
        <w:t>%</w:t>
      </w:r>
    </w:p>
    <w:p>
      <w:pPr>
        <w:pStyle w:val="ListNumber"/>
      </w:pPr>
      <w:r>
        <w:t>Recurring Defect Analysis</w:t>
      </w:r>
    </w:p>
    <w:p>
      <w:r>
        <w:t>Track the actual problems behind the score.</w:t>
      </w:r>
    </w:p>
    <w:p>
      <w:r>
        <w:t>Defect</w:t>
      </w:r>
    </w:p>
    <w:p>
      <w:r>
        <w:t>Occurrences</w:t>
      </w:r>
    </w:p>
    <w:p>
      <w:r>
        <w:t>% of Defects</w:t>
      </w:r>
    </w:p>
    <w:p>
      <w:r>
        <w:t>Trend</w:t>
      </w:r>
    </w:p>
    <w:p>
      <w:r>
        <w:t>Action</w:t>
      </w:r>
    </w:p>
    <w:p>
      <w:r>
        <w:t>Missed dusting</w:t>
      </w:r>
    </w:p>
    <w:p>
      <w:pPr>
        <w:spacing w:after="80"/>
        <w:pBdr>
          <w:bottom w:val="single" w:sz="8" w:color="0B7285"/>
        </w:pBdr>
      </w:pPr>
    </w:p>
    <w:p>
      <w:r>
        <w:t>%</w:t>
      </w:r>
    </w:p>
    <w:p>
      <w:r>
        <w:t>↑ / → / ↓</w:t>
      </w:r>
    </w:p>
    <w:p>
      <w:pPr>
        <w:spacing w:after="80"/>
        <w:pBdr>
          <w:bottom w:val="single" w:sz="8" w:color="0B7285"/>
        </w:pBdr>
      </w:pPr>
    </w:p>
    <w:p>
      <w:r>
        <w:t>Bathroom detail</w:t>
      </w:r>
    </w:p>
    <w:p>
      <w:pPr>
        <w:spacing w:after="80"/>
        <w:pBdr>
          <w:bottom w:val="single" w:sz="8" w:color="0B7285"/>
        </w:pBdr>
      </w:pPr>
    </w:p>
    <w:p>
      <w:r>
        <w:t>%</w:t>
      </w:r>
    </w:p>
    <w:p>
      <w:r>
        <w:t>↑ / → / ↓</w:t>
      </w:r>
    </w:p>
    <w:p>
      <w:pPr>
        <w:spacing w:after="80"/>
        <w:pBdr>
          <w:bottom w:val="single" w:sz="8" w:color="0B7285"/>
        </w:pBdr>
      </w:pPr>
    </w:p>
    <w:p>
      <w:r>
        <w:t>Floor edges</w:t>
      </w:r>
    </w:p>
    <w:p>
      <w:pPr>
        <w:spacing w:after="80"/>
        <w:pBdr>
          <w:bottom w:val="single" w:sz="8" w:color="0B7285"/>
        </w:pBdr>
      </w:pPr>
    </w:p>
    <w:p>
      <w:r>
        <w:t>%</w:t>
      </w:r>
    </w:p>
    <w:p>
      <w:r>
        <w:t>↑ / → / ↓</w:t>
      </w:r>
    </w:p>
    <w:p>
      <w:pPr>
        <w:spacing w:after="80"/>
        <w:pBdr>
          <w:bottom w:val="single" w:sz="8" w:color="0B7285"/>
        </w:pBdr>
      </w:pPr>
    </w:p>
    <w:p>
      <w:r>
        <w:t>Trash missed</w:t>
      </w:r>
    </w:p>
    <w:p>
      <w:pPr>
        <w:spacing w:after="80"/>
        <w:pBdr>
          <w:bottom w:val="single" w:sz="8" w:color="0B7285"/>
        </w:pBdr>
      </w:pPr>
    </w:p>
    <w:p>
      <w:r>
        <w:t>%</w:t>
      </w:r>
    </w:p>
    <w:p>
      <w:r>
        <w:t>↑ / → / ↓</w:t>
      </w:r>
    </w:p>
    <w:p>
      <w:pPr>
        <w:spacing w:after="80"/>
        <w:pBdr>
          <w:bottom w:val="single" w:sz="8" w:color="0B7285"/>
        </w:pBdr>
      </w:pPr>
    </w:p>
    <w:p>
      <w:r>
        <w:t>Defect</w:t>
      </w:r>
    </w:p>
    <w:p>
      <w:r>
        <w:t>Occurrences</w:t>
      </w:r>
    </w:p>
    <w:p>
      <w:r>
        <w:t>% of Defects</w:t>
      </w:r>
    </w:p>
    <w:p>
      <w:r>
        <w:t>Trend</w:t>
      </w:r>
    </w:p>
    <w:p>
      <w:r>
        <w:t>Action</w:t>
      </w:r>
    </w:p>
    <w:p>
      <w:r>
        <w:t>Baseboards</w:t>
      </w:r>
    </w:p>
    <w:p>
      <w:pPr>
        <w:spacing w:after="80"/>
        <w:pBdr>
          <w:bottom w:val="single" w:sz="8" w:color="0B7285"/>
        </w:pBdr>
      </w:pPr>
    </w:p>
    <w:p>
      <w:r>
        <w:t>%</w:t>
      </w:r>
    </w:p>
    <w:p>
      <w:r>
        <w:t>↑ / → / ↓</w:t>
      </w:r>
    </w:p>
    <w:p>
      <w:pPr>
        <w:spacing w:after="80"/>
        <w:pBdr>
          <w:bottom w:val="single" w:sz="8" w:color="0B7285"/>
        </w:pBdr>
      </w:pPr>
    </w:p>
    <w:p>
      <w:r>
        <w:t>Top Recurring Defect</w:t>
      </w:r>
    </w:p>
    <w:p>
      <w:r>
        <w:t>Root Cause</w:t>
      </w:r>
    </w:p>
    <w:p>
      <w:r>
        <w:t>☐ Training</w:t>
      </w:r>
    </w:p>
    <w:p>
      <w:r>
        <w:t>☐ Checklist / SOP</w:t>
      </w:r>
    </w:p>
    <w:p>
      <w:r>
        <w:t>☐ Time Allocation</w:t>
      </w:r>
    </w:p>
    <w:p>
      <w:r>
        <w:t>☐ Equipment</w:t>
      </w:r>
    </w:p>
    <w:p>
      <w:r>
        <w:t>☐ Supplies</w:t>
      </w:r>
    </w:p>
    <w:p>
      <w:r>
        <w:t>☐ Job Scope</w:t>
      </w:r>
    </w:p>
    <w:p>
      <w:r>
        <w:t>☐ Property Condition</w:t>
      </w:r>
    </w:p>
    <w:p>
      <w:r>
        <w:t>☐ Communication</w:t>
      </w:r>
    </w:p>
    <w:p>
      <w:r>
        <w:t>☐ Staffing</w:t>
      </w:r>
    </w:p>
    <w:p>
      <w:r>
        <w:t>☐ Other</w:t>
      </w:r>
    </w:p>
    <w:p>
      <w:pPr>
        <w:pStyle w:val="ListNumber"/>
      </w:pPr>
      <w:r>
        <w:t>Quality by Cleaner</w:t>
      </w:r>
    </w:p>
    <w:p>
      <w:r>
        <w:t>Cleaner</w:t>
      </w:r>
    </w:p>
    <w:p>
      <w:r>
        <w:t>Jobs</w:t>
      </w:r>
    </w:p>
    <w:p>
      <w:r>
        <w:t>Inspections</w:t>
      </w:r>
    </w:p>
    <w:p>
      <w:r>
        <w:t>Avg. Score</w:t>
      </w:r>
    </w:p>
    <w:p>
      <w:r>
        <w:t>Pass Rate</w:t>
      </w:r>
    </w:p>
    <w:p>
      <w:r>
        <w:t>Reclean</w:t>
      </w:r>
    </w:p>
    <w:p>
      <w:r>
        <w:t>Rate</w:t>
      </w:r>
    </w:p>
    <w:p>
      <w:r>
        <w:t>Complaints</w:t>
      </w:r>
    </w:p>
    <w:p>
      <w:r>
        <w:t>Quality</w:t>
      </w:r>
    </w:p>
    <w:p>
      <w:r>
        <w:t>Score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%</w:t>
      </w:r>
    </w:p>
    <w:p>
      <w:r>
        <w:t>%</w:t>
      </w:r>
    </w:p>
    <w:p>
      <w:r>
        <w:t>%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This should help identify coaching and training opportunities rather than create a simplistic</w:t>
      </w:r>
    </w:p>
    <w:p>
      <w:r>
        <w:t>employee leaderboard.</w:t>
      </w:r>
    </w:p>
    <w:p>
      <w:pPr>
        <w:pStyle w:val="ListNumber"/>
      </w:pPr>
      <w:r>
        <w:t>Quality by Team / Crew</w:t>
      </w:r>
    </w:p>
    <w:p>
      <w:r>
        <w:t>Team</w:t>
      </w:r>
    </w:p>
    <w:p>
      <w:r>
        <w:t>Jobs</w:t>
      </w:r>
    </w:p>
    <w:p>
      <w:r>
        <w:t>Inspections</w:t>
      </w:r>
    </w:p>
    <w:p>
      <w:r>
        <w:t>Avg. Score</w:t>
      </w:r>
    </w:p>
    <w:p>
      <w:r>
        <w:t>Pass Rate</w:t>
      </w:r>
    </w:p>
    <w:p>
      <w:r>
        <w:t>Reclean</w:t>
      </w:r>
    </w:p>
    <w:p>
      <w:r>
        <w:t>Rate</w:t>
      </w:r>
    </w:p>
    <w:p>
      <w:r>
        <w:t>Complaints</w:t>
      </w:r>
    </w:p>
    <w:p>
      <w:r>
        <w:t>Quality</w:t>
      </w:r>
    </w:p>
    <w:p>
      <w:r>
        <w:t>Score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%</w:t>
      </w:r>
    </w:p>
    <w:p>
      <w:r>
        <w:t>%</w:t>
      </w:r>
    </w:p>
    <w:p>
      <w:r>
        <w:t>%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ListNumber"/>
      </w:pPr>
      <w:r>
        <w:t>Quality by Customer / Property</w:t>
      </w:r>
    </w:p>
    <w:p>
      <w:r>
        <w:t>Customer / Property</w:t>
      </w:r>
    </w:p>
    <w:p>
      <w:r>
        <w:t>Jobs</w:t>
      </w:r>
    </w:p>
    <w:p>
      <w:r>
        <w:t>Inspections</w:t>
      </w:r>
    </w:p>
    <w:p>
      <w:r>
        <w:t>Avg. Score</w:t>
      </w:r>
    </w:p>
    <w:p>
      <w:r>
        <w:t>Recleans</w:t>
      </w:r>
    </w:p>
    <w:p>
      <w:r>
        <w:t>Complaints</w:t>
      </w:r>
    </w:p>
    <w:p>
      <w:r>
        <w:t>Status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%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This is important because repeated problems at one property may indicate something</w:t>
      </w:r>
    </w:p>
    <w:p>
      <w:r>
        <w:t>other than an individual cleaner problem.</w:t>
      </w:r>
    </w:p>
    <w:p>
      <w:r>
        <w:t>For example:</w:t>
      </w:r>
    </w:p>
    <w:p>
      <w:r>
        <w:t>Unrealistic scope</w:t>
      </w:r>
    </w:p>
    <w:p>
      <w:r>
        <w:t>Insufficient scheduled labor</w:t>
      </w:r>
    </w:p>
    <w:p>
      <w:r>
        <w:t>Unusual property condition</w:t>
      </w:r>
    </w:p>
    <w:p>
      <w:r>
        <w:t>Special surface requirements</w:t>
      </w:r>
    </w:p>
    <w:p>
      <w:r>
        <w:t>Customer expectation mismatch</w:t>
      </w:r>
    </w:p>
    <w:p>
      <w:r>
        <w:t>Access delays</w:t>
      </w:r>
    </w:p>
    <w:p>
      <w:r>
        <w:t>Incomplete job instructions</w:t>
      </w:r>
    </w:p>
    <w:p>
      <w:pPr>
        <w:pStyle w:val="ListNumber"/>
      </w:pPr>
      <w:r>
        <w:t>Quality by Service Type</w:t>
      </w:r>
    </w:p>
    <w:p>
      <w:r>
        <w:t>Service</w:t>
      </w:r>
    </w:p>
    <w:p>
      <w:r>
        <w:t>Jobs</w:t>
      </w:r>
    </w:p>
    <w:p>
      <w:r>
        <w:t>Avg. Inspection</w:t>
      </w:r>
    </w:p>
    <w:p>
      <w:r>
        <w:t>Reclean Rate</w:t>
      </w:r>
    </w:p>
    <w:p>
      <w:r>
        <w:t>Complaint Rate</w:t>
      </w:r>
    </w:p>
    <w:p>
      <w:r>
        <w:t>Defect Rate</w:t>
      </w:r>
    </w:p>
    <w:p>
      <w:r>
        <w:t>Standard</w:t>
      </w:r>
    </w:p>
    <w:p>
      <w:pPr>
        <w:spacing w:after="80"/>
        <w:pBdr>
          <w:bottom w:val="single" w:sz="8" w:color="0B7285"/>
        </w:pBdr>
      </w:pPr>
    </w:p>
    <w:p>
      <w:r>
        <w:t>%</w:t>
      </w:r>
    </w:p>
    <w:p>
      <w:r>
        <w:t>%</w:t>
      </w:r>
    </w:p>
    <w:p>
      <w:r>
        <w:t>%</w:t>
      </w:r>
    </w:p>
    <w:p>
      <w:r>
        <w:t>%</w:t>
      </w:r>
    </w:p>
    <w:p>
      <w:r>
        <w:t>Deep Cleaning</w:t>
      </w:r>
    </w:p>
    <w:p>
      <w:pPr>
        <w:spacing w:after="80"/>
        <w:pBdr>
          <w:bottom w:val="single" w:sz="8" w:color="0B7285"/>
        </w:pBdr>
      </w:pPr>
    </w:p>
    <w:p>
      <w:r>
        <w:t>%</w:t>
      </w:r>
    </w:p>
    <w:p>
      <w:r>
        <w:t>%</w:t>
      </w:r>
    </w:p>
    <w:p>
      <w:r>
        <w:t>%</w:t>
      </w:r>
    </w:p>
    <w:p>
      <w:r>
        <w:t>%</w:t>
      </w:r>
    </w:p>
    <w:p>
      <w:r>
        <w:t>Move-Out</w:t>
      </w:r>
    </w:p>
    <w:p>
      <w:pPr>
        <w:spacing w:after="80"/>
        <w:pBdr>
          <w:bottom w:val="single" w:sz="8" w:color="0B7285"/>
        </w:pBdr>
      </w:pPr>
    </w:p>
    <w:p>
      <w:r>
        <w:t>%</w:t>
      </w:r>
    </w:p>
    <w:p>
      <w:r>
        <w:t>%</w:t>
      </w:r>
    </w:p>
    <w:p>
      <w:r>
        <w:t>%</w:t>
      </w:r>
    </w:p>
    <w:p>
      <w:r>
        <w:t>%</w:t>
      </w:r>
    </w:p>
    <w:p>
      <w:r>
        <w:t>Commercial</w:t>
      </w:r>
    </w:p>
    <w:p>
      <w:pPr>
        <w:spacing w:after="80"/>
        <w:pBdr>
          <w:bottom w:val="single" w:sz="8" w:color="0B7285"/>
        </w:pBdr>
      </w:pPr>
    </w:p>
    <w:p>
      <w:r>
        <w:t>%</w:t>
      </w:r>
    </w:p>
    <w:p>
      <w:r>
        <w:t>%</w:t>
      </w:r>
    </w:p>
    <w:p>
      <w:r>
        <w:t>%</w:t>
      </w:r>
    </w:p>
    <w:p>
      <w:r>
        <w:t>%</w:t>
      </w:r>
    </w:p>
    <w:p>
      <w:r>
        <w:t>Vacation Rental</w:t>
      </w:r>
    </w:p>
    <w:p>
      <w:pPr>
        <w:spacing w:after="80"/>
        <w:pBdr>
          <w:bottom w:val="single" w:sz="8" w:color="0B7285"/>
        </w:pBdr>
      </w:pPr>
    </w:p>
    <w:p>
      <w:r>
        <w:t>%</w:t>
      </w:r>
    </w:p>
    <w:p>
      <w:r>
        <w:t>%</w:t>
      </w:r>
    </w:p>
    <w:p>
      <w:r>
        <w:t>%</w:t>
      </w:r>
    </w:p>
    <w:p>
      <w:r>
        <w:t>%</w:t>
      </w:r>
    </w:p>
    <w:p>
      <w:r>
        <w:t>Post-Construction</w:t>
      </w:r>
    </w:p>
    <w:p>
      <w:pPr>
        <w:spacing w:after="80"/>
        <w:pBdr>
          <w:bottom w:val="single" w:sz="8" w:color="0B7285"/>
        </w:pBdr>
      </w:pPr>
    </w:p>
    <w:p>
      <w:r>
        <w:t>%</w:t>
      </w:r>
    </w:p>
    <w:p>
      <w:r>
        <w:t>%</w:t>
      </w:r>
    </w:p>
    <w:p>
      <w:r>
        <w:t>%</w:t>
      </w:r>
    </w:p>
    <w:p>
      <w:r>
        <w:t>%</w:t>
      </w:r>
    </w:p>
    <w:p>
      <w:r>
        <w:t>This can expose a service that needs better pricing, training, checklists, or labor</w:t>
      </w:r>
    </w:p>
    <w:p>
      <w:r>
        <w:t>assumptions.</w:t>
      </w:r>
    </w:p>
    <w:p>
      <w:pPr>
        <w:pStyle w:val="ListNumber"/>
      </w:pPr>
      <w:r>
        <w:t>Quality Trend</w:t>
      </w:r>
    </w:p>
    <w:p>
      <w:r>
        <w:t>Track monthly performance.</w:t>
      </w:r>
    </w:p>
    <w:p>
      <w:r>
        <w:t>Month</w:t>
      </w:r>
    </w:p>
    <w:p>
      <w:r>
        <w:t>Inspection Score</w:t>
      </w:r>
    </w:p>
    <w:p>
      <w:r>
        <w:t>Pass Rate</w:t>
      </w:r>
    </w:p>
    <w:p>
      <w:r>
        <w:t>Reclean Rate</w:t>
      </w:r>
    </w:p>
    <w:p>
      <w:r>
        <w:t>Complaint Rate</w:t>
      </w:r>
    </w:p>
    <w:p>
      <w:r>
        <w:t>Overall Quality</w:t>
      </w:r>
    </w:p>
    <w:p>
      <w:r>
        <w:t>Jan</w:t>
      </w:r>
    </w:p>
    <w:p>
      <w:r>
        <w:t>%</w:t>
      </w:r>
    </w:p>
    <w:p>
      <w:r>
        <w:t>%</w:t>
      </w:r>
    </w:p>
    <w:p>
      <w:r>
        <w:t>%</w:t>
      </w:r>
    </w:p>
    <w:p>
      <w:r>
        <w:t>%</w:t>
      </w:r>
    </w:p>
    <w:p>
      <w:pPr>
        <w:spacing w:after="80"/>
        <w:pBdr>
          <w:bottom w:val="single" w:sz="8" w:color="0B7285"/>
        </w:pBdr>
      </w:pPr>
    </w:p>
    <w:p>
      <w:r>
        <w:t>Feb</w:t>
      </w:r>
    </w:p>
    <w:p>
      <w:r>
        <w:t>%</w:t>
      </w:r>
    </w:p>
    <w:p>
      <w:r>
        <w:t>%</w:t>
      </w:r>
    </w:p>
    <w:p>
      <w:r>
        <w:t>%</w:t>
      </w:r>
    </w:p>
    <w:p>
      <w:r>
        <w:t>%</w:t>
      </w:r>
    </w:p>
    <w:p>
      <w:pPr>
        <w:spacing w:after="80"/>
        <w:pBdr>
          <w:bottom w:val="single" w:sz="8" w:color="0B7285"/>
        </w:pBdr>
      </w:pPr>
    </w:p>
    <w:p>
      <w:r>
        <w:t>Mar</w:t>
      </w:r>
    </w:p>
    <w:p>
      <w:r>
        <w:t>%</w:t>
      </w:r>
    </w:p>
    <w:p>
      <w:r>
        <w:t>%</w:t>
      </w:r>
    </w:p>
    <w:p>
      <w:r>
        <w:t>%</w:t>
      </w:r>
    </w:p>
    <w:p>
      <w:r>
        <w:t>%</w:t>
      </w:r>
    </w:p>
    <w:p>
      <w:pPr>
        <w:spacing w:after="80"/>
        <w:pBdr>
          <w:bottom w:val="single" w:sz="8" w:color="0B7285"/>
        </w:pBdr>
      </w:pPr>
    </w:p>
    <w:p>
      <w:r>
        <w:t>Current Trend</w:t>
      </w:r>
    </w:p>
    <w:p>
      <w:r>
        <w:t>☐ Improving</w:t>
      </w:r>
    </w:p>
    <w:p>
      <w:r>
        <w:t>☐ Stable</w:t>
      </w:r>
    </w:p>
    <w:p>
      <w:r>
        <w:t>☐ Declining</w:t>
      </w:r>
    </w:p>
    <w:p>
      <w:pPr>
        <w:pStyle w:val="ListNumber"/>
      </w:pPr>
      <w:r>
        <w:t>Quality Target Settings</w:t>
      </w:r>
    </w:p>
    <w:p>
      <w:r>
        <w:t>Suggested starting fields—not universal benchmarks:</w:t>
      </w:r>
    </w:p>
    <w:p>
      <w:r>
        <w:t>Inspection Score Target: %</w:t>
      </w:r>
    </w:p>
    <w:p>
      <w:r>
        <w:t>Inspection Pass Target: %</w:t>
      </w:r>
    </w:p>
    <w:p>
      <w:r>
        <w:t>Maximum Reclean Rate: %</w:t>
      </w:r>
    </w:p>
    <w:p>
      <w:r>
        <w:t>Maximum Complaint Rate: %</w:t>
      </w:r>
    </w:p>
    <w:p>
      <w:r>
        <w:t>Maximum Defect Rate: %</w:t>
      </w:r>
    </w:p>
    <w:p>
      <w:r>
        <w:t>Corrective Action Closure Target: %</w:t>
      </w:r>
    </w:p>
    <w:p>
      <w:r>
        <w:t>Targets should be configurable based on the company's own standards and data.</w:t>
      </w:r>
    </w:p>
    <w:p>
      <w:pPr>
        <w:pStyle w:val="ListNumber"/>
      </w:pPr>
      <w:r>
        <w:t>Status Thresholds</w:t>
      </w:r>
    </w:p>
    <w:p>
      <w:r>
        <w:t>Example configurable bands:</w:t>
      </w:r>
    </w:p>
    <w:p>
      <w:r>
        <w:t>Excellent</w:t>
      </w:r>
    </w:p>
    <w:p>
      <w:r>
        <w:t>Overall Quality Score ≥</w:t>
      </w:r>
    </w:p>
    <w:p>
      <w:r>
        <w:t>Meets Standard</w:t>
      </w:r>
    </w:p>
    <w:p>
      <w:r>
        <w:t>Overall Quality Score ≥</w:t>
      </w:r>
    </w:p>
    <w:p>
      <w:r>
        <w:t>Watch</w:t>
      </w:r>
    </w:p>
    <w:p>
      <w:r>
        <w:t>Overall Quality Score ≥</w:t>
      </w:r>
    </w:p>
    <w:p>
      <w:r>
        <w:t>Improvement Required</w:t>
      </w:r>
    </w:p>
    <w:p>
      <w:r>
        <w:t>Below</w:t>
      </w:r>
    </w:p>
    <w:p>
      <w:r>
        <w:t>Do not hard-code these thresholds into the template.</w:t>
      </w:r>
    </w:p>
    <w:p>
      <w:pPr>
        <w:pStyle w:val="ListNumber"/>
      </w:pPr>
      <w:r>
        <w:t>Inspection Log</w:t>
      </w:r>
    </w:p>
    <w:p>
      <w:r>
        <w:t>The XLSX should include the underlying inspection data.</w:t>
      </w:r>
    </w:p>
    <w:p>
      <w:r>
        <w:t>Date</w:t>
      </w:r>
    </w:p>
    <w:p>
      <w:r>
        <w:t>Job</w:t>
      </w:r>
    </w:p>
    <w:p>
      <w:r>
        <w:t>Customer</w:t>
      </w:r>
    </w:p>
    <w:p>
      <w:r>
        <w:t>Property</w:t>
      </w:r>
    </w:p>
    <w:p>
      <w:r>
        <w:t>Service</w:t>
      </w:r>
    </w:p>
    <w:p>
      <w:r>
        <w:t>Cleaner</w:t>
      </w:r>
    </w:p>
    <w:p>
      <w:r>
        <w:t>Team</w:t>
      </w:r>
    </w:p>
    <w:p>
      <w:r>
        <w:t>Points</w:t>
      </w:r>
    </w:p>
    <w:p>
      <w:r>
        <w:t>Earned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Additional fields:</w:t>
      </w:r>
    </w:p>
    <w:p>
      <w:r>
        <w:t>Reclean Required: Yes / No</w:t>
      </w:r>
    </w:p>
    <w:p>
      <w:r>
        <w:t>Complaint: Yes / No</w:t>
      </w:r>
    </w:p>
    <w:p>
      <w:r>
        <w:t>Defect Count:</w:t>
      </w:r>
    </w:p>
    <w:p>
      <w:r>
        <w:t>Primary Defect:</w:t>
      </w:r>
    </w:p>
    <w:p>
      <w:r>
        <w:t>Corrective Action: Yes / No</w:t>
      </w:r>
    </w:p>
    <w:p>
      <w:r>
        <w:t>Due Date:</w:t>
      </w:r>
    </w:p>
    <w:p>
      <w:r>
        <w:t>Closed Date:</w:t>
      </w:r>
    </w:p>
    <w:p>
      <w:r>
        <w:t>Closed On Time: Yes / No</w:t>
      </w:r>
    </w:p>
    <w:p>
      <w:r>
        <w:t>Inspector:</w:t>
      </w:r>
    </w:p>
    <w:p>
      <w:r>
        <w:t>Notes:</w:t>
      </w:r>
    </w:p>
    <w:p>
      <w:pPr>
        <w:pStyle w:val="ListNumber"/>
      </w:pPr>
      <w:r>
        <w:t>Defect Log</w:t>
      </w:r>
    </w:p>
    <w:p>
      <w:r>
        <w:t>For more detailed analysis:</w:t>
      </w:r>
    </w:p>
    <w:p>
      <w:r>
        <w:t>Date</w:t>
      </w:r>
    </w:p>
    <w:p>
      <w:r>
        <w:t>Job</w:t>
      </w:r>
    </w:p>
    <w:p>
      <w:r>
        <w:t>Area</w:t>
      </w:r>
    </w:p>
    <w:p>
      <w:r>
        <w:t>Checklist</w:t>
      </w:r>
    </w:p>
    <w:p>
      <w:r>
        <w:t>Item</w:t>
      </w:r>
    </w:p>
    <w:p>
      <w:r>
        <w:t>Defect</w:t>
      </w:r>
    </w:p>
    <w:p>
      <w:r>
        <w:t>Severity</w:t>
      </w:r>
    </w:p>
    <w:p>
      <w:r>
        <w:t>Cleaner/Team</w:t>
      </w:r>
    </w:p>
    <w:p>
      <w:r>
        <w:t>Corrected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Bathroom</w:t>
      </w:r>
    </w:p>
    <w:p>
      <w:r>
        <w:t>Shower</w:t>
      </w:r>
    </w:p>
    <w:p>
      <w:r>
        <w:t>Soap</w:t>
      </w:r>
    </w:p>
    <w:p>
      <w:r>
        <w:t>residue</w:t>
      </w:r>
    </w:p>
    <w:p>
      <w:r>
        <w:t>Minor</w:t>
      </w:r>
    </w:p>
    <w:p>
      <w:pPr>
        <w:spacing w:after="80"/>
        <w:pBdr>
          <w:bottom w:val="single" w:sz="8" w:color="0B7285"/>
        </w:pBdr>
      </w:pPr>
    </w:p>
    <w:p>
      <w:r>
        <w:t>Yes</w:t>
      </w:r>
    </w:p>
    <w:p>
      <w:r>
        <w:t>Severity</w:t>
      </w:r>
    </w:p>
    <w:p>
      <w:r>
        <w:t>☐ Minor</w:t>
      </w:r>
    </w:p>
    <w:p>
      <w:r>
        <w:t>☐ Moderate</w:t>
      </w:r>
    </w:p>
    <w:p>
      <w:r>
        <w:t>☐ Major</w:t>
      </w:r>
    </w:p>
    <w:p>
      <w:r>
        <w:t>☐ Critical</w:t>
      </w:r>
    </w:p>
    <w:p>
      <w:r>
        <w:t>The company should define severity consistently.</w:t>
      </w:r>
    </w:p>
    <w:p>
      <w:pPr>
        <w:pStyle w:val="ListNumber"/>
      </w:pPr>
      <w:r>
        <w:t>Corrective Action Log</w:t>
      </w:r>
    </w:p>
    <w:p>
      <w:r>
        <w:t>Issue</w:t>
      </w:r>
    </w:p>
    <w:p>
      <w:r>
        <w:t>Root Cause</w:t>
      </w:r>
    </w:p>
    <w:p>
      <w:r>
        <w:t>Action</w:t>
      </w:r>
    </w:p>
    <w:p>
      <w:r>
        <w:t>Owner</w:t>
      </w:r>
    </w:p>
    <w:p>
      <w:r>
        <w:t>Due</w:t>
      </w:r>
    </w:p>
    <w:p>
      <w:r>
        <w:t>Closed</w:t>
      </w:r>
    </w:p>
    <w:p>
      <w:r>
        <w:t>Result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Possible actions:</w:t>
      </w:r>
    </w:p>
    <w:p>
      <w:r>
        <w:t>☐ Cleaner Coaching</w:t>
      </w:r>
    </w:p>
    <w:p>
      <w:r>
        <w:t>☐ Retraining</w:t>
      </w:r>
    </w:p>
    <w:p>
      <w:r>
        <w:t>☐ Checklist Update</w:t>
      </w:r>
    </w:p>
    <w:p>
      <w:r>
        <w:t>☐ SOP Update</w:t>
      </w:r>
    </w:p>
    <w:p>
      <w:r>
        <w:t>☐ Labor-Time Adjustment</w:t>
      </w:r>
    </w:p>
    <w:p>
      <w:r>
        <w:t>☐ Equipment Change</w:t>
      </w:r>
    </w:p>
    <w:p>
      <w:r>
        <w:t>☐ Supply Change</w:t>
      </w:r>
    </w:p>
    <w:p>
      <w:r>
        <w:t>☐ Customer Scope Review</w:t>
      </w:r>
    </w:p>
    <w:p>
      <w:r>
        <w:t>☐ Pricing Review</w:t>
      </w:r>
    </w:p>
    <w:p>
      <w:r>
        <w:t>☐ Supervisor Follow-Up</w:t>
      </w:r>
    </w:p>
    <w:p>
      <w:r>
        <w:t>☐ Other</w:t>
      </w:r>
    </w:p>
    <w:p>
      <w:pPr>
        <w:pStyle w:val="ListNumber"/>
      </w:pPr>
      <w:r>
        <w:t>Coaching &amp; Training</w:t>
      </w:r>
    </w:p>
    <w:p>
      <w:r>
        <w:t>When a recurring quality issue appears:</w:t>
      </w:r>
    </w:p>
    <w:p>
      <w:r>
        <w:t>Cleaner / Team:</w:t>
      </w:r>
    </w:p>
    <w:p>
      <w:r>
        <w:t>Issue:</w:t>
      </w:r>
    </w:p>
    <w:p>
      <w:r>
        <w:t>Observed Pattern:</w:t>
      </w:r>
    </w:p>
    <w:p>
      <w:r>
        <w:t>Coaching Provided:</w:t>
      </w:r>
    </w:p>
    <w:p>
      <w:r>
        <w:t>Training Assigned:</w:t>
      </w:r>
    </w:p>
    <w:p>
      <w:r>
        <w:t>Trainer:</w:t>
      </w:r>
    </w:p>
    <w:p>
      <w:r>
        <w:t>Due Date:</w:t>
      </w:r>
    </w:p>
    <w:p>
      <w:r>
        <w:t>Reinspection Date:</w:t>
      </w:r>
    </w:p>
    <w:p>
      <w:r>
        <w:t>Result</w:t>
      </w:r>
    </w:p>
    <w:p>
      <w:r>
        <w:t>☐ Improved</w:t>
      </w:r>
    </w:p>
    <w:p>
      <w:r>
        <w:t>☐ Monitoring</w:t>
      </w:r>
    </w:p>
    <w:p>
      <w:r>
        <w:t>☐ Additional Training Needed</w:t>
      </w:r>
    </w:p>
    <w:p>
      <w:r>
        <w:t>☐ Process Issue Identified</w:t>
      </w:r>
    </w:p>
    <w:p>
      <w:r>
        <w:t>☐ Other</w:t>
      </w:r>
    </w:p>
    <w:p>
      <w:pPr>
        <w:pStyle w:val="ListNumber"/>
      </w:pPr>
      <w:r>
        <w:t>Customer Follow-Up</w:t>
      </w:r>
    </w:p>
    <w:p>
      <w:r>
        <w:t>For quality-related customer issues:</w:t>
      </w:r>
    </w:p>
    <w:p>
      <w:r>
        <w:t>Customer:</w:t>
      </w:r>
    </w:p>
    <w:p>
      <w:r>
        <w:t>Job:</w:t>
      </w:r>
    </w:p>
    <w:p>
      <w:r>
        <w:t>Issue:</w:t>
      </w:r>
    </w:p>
    <w:p>
      <w:r>
        <w:t>Contact Date:</w:t>
      </w:r>
    </w:p>
    <w:p>
      <w:r>
        <w:t>Resolution:</w:t>
      </w:r>
    </w:p>
    <w:p>
      <w:r>
        <w:t>Reclean Required: ☐ Yes ☐ No</w:t>
      </w:r>
    </w:p>
    <w:p>
      <w:r>
        <w:t>Follow-Up Completed: ☐ Yes ☐ No</w:t>
      </w:r>
    </w:p>
    <w:p>
      <w:r>
        <w:t>Customer Confirmed Resolution: ☐ Yes ☐ No</w:t>
      </w:r>
    </w:p>
    <w:p>
      <w:pPr>
        <w:pStyle w:val="ListNumber"/>
      </w:pPr>
      <w:r>
        <w:t>Management Action Plan</w:t>
      </w:r>
    </w:p>
    <w:p>
      <w:r>
        <w:t>Quality Problem #1</w:t>
      </w:r>
    </w:p>
    <w:p>
      <w:r>
        <w:t>Problem:</w:t>
      </w:r>
    </w:p>
    <w:p>
      <w:r>
        <w:t>Evidence:</w:t>
      </w:r>
    </w:p>
    <w:p>
      <w:r>
        <w:t>Likely Cause:</w:t>
      </w:r>
    </w:p>
    <w:p>
      <w:r>
        <w:t>Action:</w:t>
      </w:r>
    </w:p>
    <w:p>
      <w:r>
        <w:t>Owner:</w:t>
      </w:r>
    </w:p>
    <w:p>
      <w:r>
        <w:t>Due Date:</w:t>
      </w:r>
    </w:p>
    <w:p>
      <w:r>
        <w:t>Success Measure:</w:t>
      </w:r>
    </w:p>
    <w:p>
      <w:r>
        <w:t>Quality Problem #2</w:t>
      </w:r>
    </w:p>
    <w:p>
      <w:r>
        <w:t>Problem:</w:t>
      </w:r>
    </w:p>
    <w:p>
      <w:r>
        <w:t>Action:</w:t>
      </w:r>
    </w:p>
    <w:p>
      <w:r>
        <w:t>Owner:</w:t>
      </w:r>
    </w:p>
    <w:p>
      <w:r>
        <w:t>Due Date:</w:t>
      </w:r>
    </w:p>
    <w:p>
      <w:pPr>
        <w:pStyle w:val="ListNumber"/>
      </w:pPr>
      <w:r>
        <w:t>Monthly Quality Review</w:t>
      </w:r>
    </w:p>
    <w:p>
      <w:r>
        <w:t>At the end of each reporting period, ask:</w:t>
      </w:r>
    </w:p>
    <w:p>
      <w:r>
        <w:t>Did overall quality improve?</w:t>
      </w:r>
    </w:p>
    <w:p>
      <w:r>
        <w:t>What was the most common defect?</w:t>
      </w:r>
    </w:p>
    <w:p>
      <w:r>
        <w:t>Which service generated the most problems?</w:t>
      </w:r>
    </w:p>
    <w:p>
      <w:r>
        <w:t>Which properties generated recurring issues?</w:t>
      </w:r>
    </w:p>
    <w:p>
      <w:r>
        <w:t>Which training issue appeared most often?</w:t>
      </w:r>
    </w:p>
    <w:p>
      <w:r>
        <w:t>Were jobs given enough labor time?</w:t>
      </w:r>
    </w:p>
    <w:p>
      <w:r>
        <w:t>Are checklist or SOP changes needed?</w:t>
      </w:r>
    </w:p>
    <w:p>
      <w:r>
        <w:t>Were corrective actions actually effective?</w:t>
      </w:r>
    </w:p>
    <w:p>
      <w:pPr>
        <w:pStyle w:val="ListNumber"/>
      </w:pPr>
      <w:r>
        <w:t>Important Context Rule</w:t>
      </w:r>
    </w:p>
    <w:p>
      <w:r>
        <w:t>Quality data should be interpreted in context.</w:t>
      </w:r>
    </w:p>
    <w:p>
      <w:r>
        <w:t>A cleaner with three defects on 100 inspected jobs is not equivalent to a cleaner with three</w:t>
      </w:r>
    </w:p>
    <w:p>
      <w:r>
        <w:t>defects on five inspected jobs.</w:t>
      </w:r>
    </w:p>
    <w:p>
      <w:r>
        <w:t>Likewise, comparisons can be distorted by:</w:t>
      </w:r>
    </w:p>
    <w:p>
      <w:r>
        <w:t>Inspection frequency</w:t>
      </w:r>
    </w:p>
    <w:p>
      <w:r>
        <w:t>Job difficulty</w:t>
      </w:r>
    </w:p>
    <w:p>
      <w:r>
        <w:t>Service type</w:t>
      </w:r>
    </w:p>
    <w:p>
      <w:r>
        <w:t>Property condition</w:t>
      </w:r>
    </w:p>
    <w:p>
      <w:r>
        <w:t>Crew composition</w:t>
      </w:r>
    </w:p>
    <w:p>
      <w:r>
        <w:t>Training assignments</w:t>
      </w:r>
    </w:p>
    <w:p>
      <w:r>
        <w:t>Scheduled labor</w:t>
      </w:r>
    </w:p>
    <w:p>
      <w:r>
        <w:t>Customer expectations</w:t>
      </w:r>
    </w:p>
    <w:p>
      <w:r>
        <w:t>Inspection consistency</w:t>
      </w:r>
    </w:p>
    <w:p>
      <w:r>
        <w:t>The scorecard should therefore display volume alongside rates.</w:t>
      </w:r>
    </w:p>
    <w:p>
      <w:pPr>
        <w:pStyle w:val="ListNumber"/>
      </w:pPr>
      <w:r>
        <w:t>Minimum Sample Warning</w:t>
      </w:r>
    </w:p>
    <w:p>
      <w:r>
        <w:t>The XLSX should flag scorecards with insufficient data.</w:t>
      </w:r>
    </w:p>
    <w:p>
      <w:r>
        <w:t>Example:</w:t>
      </w:r>
    </w:p>
    <w:p>
      <w:r>
        <w:t>LOW SAMPLE SIZE</w:t>
      </w:r>
    </w:p>
    <w:p>
      <w:r>
        <w:t>when:</w:t>
      </w:r>
    </w:p>
    <w:p>
      <w:r>
        <w:t>Inspections &lt; [Configurable Minimum]</w:t>
      </w:r>
    </w:p>
    <w:p>
      <w:r>
        <w:t>This prevents a cleaner from being labeled "100% quality" based on one inspection—or</w:t>
      </w:r>
    </w:p>
    <w:p>
      <w:r>
        <w:t>poorly based on one difficult job.</w:t>
      </w:r>
    </w:p>
    <w:p>
      <w:pPr>
        <w:pStyle w:val="ListNumber"/>
      </w:pPr>
      <w:r>
        <w:t>Performance-Management Notice</w:t>
      </w:r>
    </w:p>
    <w:p>
      <w:r>
        <w:t>Cleaner and team quality metrics can support coaching, training, process improvement,</w:t>
      </w:r>
    </w:p>
    <w:p>
      <w:r>
        <w:t>and management review.</w:t>
      </w:r>
    </w:p>
    <w:p>
      <w:r>
        <w:t>They should not automatically determine discipline, compensation, scheduling</w:t>
      </w:r>
    </w:p>
    <w:p>
      <w:r>
        <w:t>opportunities, promotion, termination, or other employment decisions.</w:t>
      </w:r>
    </w:p>
    <w:p>
      <w:r>
        <w:t>Consider documented job expectations, job difficulty, training, applicable policies,</w:t>
      </w:r>
    </w:p>
    <w:p>
      <w:r>
        <w:t>protected activity, accommodations, and other relevant context.</w:t>
      </w:r>
    </w:p>
    <w:p>
      <w:pPr>
        <w:pStyle w:val="ListNumber"/>
      </w:pPr>
      <w:r>
        <w:t>Quality Score Interpretation</w:t>
      </w:r>
    </w:p>
    <w:p>
      <w:r>
        <w:t>The score is meant to answer:</w:t>
      </w:r>
    </w:p>
    <w:p>
      <w:r>
        <w:t>Are we consistently delivering the cleaning standard we promised?</w:t>
      </w:r>
    </w:p>
    <w:p>
      <w:r>
        <w:t>It should not become an incentive to hide defects, discourage customer complaints, avoid</w:t>
      </w:r>
    </w:p>
    <w:p>
      <w:r>
        <w:t>inspecting difficult jobs, or manipulate inspection scores.</w:t>
      </w:r>
    </w:p>
    <w:p>
      <w:r>
        <w:t>A healthy quality system should make problems easier to identify and correct.</w:t>
      </w:r>
    </w:p>
    <w:p>
      <w:pPr>
        <w:pStyle w:val="ListNumber"/>
      </w:pPr>
      <w:r>
        <w:t>Recommended XLSX Workbook</w:t>
      </w:r>
    </w:p>
    <w:p>
      <w:r>
        <w:t>I’d build the downloadable workbook with five primary tabs:</w:t>
      </w:r>
    </w:p>
    <w:p>
      <w:r>
        <w:t>Quality Dashboard — company-level KPIs, balanced quality score, targets, trends, top</w:t>
      </w:r>
    </w:p>
    <w:p>
      <w:r>
        <w:t>defects, service comparison, and management flags.</w:t>
      </w:r>
    </w:p>
    <w:p>
      <w:r>
        <w:t>Inspection Log — the underlying inspection/job dataset.</w:t>
      </w:r>
    </w:p>
    <w:p>
      <w:r>
        <w:t>Cleaner &amp; Team Scorecards — quality results by cleaner and crew, including sample-</w:t>
      </w:r>
    </w:p>
    <w:p>
      <w:r>
        <w:t>size warnings.</w:t>
      </w:r>
    </w:p>
    <w:p>
      <w:r>
        <w:t>Customer &amp; Property Scorecards — recurring quality issues by account/property and</w:t>
      </w:r>
    </w:p>
    <w:p>
      <w:r>
        <w:t>service type.</w:t>
      </w:r>
    </w:p>
    <w:p>
      <w:r>
        <w:t>Setup &amp; Targets — editable weights, quality targets, thresholds, service types, teams,</w:t>
      </w:r>
    </w:p>
    <w:p>
      <w:r>
        <w:t>defect categories, areas, and minimum sample sizes.</w:t>
      </w:r>
    </w:p>
    <w:p>
      <w:r>
        <w:t>I would also strongly consider a sixth Defects &amp; Corrective Actions tab because that</w:t>
      </w:r>
    </w:p>
    <w:p>
      <w:r>
        <w:t>makes the workbook far more operationally useful.</w:t>
      </w:r>
    </w:p>
    <w:p>
      <w:r>
        <w:t>Template Library Metadata</w:t>
      </w:r>
    </w:p>
    <w:p>
      <w:r>
        <w:t>This is also a particularly important TidyOps product feature, not merely a downloadable</w:t>
      </w:r>
    </w:p>
    <w:p>
      <w:r>
        <w:t>spreadsheet. The long-term system should connect:</w:t>
      </w:r>
    </w:p>
    <w:p>
      <w:r>
        <w:t>Job → Checklist → Inspection → Defect → Cleaner/Team → Photo → Corrective</w:t>
      </w:r>
    </w:p>
    <w:p>
      <w:r>
        <w:t>Action → Reinspection → Quality Trend</w:t>
      </w:r>
    </w:p>
    <w:p>
      <w:r>
        <w:t>That would let an owner discover things like “bathroom detail defects have increased</w:t>
      </w:r>
    </w:p>
    <w:p>
      <w:r>
        <w:t>38% over the last 60 days,” “Team B's move-out cleans are producing twice the</w:t>
      </w:r>
    </w:p>
    <w:p>
      <w:r>
        <w:t>normal reclean rate,” or “this customer's recurring quality problems started after</w:t>
      </w:r>
    </w:p>
    <w:p>
      <w:r>
        <w:t>scheduled labor was reduced.”</w:t>
      </w:r>
    </w:p>
    <w:p>
      <w:r>
        <w:t>That kind of analysis is much more valuable than simply assigning every cleaner a score</w:t>
      </w:r>
    </w:p>
    <w:p>
      <w:r>
        <w:t>out of 100.</w:t>
      </w:r>
    </w:p>
    <w:p>
      <w:r>
        <w:t>Template ID: TPL-QA-002</w:t>
      </w:r>
    </w:p>
    <w:p>
      <w:r>
        <w:t>Slug: cleaning-quality-scorecard</w:t>
      </w:r>
    </w:p>
    <w:p>
      <w:r>
        <w:t>SEO Title: Cleaning Quality Scorecard | Free Cleaning QA Template</w:t>
      </w:r>
    </w:p>
    <w:p>
      <w:r>
        <w:t>Meta Description: Download a free cleaning quality scorecard to track inspection sc</w:t>
      </w:r>
    </w:p>
    <w:p>
      <w:r>
        <w:t>Category: Inspections &amp; Quality</w:t>
      </w:r>
    </w:p>
    <w:p>
      <w:r>
        <w:t>Formats: XLSX, PDF</w:t>
      </w:r>
    </w:p>
    <w:p>
      <w:r>
        <w:t>Version: 1.0</w:t>
      </w:r>
    </w:p>
    <w:p>
      <w:r>
        <w:t>Updated: 2026-09</w:t>
      </w:r>
    </w:p>
    <w:p>
      <w:r>
        <w:t>Legal Review Flag: General management / employee-performance caution</w:t>
      </w:r>
    </w:p>
    <w:p>
      <w:r>
        <w:t>Primary CTA: Measure Cleaning Quality with TidyOps</w:t>
      </w:r>
    </w:p>
    <w:p>
      <w:r>
        <w:t>Product Route: Quality / Inspections / Team / Customers / Reporting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