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Referral Program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naturally after review requests: once a customer trusts the company enough to recommend</w:t>
      </w:r>
    </w:p>
    <w:p>
      <w:r>
        <w:t>it, the business needs a simple, repeatable way to ask for referrals, track them, and thank</w:t>
      </w:r>
    </w:p>
    <w:p>
      <w:r>
        <w:t>customers.</w:t>
      </w:r>
    </w:p>
    <w:p>
      <w:r>
        <w:t>This resource should include both referral-request copy and a simple referral-program</w:t>
      </w:r>
    </w:p>
    <w:p>
      <w:r>
        <w:t>framework, without assuming the company must offer a financial reward.</w:t>
      </w:r>
    </w:p>
    <w:p>
      <w:r>
        <w:t>Template ID: TPL-MKT-003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Simple Referral Request Email</w:t>
      </w:r>
    </w:p>
    <w:p>
      <w:r>
        <w:t>Subject: Know someone who could use a cleaner?</w:t>
      </w:r>
    </w:p>
    <w:p>
      <w:r>
        <w:t>Hi [First Name],</w:t>
      </w:r>
    </w:p>
    <w:p>
      <w:r>
        <w:t>Thank you for choosing [Company Name].</w:t>
      </w:r>
    </w:p>
    <w:p>
      <w:r>
        <w:t>If you know a friend, neighbor, family member, or colleague who could use professional</w:t>
      </w:r>
    </w:p>
    <w:p>
      <w:r>
        <w:t>cleaning, we'd appreciate you passing our information along.</w:t>
      </w:r>
    </w:p>
    <w:p>
      <w:r>
        <w:t>They can request an estimate here:</w:t>
      </w:r>
    </w:p>
    <w:p>
      <w:r>
        <w:t>[Referral / Estimate Link]</w:t>
      </w:r>
    </w:p>
    <w:p>
      <w:r>
        <w:t>Thanks for recommending us.</w:t>
      </w:r>
    </w:p>
    <w:p>
      <w:r>
        <w:t>[Sender Name]</w:t>
      </w:r>
    </w:p>
    <w:p>
      <w:r>
        <w:t>[Company Name]</w:t>
      </w:r>
    </w:p>
    <w:p>
      <w:pPr>
        <w:pStyle w:val="ListNumber"/>
      </w:pPr>
      <w:r>
        <w:t>Simple Referral Request Text</w:t>
      </w:r>
    </w:p>
    <w:p>
      <w:r>
        <w:t>Hi [First Name], thanks for choosing [Company Name]! If you know someone looking for</w:t>
      </w:r>
    </w:p>
    <w:p>
      <w:r>
        <w:t>cleaning service, we'd appreciate the referral. They can request an estimate here: [Referral</w:t>
      </w:r>
    </w:p>
    <w:p>
      <w:r>
        <w:t>Link]</w:t>
      </w:r>
    </w:p>
    <w:p>
      <w:pPr>
        <w:pStyle w:val="ListNumber"/>
      </w:pPr>
      <w:r>
        <w:t>Recurring Customer Referral Request</w:t>
      </w:r>
    </w:p>
    <w:p>
      <w:r>
        <w:t>Subject: Have a friend who needs cleaning help?</w:t>
      </w:r>
    </w:p>
    <w:p>
      <w:r>
        <w:t>Hi [First Name],</w:t>
      </w:r>
    </w:p>
    <w:p>
      <w:r>
        <w:t>We're grateful to have you as a recurring customer.</w:t>
      </w:r>
    </w:p>
    <w:p>
      <w:r>
        <w:t>If you have a friend, neighbor, or family member looking for reliable cleaning service, we'd</w:t>
      </w:r>
    </w:p>
    <w:p>
      <w:r>
        <w:t>be happy to provide them with an estimate.</w:t>
      </w:r>
    </w:p>
    <w:p>
      <w:r>
        <w:t>You can send them this link:</w:t>
      </w:r>
    </w:p>
    <w:p>
      <w:r>
        <w:t>[Referral Link]</w:t>
      </w:r>
    </w:p>
    <w:p>
      <w:r>
        <w:t>Thanks for trusting [Company Name] with your home.</w:t>
      </w:r>
    </w:p>
    <w:p>
      <w:r>
        <w:t>[Sender Name]</w:t>
      </w:r>
    </w:p>
    <w:p>
      <w:pPr>
        <w:pStyle w:val="ListNumber"/>
      </w:pPr>
      <w:r>
        <w:t>Referral Request After a Compliment</w:t>
      </w:r>
    </w:p>
    <w:p>
      <w:r>
        <w:t>When a customer independently compliments the service:</w:t>
      </w:r>
    </w:p>
    <w:p>
      <w:r>
        <w:t>Hi [First Name],</w:t>
      </w:r>
    </w:p>
    <w:p>
      <w:r>
        <w:t>Thank you for the kind words about the cleaning. I'll make sure the team hears your</w:t>
      </w:r>
    </w:p>
    <w:p>
      <w:r>
        <w:t>feedback.</w:t>
      </w:r>
    </w:p>
    <w:p>
      <w:r>
        <w:t>If you happen to know someone else who could use cleaning help, we'd be grateful if you</w:t>
      </w:r>
    </w:p>
    <w:p>
      <w:r>
        <w:t>passed our information along:</w:t>
      </w:r>
    </w:p>
    <w:p>
      <w:r>
        <w:t>[Referral Link]</w:t>
      </w:r>
    </w:p>
    <w:p>
      <w:r>
        <w:t>Thanks again!</w:t>
      </w:r>
    </w:p>
    <w:p>
      <w:r>
        <w:t>[Sender Name]</w:t>
      </w:r>
    </w:p>
    <w:p>
      <w:pPr>
        <w:pStyle w:val="ListNumber"/>
      </w:pPr>
      <w:r>
        <w:t>Neighborhood Referral</w:t>
      </w:r>
    </w:p>
    <w:p>
      <w:r>
        <w:t>Subject: Cleaning another home in your neighborhood</w:t>
      </w:r>
    </w:p>
    <w:p>
      <w:r>
        <w:t>Hi [First Name],</w:t>
      </w:r>
    </w:p>
    <w:p>
      <w:r>
        <w:t>Thank you for having [Company Name] clean your home.</w:t>
      </w:r>
    </w:p>
    <w:p>
      <w:r>
        <w:t>We're always happy to help other households in the area. If you have a neighbor who is</w:t>
      </w:r>
    </w:p>
    <w:p>
      <w:r>
        <w:t>looking for cleaning service, feel free to share our information:</w:t>
      </w:r>
    </w:p>
    <w:p>
      <w:r>
        <w:t>[Referral Link]</w:t>
      </w:r>
    </w:p>
    <w:p>
      <w:r>
        <w:t>Thank you,</w:t>
      </w:r>
    </w:p>
    <w:p>
      <w:r>
        <w:t>[Company Name]</w:t>
      </w:r>
    </w:p>
    <w:p>
      <w:pPr>
        <w:pStyle w:val="ListNumber"/>
      </w:pPr>
      <w:r>
        <w:t>Commercial Customer Referral</w:t>
      </w:r>
    </w:p>
    <w:p>
      <w:r>
        <w:t>Subject: Know another business that needs cleaning service?</w:t>
      </w:r>
    </w:p>
    <w:p>
      <w:r>
        <w:t>Hi [First Name],</w:t>
      </w:r>
    </w:p>
    <w:p>
      <w:r>
        <w:t>Thank you for working with [Company Name].</w:t>
      </w:r>
    </w:p>
    <w:p>
      <w:r>
        <w:t>If you know another business, property manager, facility manager, or organization looking</w:t>
      </w:r>
    </w:p>
    <w:p>
      <w:r>
        <w:t>for cleaning service, we'd appreciate an introduction.</w:t>
      </w:r>
    </w:p>
    <w:p>
      <w:r>
        <w:t>They can reach us at:</w:t>
      </w:r>
    </w:p>
    <w:p>
      <w:r>
        <w:t>[Contact Information]</w:t>
      </w:r>
    </w:p>
    <w:p>
      <w:r>
        <w:t>or request a walkthrough here:</w:t>
      </w:r>
    </w:p>
    <w:p>
      <w:r>
        <w:t>[Commercial Referral Link]</w:t>
      </w:r>
    </w:p>
    <w:p>
      <w:r>
        <w:t>Regards,</w:t>
      </w:r>
    </w:p>
    <w:p>
      <w:r>
        <w:t>[Sender Name]</w:t>
      </w:r>
    </w:p>
    <w:p>
      <w:r>
        <w:t>[Company Name]</w:t>
      </w:r>
    </w:p>
    <w:p>
      <w:pPr>
        <w:pStyle w:val="ListNumber"/>
      </w:pPr>
      <w:r>
        <w:t>Property Manager Referral</w:t>
      </w:r>
    </w:p>
    <w:p>
      <w:r>
        <w:t>Hi [First Name],</w:t>
      </w:r>
    </w:p>
    <w:p>
      <w:r>
        <w:t>Thanks for continuing to work with [Company Name].</w:t>
      </w:r>
    </w:p>
    <w:p>
      <w:r>
        <w:t>If you manage additional properties—or know another property manager who needs</w:t>
      </w:r>
    </w:p>
    <w:p>
      <w:r>
        <w:t>dependable cleaning support—we'd be happy to discuss their needs.</w:t>
      </w:r>
    </w:p>
    <w:p>
      <w:r>
        <w:t>[Referral / Contact Link]</w:t>
      </w:r>
    </w:p>
    <w:p>
      <w:r>
        <w:t>Thank you,</w:t>
      </w:r>
    </w:p>
    <w:p>
      <w:r>
        <w:t>[Sender Name]</w:t>
      </w:r>
    </w:p>
    <w:p>
      <w:pPr>
        <w:pStyle w:val="ListNumber"/>
      </w:pPr>
      <w:r>
        <w:t>Realtor Referral</w:t>
      </w:r>
    </w:p>
    <w:p>
      <w:r>
        <w:t>Subject: Cleaning support for your clients</w:t>
      </w:r>
    </w:p>
    <w:p>
      <w:r>
        <w:t>Hi [First Name],</w:t>
      </w:r>
    </w:p>
    <w:p>
      <w:r>
        <w:t>Thank you for working with [Company Name].</w:t>
      </w:r>
    </w:p>
    <w:p>
      <w:r>
        <w:t>If you have buyers, sellers, landlords, or other clients who need move-in, move-out, deep,</w:t>
      </w:r>
    </w:p>
    <w:p>
      <w:r>
        <w:t>or recurring cleaning, we'd be happy to help.</w:t>
      </w:r>
    </w:p>
    <w:p>
      <w:r>
        <w:t>You can introduce us directly or send them here:</w:t>
      </w:r>
    </w:p>
    <w:p>
      <w:r>
        <w:t>[Referral Link]</w:t>
      </w:r>
    </w:p>
    <w:p>
      <w:r>
        <w:t>Thanks,</w:t>
      </w:r>
    </w:p>
    <w:p>
      <w:r>
        <w:t>[Sender Name]</w:t>
      </w:r>
    </w:p>
    <w:p>
      <w:pPr>
        <w:pStyle w:val="ListNumber"/>
      </w:pPr>
      <w:r>
        <w:t>Vacation Rental Host Referral</w:t>
      </w:r>
    </w:p>
    <w:p>
      <w:r>
        <w:t>Hi [First Name],</w:t>
      </w:r>
    </w:p>
    <w:p>
      <w:r>
        <w:t>Thanks for trusting us with your property.</w:t>
      </w:r>
    </w:p>
    <w:p>
      <w:r>
        <w:t>If you know another host or property manager looking for turnover cleaning, feel free to</w:t>
      </w:r>
    </w:p>
    <w:p>
      <w:r>
        <w:t>pass along our information:</w:t>
      </w:r>
    </w:p>
    <w:p>
      <w:r>
        <w:t>[Referral Link]</w:t>
      </w:r>
    </w:p>
    <w:p>
      <w:r>
        <w:t>We'd be happy to learn about their property and see whether we're a good fit.</w:t>
      </w:r>
    </w:p>
    <w:p>
      <w:r>
        <w:t>[Company Name]</w:t>
      </w:r>
    </w:p>
    <w:p>
      <w:r>
        <w:t>Referral Program With a Reward</w:t>
      </w:r>
    </w:p>
    <w:p>
      <w:r>
        <w:t>A cleaning company may choose to offer a referral reward, but it isn't required.</w:t>
      </w:r>
    </w:p>
    <w:p>
      <w:r>
        <w:t>Possible structures include:</w:t>
      </w:r>
    </w:p>
    <w:p>
      <w:r>
        <w:t>Program</w:t>
      </w:r>
    </w:p>
    <w:p>
      <w:r>
        <w:t>Existing Customer</w:t>
      </w:r>
    </w:p>
    <w:p>
      <w:r>
        <w:t>Referred Customer</w:t>
      </w:r>
    </w:p>
    <w:p>
      <w:r>
        <w:t>No Incentive</w:t>
      </w:r>
    </w:p>
    <w:p>
      <w:r>
        <w:t>Thank-you</w:t>
      </w:r>
    </w:p>
    <w:p>
      <w:r>
        <w:t>Standard pricing</w:t>
      </w:r>
    </w:p>
    <w:p>
      <w:r>
        <w:t>Service Credit</w:t>
      </w:r>
    </w:p>
    <w:p>
      <w:r>
        <w:t>$ credit</w:t>
      </w:r>
    </w:p>
    <w:p>
      <w:r>
        <w:t>Standard pricing</w:t>
      </w:r>
    </w:p>
    <w:p>
      <w:r>
        <w:t>Two-Sided Credit</w:t>
      </w:r>
    </w:p>
    <w:p>
      <w:r>
        <w:t>$ credit</w:t>
      </w:r>
    </w:p>
    <w:p>
      <w:r>
        <w:t>$ first-service credit</w:t>
      </w:r>
    </w:p>
    <w:p>
      <w:r>
        <w:t>Fixed Reward</w:t>
      </w:r>
    </w:p>
    <w:p>
      <w:r>
        <w:t>$ after qualifying referral</w:t>
      </w:r>
    </w:p>
    <w:p>
      <w:r>
        <w:t>Standard pricing</w:t>
      </w:r>
    </w:p>
    <w:p>
      <w:r>
        <w:t>Custom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Define exactly when a referral becomes eligible.</w:t>
      </w:r>
    </w:p>
    <w:p>
      <w:pPr>
        <w:pStyle w:val="ListNumber"/>
      </w:pPr>
      <w:r>
        <w:t>Referral Reward Email</w:t>
      </w:r>
    </w:p>
    <w:p>
      <w:r>
        <w:t>Subject: Refer a friend and receive [Reward]</w:t>
      </w:r>
    </w:p>
    <w:p>
      <w:r>
        <w:t>Hi [First Name],</w:t>
      </w:r>
    </w:p>
    <w:p>
      <w:r>
        <w:t>We're grateful when customers recommend [Company Name].</w:t>
      </w:r>
    </w:p>
    <w:p>
      <w:r>
        <w:t>Our current referral program works like this:</w:t>
      </w:r>
    </w:p>
    <w:p>
      <w:r>
        <w:t>You receive: [Reward]</w:t>
      </w:r>
    </w:p>
    <w:p>
      <w:r>
        <w:t>Your referral receives: [Reward, if applicable]</w:t>
      </w:r>
    </w:p>
    <w:p>
      <w:r>
        <w:t>To qualify, the referred customer must:</w:t>
      </w:r>
    </w:p>
    <w:p>
      <w:r>
        <w:t>[Qualification Requirement]</w:t>
      </w:r>
    </w:p>
    <w:p>
      <w:r>
        <w:t>They can get started here:</w:t>
      </w:r>
    </w:p>
    <w:p>
      <w:r>
        <w:t>[Referral Link]</w:t>
      </w:r>
    </w:p>
    <w:p>
      <w:r>
        <w:t>Please ask them to enter your name when requesting service.</w:t>
      </w:r>
    </w:p>
    <w:p>
      <w:r>
        <w:t>Thank you for recommending us!</w:t>
      </w:r>
    </w:p>
    <w:p>
      <w:r>
        <w:t>[Company Name]</w:t>
      </w:r>
    </w:p>
    <w:p>
      <w:pPr>
        <w:pStyle w:val="ListNumber"/>
      </w:pPr>
      <w:r>
        <w:t>Referral Reward Text</w:t>
      </w:r>
    </w:p>
    <w:p>
      <w:r>
        <w:t>Hi [First Name], [Company Name] has a referral program. Refer a new qualifying customer</w:t>
      </w:r>
    </w:p>
    <w:p>
      <w:r>
        <w:t>and receive [Reward]. Details: [Referral Link]</w:t>
      </w:r>
    </w:p>
    <w:p>
      <w:r>
        <w:t>Referral Program Terms Template</w:t>
      </w:r>
    </w:p>
    <w:p>
      <w:r>
        <w:t>Program Name:</w:t>
      </w:r>
    </w:p>
    <w:p>
      <w:r>
        <w:t>Program Start Date:</w:t>
      </w:r>
    </w:p>
    <w:p>
      <w:r>
        <w:t>Who Can Refer:</w:t>
      </w:r>
    </w:p>
    <w:p>
      <w:r>
        <w:t>Eligible New Customer:</w:t>
      </w:r>
    </w:p>
    <w:p>
      <w:r>
        <w:t>Qualifying Service:</w:t>
      </w:r>
    </w:p>
    <w:p>
      <w:r>
        <w:t>Minimum Purchase, if any:</w:t>
      </w:r>
    </w:p>
    <w:p>
      <w:r>
        <w:t>Referral Reward:</w:t>
      </w:r>
    </w:p>
    <w:p>
      <w:r>
        <w:t>New Customer Offer:</w:t>
      </w:r>
    </w:p>
    <w:p>
      <w:r>
        <w:t>When Reward Is Earned:</w:t>
      </w:r>
    </w:p>
    <w:p>
      <w:r>
        <w:t>When Reward Is Issued:</w:t>
      </w:r>
    </w:p>
    <w:p>
      <w:r>
        <w:t>Reward Expiration:</w:t>
      </w:r>
    </w:p>
    <w:p>
      <w:r>
        <w:t>Maximum Rewards:</w:t>
      </w:r>
    </w:p>
    <w:p>
      <w:r>
        <w:t>Excluded Services / Customers:</w:t>
      </w:r>
    </w:p>
    <w:p>
      <w:r>
        <w:t>Example Qualification Rule</w:t>
      </w:r>
    </w:p>
    <w:p>
      <w:r>
        <w:t>A referral may be considered qualified after the referred customer:</w:t>
      </w:r>
    </w:p>
    <w:p>
      <w:r>
        <w:t>☐ Is a new customer</w:t>
      </w:r>
    </w:p>
    <w:p>
      <w:r>
        <w:t>☐ Identifies the referring customer</w:t>
      </w:r>
    </w:p>
    <w:p>
      <w:r>
        <w:t>☐ Books an eligible service</w:t>
      </w:r>
    </w:p>
    <w:p>
      <w:r>
        <w:t>☐ Completes the qualifying service</w:t>
      </w:r>
    </w:p>
    <w:p>
      <w:r>
        <w:t>☐ Pays the qualifying invoice</w:t>
      </w:r>
    </w:p>
    <w:p>
      <w:r>
        <w:t>Customize this to the actual program.</w:t>
      </w:r>
    </w:p>
    <w:p>
      <w:r>
        <w:t>Referral Intake Form</w:t>
      </w:r>
    </w:p>
    <w:p>
      <w:r>
        <w:t>Referred Customer:</w:t>
      </w:r>
    </w:p>
    <w:p>
      <w:r>
        <w:t>Phone:</w:t>
      </w:r>
    </w:p>
    <w:p>
      <w:r>
        <w:t>Email:</w:t>
      </w:r>
    </w:p>
    <w:p>
      <w:r>
        <w:t>Service Needed:</w:t>
      </w:r>
    </w:p>
    <w:p>
      <w:r>
        <w:t>Referred By:</w:t>
      </w:r>
    </w:p>
    <w:p>
      <w:r>
        <w:t>Referral Date:</w:t>
      </w:r>
    </w:p>
    <w:p>
      <w:r>
        <w:t>Permission to Contact Confirmed: ☐ Yes ☐ No</w:t>
      </w:r>
    </w:p>
    <w:p>
      <w:r>
        <w:t>Avoid asking existing customers to provide another person's contact information without</w:t>
      </w:r>
    </w:p>
    <w:p>
      <w:r>
        <w:t>appropriate permission.</w:t>
      </w:r>
    </w:p>
    <w:p>
      <w:r>
        <w:t>A safer option is often to give the customer a referral link they can share directly.</w:t>
      </w:r>
    </w:p>
    <w:p>
      <w:r>
        <w:t>Referral Tracking</w:t>
      </w:r>
    </w:p>
    <w:p>
      <w:r>
        <w:t>Referral</w:t>
      </w:r>
    </w:p>
    <w:p>
      <w:r>
        <w:t>Date</w:t>
      </w:r>
    </w:p>
    <w:p>
      <w:r>
        <w:t>Referred</w:t>
      </w:r>
    </w:p>
    <w:p>
      <w:r>
        <w:t>By</w:t>
      </w:r>
    </w:p>
    <w:p>
      <w:r>
        <w:t>New</w:t>
      </w:r>
    </w:p>
    <w:p>
      <w:r>
        <w:t>Customer</w:t>
      </w:r>
    </w:p>
    <w:p>
      <w:r>
        <w:t>Status</w:t>
      </w:r>
    </w:p>
    <w:p>
      <w:r>
        <w:t>Service</w:t>
      </w:r>
    </w:p>
    <w:p>
      <w:r>
        <w:t>Value</w:t>
      </w:r>
    </w:p>
    <w:p>
      <w:r>
        <w:t>Reward</w:t>
      </w:r>
    </w:p>
    <w:p>
      <w:r>
        <w:t>Due</w:t>
      </w:r>
    </w:p>
    <w:p>
      <w:r>
        <w:t>Reward</w:t>
      </w:r>
    </w:p>
    <w:p>
      <w:r>
        <w:t>Issued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$</w:t>
      </w:r>
    </w:p>
    <w:p>
      <w:r>
        <w:t>$</w:t>
      </w:r>
    </w:p>
    <w:p>
      <w:pPr>
        <w:spacing w:after="80"/>
        <w:pBdr>
          <w:bottom w:val="single" w:sz="8" w:color="0B7285"/>
        </w:pBdr>
      </w:pPr>
    </w:p>
    <w:p>
      <w:r>
        <w:t>Referral Status</w:t>
      </w:r>
    </w:p>
    <w:p>
      <w:r>
        <w:t>☐ Referred</w:t>
      </w:r>
    </w:p>
    <w:p>
      <w:r>
        <w:t>☐ Contacted</w:t>
      </w:r>
    </w:p>
    <w:p>
      <w:r>
        <w:t>☐ Estimate Sent</w:t>
      </w:r>
    </w:p>
    <w:p>
      <w:r>
        <w:t>☐ Booked</w:t>
      </w:r>
    </w:p>
    <w:p>
      <w:r>
        <w:t>☐ Service Completed</w:t>
      </w:r>
    </w:p>
    <w:p>
      <w:r>
        <w:t>☐ Qualified</w:t>
      </w:r>
    </w:p>
    <w:p>
      <w:r>
        <w:t>☐ Reward Issued</w:t>
      </w:r>
    </w:p>
    <w:p>
      <w:r>
        <w:t>☐ Did Not Convert</w:t>
      </w:r>
    </w:p>
    <w:p>
      <w:r>
        <w:t>Referral Metrics</w:t>
      </w:r>
    </w:p>
    <w:p>
      <w:r>
        <w:t>Track:</w:t>
      </w:r>
    </w:p>
    <w:p>
      <w:r>
        <w:t>Referrals Received:</w:t>
      </w:r>
    </w:p>
    <w:p>
      <w:r>
        <w:t>Referral Leads Converted:</w:t>
      </w:r>
    </w:p>
    <w:p>
      <w:r>
        <w:t>Referral Conversion Rate: %</w:t>
      </w:r>
    </w:p>
    <w:p>
      <w:r>
        <w:t>Revenue From Referrals: $</w:t>
      </w:r>
    </w:p>
    <w:p>
      <w:r>
        <w:t>Rewards Issued: $</w:t>
      </w:r>
    </w:p>
    <w:p>
      <w:r>
        <w:t>Net Referral Revenue: $</w:t>
      </w:r>
    </w:p>
    <w:p>
      <w:r>
        <w:t>Average Referral Customer Value: $</w:t>
      </w:r>
    </w:p>
    <w:p>
      <w:r>
        <w:t>Referral Source Attribution</w:t>
      </w:r>
    </w:p>
    <w:p>
      <w:r>
        <w:t>Don't simply label these customers "Referral."</w:t>
      </w:r>
    </w:p>
    <w:p>
      <w:r>
        <w:t>Record who actually referred them.</w:t>
      </w:r>
    </w:p>
    <w:p>
      <w:r>
        <w:t>This lets the company identify:</w:t>
      </w:r>
    </w:p>
    <w:p>
      <w:r>
        <w:t>Customers who regularly recommend the business</w:t>
      </w:r>
    </w:p>
    <w:p>
      <w:r>
        <w:t>Realtors generating leads</w:t>
      </w:r>
    </w:p>
    <w:p>
      <w:r>
        <w:t>Property-management partners</w:t>
      </w:r>
    </w:p>
    <w:p>
      <w:r>
        <w:t>Employees generating referrals</w:t>
      </w:r>
    </w:p>
    <w:p>
      <w:r>
        <w:t>Commercial customers making introductions</w:t>
      </w:r>
    </w:p>
    <w:p>
      <w:r>
        <w:t>Other referral partners</w:t>
      </w:r>
    </w:p>
    <w:p>
      <w:r>
        <w:t>Thank-You After a Referral</w:t>
      </w:r>
    </w:p>
    <w:p>
      <w:r>
        <w:t>Subject: Thank you for the referral</w:t>
      </w:r>
    </w:p>
    <w:p>
      <w:r>
        <w:t>Hi [First Name],</w:t>
      </w:r>
    </w:p>
    <w:p>
      <w:r>
        <w:t>Thank you for recommending [Company Name] to [Referred Customer / someone you</w:t>
      </w:r>
    </w:p>
    <w:p>
      <w:r>
        <w:t>know].</w:t>
      </w:r>
    </w:p>
    <w:p>
      <w:r>
        <w:t>We really appreciate you trusting us enough to recommend our team.</w:t>
      </w:r>
    </w:p>
    <w:p>
      <w:r>
        <w:t>Thanks again,</w:t>
      </w:r>
    </w:p>
    <w:p>
      <w:r>
        <w:t>[Sender Name]</w:t>
      </w:r>
    </w:p>
    <w:p>
      <w:r>
        <w:t>Thank-You Text</w:t>
      </w:r>
    </w:p>
    <w:p>
      <w:r>
        <w:t>Hi [First Name], thank you for referring someone to [Company Name]. We really appreciate</w:t>
      </w:r>
    </w:p>
    <w:p>
      <w:r>
        <w:t>the recommendation!</w:t>
      </w:r>
    </w:p>
    <w:p>
      <w:r>
        <w:t>Referral Reward Earned</w:t>
      </w:r>
    </w:p>
    <w:p>
      <w:r>
        <w:t>Subject: Your referral reward is ready</w:t>
      </w:r>
    </w:p>
    <w:p>
      <w:r>
        <w:t>Hi [First Name],</w:t>
      </w:r>
    </w:p>
    <w:p>
      <w:r>
        <w:t>Thank you for referring [Referred Customer] to [Company Name].</w:t>
      </w:r>
    </w:p>
    <w:p>
      <w:r>
        <w:t>Your referral has now qualified for:</w:t>
      </w:r>
    </w:p>
    <w:p>
      <w:r>
        <w:t>[Reward]</w:t>
      </w:r>
    </w:p>
    <w:p>
      <w:r>
        <w:t>[Instructions for using or receiving reward]</w:t>
      </w:r>
    </w:p>
    <w:p>
      <w:r>
        <w:t>Thanks again for recommending us.</w:t>
      </w:r>
    </w:p>
    <w:p>
      <w:r>
        <w:t>[Company Name]</w:t>
      </w:r>
    </w:p>
    <w:p>
      <w:r>
        <w:t>Referral Didn't Qualify</w:t>
      </w:r>
    </w:p>
    <w:p>
      <w:r>
        <w:t>Hi [First Name],</w:t>
      </w:r>
    </w:p>
    <w:p>
      <w:r>
        <w:t>Thank you again for referring [Name].</w:t>
      </w:r>
    </w:p>
    <w:p>
      <w:r>
        <w:t>Under our referral-program terms, a referral qualifies after [Requirement].</w:t>
      </w:r>
    </w:p>
    <w:p>
      <w:r>
        <w:t>This referral has not yet met that requirement, so no reward has been issued at this time.</w:t>
      </w:r>
    </w:p>
    <w:p>
      <w:r>
        <w:t>If you have questions about the program, please contact us at [Contact Information].</w:t>
      </w:r>
    </w:p>
    <w:p>
      <w:r>
        <w:t>Thank you,</w:t>
      </w:r>
    </w:p>
    <w:p>
      <w:r>
        <w:t>[Company Name]</w:t>
      </w:r>
    </w:p>
    <w:p>
      <w:r>
        <w:t>Referral Card</w:t>
      </w:r>
    </w:p>
    <w:p>
      <w:r>
        <w:t>LOVE YOUR CLEANING?</w:t>
      </w:r>
    </w:p>
    <w:p>
      <w:r>
        <w:t>Know someone who could use a little help around the house?</w:t>
      </w:r>
    </w:p>
    <w:p>
      <w:r>
        <w:t>Refer them to [Company Name].</w:t>
      </w:r>
    </w:p>
    <w:p>
      <w:r>
        <w:t>[Referral Benefit, if applicable]</w:t>
      </w:r>
    </w:p>
    <w:p>
      <w:r>
        <w:t>Scan to refer:</w:t>
      </w:r>
    </w:p>
    <w:p>
      <w:r>
        <w:t>[QR CODE]</w:t>
      </w:r>
    </w:p>
    <w:p>
      <w:r>
        <w:t>[Referral URL]</w:t>
      </w:r>
    </w:p>
    <w:p>
      <w:r>
        <w:t>Leave-Behind Referral Card</w:t>
      </w:r>
    </w:p>
    <w:p>
      <w:r>
        <w:t>SHARE A CLEANER YOU TRUST</w:t>
      </w:r>
    </w:p>
    <w:p>
      <w:r>
        <w:t>If a friend, neighbor, or family member needs cleaning service, we'd love an introduction.</w:t>
      </w:r>
    </w:p>
    <w:p>
      <w:r>
        <w:t>[Company Name]</w:t>
      </w:r>
    </w:p>
    <w:p>
      <w:r>
        <w:t>[Phone]</w:t>
      </w:r>
    </w:p>
    <w:p>
      <w:r>
        <w:t>[Website]</w:t>
      </w:r>
    </w:p>
    <w:p>
      <w:r>
        <w:t>Scan for a free estimate</w:t>
      </w:r>
    </w:p>
    <w:p>
      <w:r>
        <w:t>[QR CODE]</w:t>
      </w:r>
    </w:p>
    <w:p>
      <w:r>
        <w:t>Referral Link Landing Page Copy</w:t>
      </w:r>
    </w:p>
    <w:p>
      <w:r>
        <w:t>Referred by a friend?</w:t>
      </w:r>
    </w:p>
    <w:p>
      <w:r>
        <w:t>Welcome to [Company Name].</w:t>
      </w:r>
    </w:p>
    <w:p>
      <w:r>
        <w:t>Tell us what you need cleaned and we'll help you determine the right service.</w:t>
      </w:r>
    </w:p>
    <w:p>
      <w:r>
        <w:t>Referred By:</w:t>
      </w:r>
    </w:p>
    <w:p>
      <w:r>
        <w:t>Your Name:</w:t>
      </w:r>
    </w:p>
    <w:p>
      <w:r>
        <w:t>Service Needed:</w:t>
      </w:r>
    </w:p>
    <w:p>
      <w:r>
        <w:t>Property ZIP Code:</w:t>
      </w:r>
    </w:p>
    <w:p>
      <w:r>
        <w:t>Preferred Contact Method:</w:t>
      </w:r>
    </w:p>
    <w:p>
      <w:r>
        <w:t>[REQUEST AN ESTIMATE]</w:t>
      </w:r>
    </w:p>
    <w:p>
      <w:r>
        <w:t>Partner Referral Tracking</w:t>
      </w:r>
    </w:p>
    <w:p>
      <w:r>
        <w:t>For Realtors, property managers, contractors, organizers, and other business partners:</w:t>
      </w:r>
    </w:p>
    <w:p>
      <w:r>
        <w:t>Partner</w:t>
      </w:r>
    </w:p>
    <w:p>
      <w:r>
        <w:t>Type</w:t>
      </w:r>
    </w:p>
    <w:p>
      <w:r>
        <w:t>Referrals</w:t>
      </w:r>
    </w:p>
    <w:p>
      <w:r>
        <w:t>Won</w:t>
      </w:r>
    </w:p>
    <w:p>
      <w:r>
        <w:t>Customers</w:t>
      </w:r>
    </w:p>
    <w:p>
      <w:r>
        <w:t>Revenue</w:t>
      </w:r>
    </w:p>
    <w:p>
      <w:r>
        <w:t>Conversion</w:t>
      </w:r>
    </w:p>
    <w:p>
      <w:pPr>
        <w:spacing w:after="80"/>
        <w:pBdr>
          <w:bottom w:val="single" w:sz="8" w:color="0B7285"/>
        </w:pBdr>
      </w:pPr>
    </w:p>
    <w:p>
      <w:r>
        <w:t>Realtor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$</w:t>
      </w:r>
    </w:p>
    <w:p>
      <w:r>
        <w:t>%</w:t>
      </w:r>
    </w:p>
    <w:p>
      <w:pPr>
        <w:spacing w:after="80"/>
        <w:pBdr>
          <w:bottom w:val="single" w:sz="8" w:color="0B7285"/>
        </w:pBdr>
      </w:pPr>
    </w:p>
    <w:p>
      <w:r>
        <w:t>Property</w:t>
      </w:r>
    </w:p>
    <w:p>
      <w:r>
        <w:t>Manager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r>
        <w:t>$</w:t>
      </w:r>
    </w:p>
    <w:p>
      <w:r>
        <w:t>%</w:t>
      </w:r>
    </w:p>
    <w:p>
      <w:r>
        <w:t>This can reveal which professional relationships are actually producing business.</w:t>
      </w:r>
    </w:p>
    <w:p>
      <w:r>
        <w:t>Employee Referral Tracking</w:t>
      </w:r>
    </w:p>
    <w:p>
      <w:r>
        <w:t>If employees are allowed to refer prospective customers:</w:t>
      </w:r>
    </w:p>
    <w:p>
      <w:r>
        <w:t>Employee:</w:t>
      </w:r>
    </w:p>
    <w:p>
      <w:r>
        <w:t>Referral:</w:t>
      </w:r>
    </w:p>
    <w:p>
      <w:r>
        <w:t>Qualified: ☐ Yes ☐ No</w:t>
      </w:r>
    </w:p>
    <w:p>
      <w:r>
        <w:t>Reward, if applicable:</w:t>
      </w:r>
    </w:p>
    <w:p>
      <w:r>
        <w:t>Employee referral incentives may have payroll or tax implications depending on the</w:t>
      </w:r>
    </w:p>
    <w:p>
      <w:r>
        <w:t>arrangement and jurisdiction.</w:t>
      </w:r>
    </w:p>
    <w:p>
      <w:r>
        <w:t>Recommended Referral Workflow</w:t>
      </w:r>
    </w:p>
    <w:p>
      <w:r>
        <w:t>Successful service</w:t>
      </w:r>
    </w:p>
    <w:p>
      <w:r>
        <w:t>→ Customer relationship established</w:t>
      </w:r>
    </w:p>
    <w:p>
      <w:r>
        <w:t>→ Referral request</w:t>
      </w:r>
    </w:p>
    <w:p>
      <w:r>
        <w:t>→ Customer shares referral link</w:t>
      </w:r>
    </w:p>
    <w:p>
      <w:r>
        <w:t>→ New lead created</w:t>
      </w:r>
    </w:p>
    <w:p>
      <w:r>
        <w:t>→ Referrer automatically attributed</w:t>
      </w:r>
    </w:p>
    <w:p>
      <w:r>
        <w:t>→ Estimate / sales process</w:t>
      </w:r>
    </w:p>
    <w:p>
      <w:r>
        <w:t>→ Qualifying event completed</w:t>
      </w:r>
    </w:p>
    <w:p>
      <w:r>
        <w:t>→ Reward issued, if applicable</w:t>
      </w:r>
    </w:p>
    <w:p>
      <w:r>
        <w:t>→ Thank-you sent</w:t>
      </w:r>
    </w:p>
    <w:p>
      <w:r>
        <w:t>Program Controls</w:t>
      </w:r>
    </w:p>
    <w:p>
      <w:r>
        <w:t>Before launching a referral program, define:</w:t>
      </w:r>
    </w:p>
    <w:p>
      <w:r>
        <w:t>What counts as a new customer?</w:t>
      </w:r>
    </w:p>
    <w:p>
      <w:r>
        <w:t>Can two people claim the same referral?</w:t>
      </w:r>
    </w:p>
    <w:p>
      <w:r>
        <w:t>When is attribution locked?</w:t>
      </w:r>
    </w:p>
    <w:p>
      <w:r>
        <w:t>When does a reward become earned?</w:t>
      </w:r>
    </w:p>
    <w:p>
      <w:r>
        <w:t>Can rewards be combined?</w:t>
      </w:r>
    </w:p>
    <w:p>
      <w:r>
        <w:t>Do credits expire?</w:t>
      </w:r>
    </w:p>
    <w:p>
      <w:r>
        <w:t>What happens after a cancellation or refund?</w:t>
      </w:r>
    </w:p>
    <w:p>
      <w:r>
        <w:t>Clear rules prevent awkward customer disputes later.</w:t>
      </w:r>
    </w:p>
    <w:p>
      <w:r>
        <w:t>Privacy Notice</w:t>
      </w:r>
    </w:p>
    <w:p>
      <w:r>
        <w:t>The cleanest referral workflow is generally to give existing customers a link they can share</w:t>
      </w:r>
    </w:p>
    <w:p>
      <w:r>
        <w:t>themselves.</w:t>
      </w:r>
    </w:p>
    <w:p>
      <w:r>
        <w:t>Avoid encouraging customers to submit another person's phone number or email address</w:t>
      </w:r>
    </w:p>
    <w:p>
      <w:r>
        <w:t>unless that person has agreed to be contacted.</w:t>
      </w:r>
    </w:p>
    <w:p>
      <w:r>
        <w:t>Referral Program Notice</w:t>
      </w:r>
    </w:p>
    <w:p>
      <w:r>
        <w:t>Referral incentives, discounts, credits, cash-equivalent rewards, employee incentives,</w:t>
      </w:r>
    </w:p>
    <w:p>
      <w:r>
        <w:t>partner compensation, and promotional claims can be subject to tax, payroll, advertising,</w:t>
      </w:r>
    </w:p>
    <w:p>
      <w:r>
        <w:t>privacy, consumer-protection, licensing, and other requirements.</w:t>
      </w:r>
    </w:p>
    <w:p>
      <w:r>
        <w:t>Do not imply that someone is an independent customer when they are receiving</w:t>
      </w:r>
    </w:p>
    <w:p>
      <w:r>
        <w:t>compensation for endorsements or referrals where disclosure is required.</w:t>
      </w:r>
    </w:p>
    <w:p>
      <w:r>
        <w:t>Have program terms reviewed where appropriate.</w:t>
      </w:r>
    </w:p>
    <w:p>
      <w:r>
        <w:t>Template Version: 1.0</w:t>
      </w:r>
    </w:p>
    <w:p>
      <w:r>
        <w:t>Updated: September 2026</w:t>
      </w:r>
    </w:p>
    <w:p>
      <w:r>
        <w:t>Template ID: TPL-MKT-003</w:t>
      </w:r>
    </w:p>
    <w:p>
      <w:r>
        <w:t>Provided by TidyOps</w:t>
      </w:r>
    </w:p>
    <w:p>
      <w:r>
        <w:t>For the landing page metadata:</w:t>
      </w:r>
    </w:p>
    <w:p>
      <w:r>
        <w:t>Template ID: TPL-MKT-003</w:t>
      </w:r>
    </w:p>
    <w:p>
      <w:r>
        <w:t>Slug: cleaning-referral-program-template</w:t>
      </w:r>
    </w:p>
    <w:p>
      <w:r>
        <w:t>SEO Title: Cleaning Referral Program Template | Free Examples</w:t>
      </w:r>
    </w:p>
    <w:p>
      <w:r>
        <w:t>Meta Description: Build a cleaning referral program with free email, text, referral</w:t>
      </w:r>
    </w:p>
    <w:p>
      <w:r>
        <w:t>Category: Sales &amp; Marketing</w:t>
      </w:r>
    </w:p>
    <w:p>
      <w:r>
        <w:t>Formats: DOCX, PDF, Copyable Web Templates</w:t>
      </w:r>
    </w:p>
    <w:p>
      <w:r>
        <w:t>Version: 1.0</w:t>
      </w:r>
    </w:p>
    <w:p>
      <w:r>
        <w:t>Updated: 2026-09</w:t>
      </w:r>
    </w:p>
    <w:p>
      <w:r>
        <w:t>Legal Review Flag: Referral incentives / advertising / privacy / tax review</w:t>
      </w:r>
    </w:p>
    <w:p>
      <w:r>
        <w:t>There’s a strong product opportunity behind this one too: TidyOps should eventually</w:t>
      </w:r>
    </w:p>
    <w:p>
      <w:r>
        <w:t>generate a unique referral link or code for each customer, attribute the new lead</w:t>
      </w:r>
    </w:p>
    <w:p>
      <w:r>
        <w:t>automatically, watch for the qualifying event, issue the configured credit, and report</w:t>
      </w:r>
    </w:p>
    <w:p>
      <w:r>
        <w:t>referral revenue by customer or partner. That turns word-of-mouth from something</w:t>
      </w:r>
    </w:p>
    <w:p>
      <w:r>
        <w:t>owners know is happening into a measurable acquisition channel.</w:t>
      </w:r>
    </w:p>
    <w:p>
      <w:r>
        <w:t>Primary CTA: Track Cleaning Referrals with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