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Review Request Email And Text Templates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CLEANING REVIEW REQUEST TEMPLATES</w:t>
      </w:r>
    </w:p>
    <w:p>
      <w:r>
        <w:t>Template ID: TPL-MKT-002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r>
        <w:t>Use these email and text templates to request reviews and feedback from cleaning customers after service.</w:t>
      </w:r>
    </w:p>
    <w:p>
      <w:r>
        <w:t>Replace all bracketed fields before sending.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1. SIMPLE REVIEW REQUEST EMAIL</w:t>
      </w:r>
    </w:p>
    <w:p>
      <w:pPr>
        <w:pStyle w:val="Heading2"/>
        <w:keepNext/>
      </w:pPr>
      <w:r>
        <w:t>Subject</w:t>
      </w:r>
    </w:p>
    <w:p>
      <w:r>
        <w:t>How did we do?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Thank you for choosing [Company Name] for your cleaning.</w:t>
      </w:r>
    </w:p>
    <w:p>
      <w:r>
        <w:t>We'd appreciate hearing about your experience. Your feedback helps us understand how we're doing and helps other customers learn about our service.</w:t>
      </w:r>
    </w:p>
    <w:p>
      <w:r>
        <w:t>You can leave a review here:</w:t>
      </w:r>
    </w:p>
    <w:p>
      <w:r>
        <w:t>[Review Link]</w:t>
      </w:r>
    </w:p>
    <w:p>
      <w:r>
        <w:t>Thank you for your time and for trusting us with your home.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2. SIMPLE REVIEW REQUEST TEXT</w:t>
      </w:r>
    </w:p>
    <w:p>
      <w:r>
        <w:t>Hi [First Name], thanks for choosing [Company Name]! If you have a moment, we'd appreciate your feedback about your cleaning: [Review Link]. Thank you!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3. FIRST-SERVICE REVIEW REQUEST</w:t>
      </w:r>
    </w:p>
    <w:p>
      <w:pPr>
        <w:pStyle w:val="Heading2"/>
        <w:keepNext/>
      </w:pPr>
      <w:r>
        <w:t>Subject</w:t>
      </w:r>
    </w:p>
    <w:p>
      <w:r>
        <w:t>How was your first cleaning?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We hope everything went well with your first cleaning from [Company Name].</w:t>
      </w:r>
    </w:p>
    <w:p>
      <w:r>
        <w:t>We'd love to hear about your experience.</w:t>
      </w:r>
    </w:p>
    <w:p>
      <w:r>
        <w:t>If you have a moment, you can share your feedback here:</w:t>
      </w:r>
    </w:p>
    <w:p>
      <w:r>
        <w:t>[Review Link]</w:t>
      </w:r>
    </w:p>
    <w:p>
      <w:r>
        <w:t>If there's anything you'd like us to know about your service, you can also reply directly to this email.</w:t>
      </w:r>
    </w:p>
    <w:p>
      <w:r>
        <w:t>Thank you,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4. FIRST-SERVICE TEXT</w:t>
      </w:r>
    </w:p>
    <w:p>
      <w:r>
        <w:t>Hi [First Name], we hope your first cleaning with [Company Name] went well. We'd appreciate your feedback when you have a moment: [Review Link]. You can also reply here if there's anything you'd like us to know.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5. RECURRING CUSTOMER REVIEW REQUEST</w:t>
      </w:r>
    </w:p>
    <w:p>
      <w:pPr>
        <w:pStyle w:val="Heading2"/>
        <w:keepNext/>
      </w:pPr>
      <w:r>
        <w:t>Subject</w:t>
      </w:r>
    </w:p>
    <w:p>
      <w:r>
        <w:t>We'd value your feedback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Thank you for continuing to trust [Company Name] with your cleaning.</w:t>
      </w:r>
    </w:p>
    <w:p>
      <w:r>
        <w:t>Since you've had several services with us, we'd appreciate hearing about your overall experience.</w:t>
      </w:r>
    </w:p>
    <w:p>
      <w:r>
        <w:t>You can share your feedback here:</w:t>
      </w:r>
    </w:p>
    <w:p>
      <w:r>
        <w:t>[Review Link]</w:t>
      </w:r>
    </w:p>
    <w:p>
      <w:r>
        <w:t>Thank you for being one of our recurring customers.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6. LONG-TIME CUSTOMER REQUEST</w:t>
      </w:r>
    </w:p>
    <w:p>
      <w:pPr>
        <w:pStyle w:val="Heading2"/>
        <w:keepNext/>
      </w:pPr>
      <w:r>
        <w:t>Subject</w:t>
      </w:r>
    </w:p>
    <w:p>
      <w:r>
        <w:t>Thank you for being a customer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You've been a customer of [Company Name] since [Customer Since / Approximate Time], and we really appreciate your continued business.</w:t>
      </w:r>
    </w:p>
    <w:p>
      <w:r>
        <w:t>If you'd like to share your experience, you can leave us a review here:</w:t>
      </w:r>
    </w:p>
    <w:p>
      <w:r>
        <w:t>[Review Link]</w:t>
      </w:r>
    </w:p>
    <w:p>
      <w:r>
        <w:t>Thank you for trusting our team.</w:t>
      </w:r>
    </w:p>
    <w:p>
      <w:r>
        <w:t>[Sender Name]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7. DEEP CLEANING REVIEW REQUEST</w:t>
      </w:r>
    </w:p>
    <w:p>
      <w:r>
        <w:t>Hi [First Name],</w:t>
      </w:r>
    </w:p>
    <w:p>
      <w:r>
        <w:t>Thank you for choosing [Company Name] for your deep cleaning.</w:t>
      </w:r>
    </w:p>
    <w:p>
      <w:r>
        <w:t>We'd appreciate your feedback about the service.</w:t>
      </w:r>
    </w:p>
    <w:p>
      <w:r>
        <w:t>[Review Link]</w:t>
      </w:r>
    </w:p>
    <w:p>
      <w:r>
        <w:t>If there's anything you'd like us to know about the cleaning, just reply to this message.</w:t>
      </w:r>
    </w:p>
    <w:p>
      <w:r>
        <w:t>Thank you,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8. MOVE-OUT CLEANING REVIEW REQUEST</w:t>
      </w:r>
    </w:p>
    <w:p>
      <w:pPr>
        <w:pStyle w:val="Heading2"/>
        <w:keepNext/>
      </w:pPr>
      <w:r>
        <w:t>Subject</w:t>
      </w:r>
    </w:p>
    <w:p>
      <w:r>
        <w:t>How was your move-out cleaning?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We know moving can be a busy time, so thank you for choosing [Company Name] for your move-out cleaning.</w:t>
      </w:r>
    </w:p>
    <w:p>
      <w:r>
        <w:t>If you have a moment, we'd appreciate hearing about your experience:</w:t>
      </w:r>
    </w:p>
    <w:p>
      <w:r>
        <w:t>[Review Link]</w:t>
      </w:r>
    </w:p>
    <w:p>
      <w:r>
        <w:t>We hope the rest of your move goes smoothly.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9. COMMERCIAL CUSTOMER REVIEW REQUEST</w:t>
      </w:r>
    </w:p>
    <w:p>
      <w:pPr>
        <w:pStyle w:val="Heading2"/>
        <w:keepNext/>
      </w:pPr>
      <w:r>
        <w:t>Subject</w:t>
      </w:r>
    </w:p>
    <w:p>
      <w:r>
        <w:t>Feedback on your cleaning service</w:t>
      </w:r>
    </w:p>
    <w:p>
      <w:pPr>
        <w:pStyle w:val="Heading2"/>
        <w:keepNext/>
      </w:pPr>
      <w:r>
        <w:t>Email</w:t>
      </w:r>
    </w:p>
    <w:p>
      <w:r>
        <w:t>Hi [First Name],</w:t>
      </w:r>
    </w:p>
    <w:p>
      <w:r>
        <w:t>Thank you for working with [Company Name].</w:t>
      </w:r>
    </w:p>
    <w:p>
      <w:r>
        <w:t>We periodically ask customers for feedback so we can continue improving our service.</w:t>
      </w:r>
    </w:p>
    <w:p>
      <w:r>
        <w:t>If you're willing to share your experience, you can leave a review here:</w:t>
      </w:r>
    </w:p>
    <w:p>
      <w:r>
        <w:t>[Review Link]</w:t>
      </w:r>
    </w:p>
    <w:p>
      <w:r>
        <w:t>You can also reply directly if there's anything you'd like our team to know.</w:t>
      </w:r>
    </w:p>
    <w:p>
      <w:r>
        <w:t>Regards,</w:t>
      </w:r>
    </w:p>
    <w:p>
      <w:r>
        <w:t>[Sender Name]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10. PROPERTY MANAGER REVIEW REQUEST</w:t>
      </w:r>
    </w:p>
    <w:p>
      <w:r>
        <w:t>Hi [First Name],</w:t>
      </w:r>
    </w:p>
    <w:p>
      <w:r>
        <w:t>Thank you for trusting [Company Name] with cleaning services for [Property / Properties].</w:t>
      </w:r>
    </w:p>
    <w:p>
      <w:r>
        <w:t>We'd appreciate your feedback about working with our team.</w:t>
      </w:r>
    </w:p>
    <w:p>
      <w:r>
        <w:t>[Review Link]</w:t>
      </w:r>
    </w:p>
    <w:p>
      <w:r>
        <w:t>Thank you,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11. VACATION RENTAL HOST REVIEW REQUEST</w:t>
      </w:r>
    </w:p>
    <w:p>
      <w:pPr>
        <w:pStyle w:val="Heading2"/>
        <w:keepNext/>
      </w:pPr>
      <w:r>
        <w:t>Subject</w:t>
      </w:r>
    </w:p>
    <w:p>
      <w:r>
        <w:t>We'd appreciate your feedback</w:t>
      </w:r>
    </w:p>
    <w:p>
      <w:r>
        <w:t>Hi [First Name],</w:t>
      </w:r>
    </w:p>
    <w:p>
      <w:r>
        <w:t>Thank you for choosing [Company Name] for your vacation rental turnovers.</w:t>
      </w:r>
    </w:p>
    <w:p>
      <w:r>
        <w:t>We'd appreciate hearing about your experience with our cleaning and turnover service.</w:t>
      </w:r>
    </w:p>
    <w:p>
      <w:r>
        <w:t>You can leave feedback here:</w:t>
      </w:r>
    </w:p>
    <w:p>
      <w:r>
        <w:t>[Review Link]</w:t>
      </w:r>
    </w:p>
    <w:p>
      <w:r>
        <w:t>Thanks for working with us,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12. SHORT REVIEW REQUEST</w:t>
      </w:r>
    </w:p>
    <w:p>
      <w:r>
        <w:t>Hi [First Name], thank you for choosing [Company Name]. We'd appreciate your feedback: [Review Link]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13. FRIENDLY REVIEW REQUEST</w:t>
      </w:r>
    </w:p>
    <w:p>
      <w:r>
        <w:t>Hi [First Name],</w:t>
      </w:r>
    </w:p>
    <w:p>
      <w:r>
        <w:t>Thanks again for having us clean your [home/property/office].</w:t>
      </w:r>
    </w:p>
    <w:p>
      <w:r>
        <w:t>If you have a minute, we'd love to hear what you thought:</w:t>
      </w:r>
    </w:p>
    <w:p>
      <w:r>
        <w:t>[Review Link]</w:t>
      </w:r>
    </w:p>
    <w:p>
      <w:r>
        <w:t>Thanks for choosing [Company Name]!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14. REVIEW REQUEST FROM OWNER</w:t>
      </w:r>
    </w:p>
    <w:p>
      <w:pPr>
        <w:pStyle w:val="Heading2"/>
        <w:keepNext/>
      </w:pPr>
      <w:r>
        <w:t>Subject</w:t>
      </w:r>
    </w:p>
    <w:p>
      <w:r>
        <w:t>A quick note from [Owner Name]</w:t>
      </w:r>
    </w:p>
    <w:p>
      <w:r>
        <w:t>Hi [First Name],</w:t>
      </w:r>
    </w:p>
    <w:p>
      <w:r>
        <w:t>I'm [Owner Name], the owner of [Company Name].</w:t>
      </w:r>
    </w:p>
    <w:p>
      <w:r>
        <w:t>Thank you for trusting our team with your cleaning.</w:t>
      </w:r>
    </w:p>
    <w:p>
      <w:r>
        <w:t>Customer feedback is important to us. If you'd like to share your experience, you can leave a review here:</w:t>
      </w:r>
    </w:p>
    <w:p>
      <w:r>
        <w:t>[Review Link]</w:t>
      </w:r>
    </w:p>
    <w:p>
      <w:r>
        <w:t>You can also reply directly to this email if there's anything you'd like me to know.</w:t>
      </w:r>
    </w:p>
    <w:p>
      <w:r>
        <w:t>Thank you,</w:t>
      </w:r>
    </w:p>
    <w:p>
      <w:r>
        <w:t>[Owner Name]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15. REVIEW REQUEST AFTER COMPLIMENT</w:t>
      </w:r>
    </w:p>
    <w:p>
      <w:r>
        <w:t>If a customer has independently told you they appreciated the service:</w:t>
      </w:r>
    </w:p>
    <w:p>
      <w:r>
        <w:t>Hi [First Name],</w:t>
      </w:r>
    </w:p>
    <w:p>
      <w:r>
        <w:t>Thank you for the kind feedback about your cleaning. I'm glad to hear about your experience.</w:t>
      </w:r>
    </w:p>
    <w:p>
      <w:r>
        <w:t>If you'd like to share that feedback publicly, here's our review link:</w:t>
      </w:r>
    </w:p>
    <w:p>
      <w:r>
        <w:t>[Review Link]</w:t>
      </w:r>
    </w:p>
    <w:p>
      <w:r>
        <w:t>Either way, thank you for letting us know.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16. REVIEW REQUEST REMINDER</w:t>
      </w:r>
    </w:p>
    <w:p>
      <w:pPr>
        <w:pStyle w:val="Heading2"/>
        <w:keepNext/>
      </w:pPr>
      <w:r>
        <w:t>Subject</w:t>
      </w:r>
    </w:p>
    <w:p>
      <w:r>
        <w:t>A quick follow-up</w:t>
      </w:r>
    </w:p>
    <w:p>
      <w:r>
        <w:t>Hi [First Name],</w:t>
      </w:r>
    </w:p>
    <w:p>
      <w:r>
        <w:t>I wanted to follow up on our recent request for feedback.</w:t>
      </w:r>
    </w:p>
    <w:p>
      <w:r>
        <w:t>If you'd still like to share your experience, you can do that here:</w:t>
      </w:r>
    </w:p>
    <w:p>
      <w:r>
        <w:t>[Review Link]</w:t>
      </w:r>
    </w:p>
    <w:p>
      <w:r>
        <w:t>There's no need to respond if you've already submitted a review.</w:t>
      </w:r>
    </w:p>
    <w:p>
      <w:r>
        <w:t>Thank you,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17. SHORT REVIEW REMINDER TEXT</w:t>
      </w:r>
    </w:p>
    <w:p>
      <w:r>
        <w:t>Hi [First Name], a quick reminder from [Company Name] in case you'd still like to share feedback about your cleaning: [Review Link]. Thanks again!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18. THANK-YOU AFTER REVIEW</w:t>
      </w:r>
    </w:p>
    <w:p>
      <w:pPr>
        <w:pStyle w:val="Heading2"/>
        <w:keepNext/>
      </w:pPr>
      <w:r>
        <w:t>Subject</w:t>
      </w:r>
    </w:p>
    <w:p>
      <w:r>
        <w:t>Thank you for your feedback</w:t>
      </w:r>
    </w:p>
    <w:p>
      <w:r>
        <w:t>Hi [First Name],</w:t>
      </w:r>
    </w:p>
    <w:p>
      <w:r>
        <w:t>Thank you for taking the time to leave feedback about your experience with [Company Name].</w:t>
      </w:r>
    </w:p>
    <w:p>
      <w:r>
        <w:t>We appreciate you choosing us for your cleaning.</w:t>
      </w:r>
    </w:p>
    <w:p>
      <w:r>
        <w:t>Best,</w:t>
      </w:r>
    </w:p>
    <w:p>
      <w:r>
        <w:t>[Sender Name]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19. THANK-YOU TEXT</w:t>
      </w:r>
    </w:p>
    <w:p>
      <w:r>
        <w:t>Thanks for taking the time to leave feedback, [First Name]. We really appreciate you choosing [Company Name]!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20. PRIVATE FEEDBACK REQUEST</w:t>
      </w:r>
    </w:p>
    <w:p>
      <w:r>
        <w:t>Not every customer interaction needs to begin with a public-review request.</w:t>
      </w:r>
    </w:p>
    <w:p>
      <w:pPr>
        <w:pStyle w:val="Heading2"/>
        <w:keepNext/>
      </w:pPr>
      <w:r>
        <w:t>Subject</w:t>
      </w:r>
    </w:p>
    <w:p>
      <w:r>
        <w:t>How did your cleaning go?</w:t>
      </w:r>
    </w:p>
    <w:p>
      <w:r>
        <w:t>Hi [First Name],</w:t>
      </w:r>
    </w:p>
    <w:p>
      <w:r>
        <w:t>We wanted to check in after your recent cleaning.</w:t>
      </w:r>
    </w:p>
    <w:p>
      <w:r>
        <w:t>How did everything go?</w:t>
      </w:r>
    </w:p>
    <w:p>
      <w:r>
        <w:t>If there's anything you'd like us to know—good or bad—just reply to this email.</w:t>
      </w:r>
    </w:p>
    <w:p>
      <w:r>
        <w:t>Your feedback helps us improve the service we provide.</w:t>
      </w:r>
    </w:p>
    <w:p>
      <w:r>
        <w:t>Thank you,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21. SERVICE RECOVERY FOLLOW-UP</w:t>
      </w:r>
    </w:p>
    <w:p>
      <w:r>
        <w:t>Do not immediately ask for a review after a complaint simply because the issue was addressed.</w:t>
      </w:r>
    </w:p>
    <w:p>
      <w:r>
        <w:t>Instead:</w:t>
      </w:r>
    </w:p>
    <w:p>
      <w:r>
        <w:t>Hi [First Name],</w:t>
      </w:r>
    </w:p>
    <w:p>
      <w:r>
        <w:t>I wanted to follow up after we addressed the issue with your recent cleaning.</w:t>
      </w:r>
    </w:p>
    <w:p>
      <w:r>
        <w:t>Did the resolution take care of the concern?</w:t>
      </w:r>
    </w:p>
    <w:p>
      <w:r>
        <w:t>If there's anything else we need to address, please let me know.</w:t>
      </w:r>
    </w:p>
    <w:p>
      <w:r>
        <w:t>Thank you for giving us the opportunity to make things right.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22. REVIEW REQUEST AFTER SERVICE RECOVERY</w:t>
      </w:r>
    </w:p>
    <w:p>
      <w:r>
        <w:t>If appropriate at a later point:</w:t>
      </w:r>
    </w:p>
    <w:p>
      <w:r>
        <w:t>Hi [First Name],</w:t>
      </w:r>
    </w:p>
    <w:p>
      <w:r>
        <w:t>Thank you again for continuing to work with us.</w:t>
      </w:r>
    </w:p>
    <w:p>
      <w:r>
        <w:t>We appreciate the opportunity to serve you and would value your feedback about your experience with [Company Name].</w:t>
      </w:r>
    </w:p>
    <w:p>
      <w:r>
        <w:t>[Review Link]</w:t>
      </w:r>
    </w:p>
    <w:p>
      <w:r>
        <w:t>Thanks,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23. GOOGLE REVIEW REQUEST</w:t>
      </w:r>
    </w:p>
    <w:p>
      <w:r>
        <w:t>Hi [First Name],</w:t>
      </w:r>
    </w:p>
    <w:p>
      <w:r>
        <w:t>Thank you for choosing [Company Name].</w:t>
      </w:r>
    </w:p>
    <w:p>
      <w:r>
        <w:t>If you'd like to share feedback about your experience, you can leave us a Google review here:</w:t>
      </w:r>
    </w:p>
    <w:p>
      <w:r>
        <w:t>[Google Review Link]</w:t>
      </w:r>
    </w:p>
    <w:p>
      <w:r>
        <w:t>Thank you for your time.</w:t>
      </w:r>
    </w:p>
    <w:p>
      <w:r>
        <w:t>[Company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24. FACEBOOK REVIEW / RECOMMENDATION REQUEST</w:t>
      </w:r>
    </w:p>
    <w:p>
      <w:r>
        <w:t>Hi [First Name],</w:t>
      </w:r>
    </w:p>
    <w:p>
      <w:r>
        <w:t>Thanks for choosing [Company Name].</w:t>
      </w:r>
    </w:p>
    <w:p>
      <w:r>
        <w:t>If you'd like to share your experience with others on Facebook, here's our page:</w:t>
      </w:r>
    </w:p>
    <w:p>
      <w:r>
        <w:t>[Facebook Link]</w:t>
      </w:r>
    </w:p>
    <w:p>
      <w:r>
        <w:t>We appreciate your feedback.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25. REVIEW REQUEST QR CARD TEXT</w:t>
      </w:r>
    </w:p>
    <w:p>
      <w:pPr>
        <w:pStyle w:val="Heading3"/>
        <w:keepNext/>
      </w:pPr>
      <w:r>
        <w:t>How did we do?</w:t>
      </w:r>
    </w:p>
    <w:p>
      <w:r>
        <w:t>Thank you for choosing [Company Name].</w:t>
      </w:r>
    </w:p>
    <w:p>
      <w:r>
        <w:t>We'd appreciate your feedback.</w:t>
      </w:r>
    </w:p>
    <w:p>
      <w:r>
        <w:t>Scan the QR code to share your experience.</w:t>
      </w:r>
    </w:p>
    <w:p>
      <w:r>
        <w:t>[QR CODE]</w:t>
      </w:r>
    </w:p>
    <w:p>
      <w:r>
        <w:t>[Optional Short Review URL]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26. PRINTED LEAVE-BEHIND CARD</w:t>
      </w:r>
    </w:p>
    <w:p>
      <w:pPr>
        <w:pStyle w:val="Heading3"/>
        <w:keepNext/>
      </w:pPr>
      <w:r>
        <w:t>Thank you!</w:t>
      </w:r>
    </w:p>
    <w:p>
      <w:r>
        <w:t>We appreciate you trusting [Company Name] with your cleaning.</w:t>
      </w:r>
    </w:p>
    <w:p>
      <w:r>
        <w:t>We'd love to hear about your experience.</w:t>
      </w:r>
    </w:p>
    <w:p>
      <w:r>
        <w:t>Leave feedback:</w:t>
      </w:r>
    </w:p>
    <w:p>
      <w:r>
        <w:t>[Review URL / QR Code]</w:t>
      </w:r>
    </w:p>
    <w:p>
      <w:r>
        <w:t>Questions or concerns?</w:t>
      </w:r>
    </w:p>
    <w:p>
      <w:r>
        <w:t>[Phone]</w:t>
      </w:r>
    </w:p>
    <w:p>
      <w:r>
        <w:t>[Email]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27. EMAIL SIGNATURE REVIEW LINE</w:t>
      </w:r>
    </w:p>
    <w:p>
      <w:r>
        <w:t>Enjoying your cleaning service? Share your feedback: [Review Link]</w:t>
      </w:r>
    </w:p>
    <w:p>
      <w:r>
        <w:t>Use sparingly rather than making every customer communication primarily about reviews.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28. RECOMMENDED REVIEW WORKFLOW</w:t>
      </w:r>
    </w:p>
    <w:p>
      <w:r>
        <w:t>A simple workflow could be:</w:t>
      </w:r>
    </w:p>
    <w:p>
      <w:r>
        <w:t>Service completed</w:t>
      </w:r>
    </w:p>
    <w:p>
      <w:r>
        <w:t>↓</w:t>
      </w:r>
    </w:p>
    <w:p>
      <w:r>
        <w:t>Quality / customer follow-up</w:t>
      </w:r>
    </w:p>
    <w:p>
      <w:r>
        <w:t>↓</w:t>
      </w:r>
    </w:p>
    <w:p>
      <w:r>
        <w:t>Review request sent</w:t>
      </w:r>
    </w:p>
    <w:p>
      <w:r>
        <w:t>↓</w:t>
      </w:r>
    </w:p>
    <w:p>
      <w:r>
        <w:t>Reminder if appropriate</w:t>
      </w:r>
    </w:p>
    <w:p>
      <w:r>
        <w:t>↓</w:t>
      </w:r>
    </w:p>
    <w:p>
      <w:r>
        <w:t>Review received</w:t>
      </w:r>
    </w:p>
    <w:p>
      <w:r>
        <w:t>↓</w:t>
      </w:r>
    </w:p>
    <w:p>
      <w:r>
        <w:t>Thank customer</w:t>
      </w:r>
    </w:p>
    <w:p>
      <w:r>
        <w:t>Do not repeatedly contact customers who do not respond.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29. REVIEW REQUEST TIMING</w:t>
      </w:r>
    </w:p>
    <w:p>
      <w:r>
        <w:t>Possible trigger points include:</w:t>
      </w:r>
    </w:p>
    <w:p>
      <w:r>
        <w:t>☐ After first successful service</w:t>
      </w:r>
    </w:p>
    <w:p>
      <w:r>
        <w:t>☐ After several recurring services</w:t>
      </w:r>
    </w:p>
    <w:p>
      <w:r>
        <w:t>☐ After a customer voluntarily compliments the team</w:t>
      </w:r>
    </w:p>
    <w:p>
      <w:r>
        <w:t>☐ After successful project completion</w:t>
      </w:r>
    </w:p>
    <w:p>
      <w:r>
        <w:t>☐ After a commercial relationship has been established</w:t>
      </w:r>
    </w:p>
    <w:p>
      <w:r>
        <w:t>☐ At another appropriate customer-lifecycle milestone</w:t>
      </w:r>
    </w:p>
    <w:p>
      <w:r>
        <w:t>Avoid requesting a review while an unresolved service issue is open.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30. PERSONALIZATION FIELDS</w:t>
      </w:r>
    </w:p>
    <w:p>
      <w:r>
        <w:t>Useful merge fields:</w:t>
      </w:r>
    </w:p>
    <w:p>
      <w:r>
        <w:t>[First Name]</w:t>
      </w:r>
    </w:p>
    <w:p>
      <w:r>
        <w:t>[Company Name]</w:t>
      </w:r>
    </w:p>
    <w:p>
      <w:r>
        <w:t>[Owner Name]</w:t>
      </w:r>
    </w:p>
    <w:p>
      <w:r>
        <w:t>[Cleaner / Team Name]</w:t>
      </w:r>
    </w:p>
    <w:p>
      <w:r>
        <w:t>[Service Type]</w:t>
      </w:r>
    </w:p>
    <w:p>
      <w:r>
        <w:t>[Service Date]</w:t>
      </w:r>
    </w:p>
    <w:p>
      <w:r>
        <w:t>[Property Name]</w:t>
      </w:r>
    </w:p>
    <w:p>
      <w:r>
        <w:t>[Customer Since]</w:t>
      </w:r>
    </w:p>
    <w:p>
      <w:r>
        <w:t>[Review Link]</w:t>
      </w:r>
    </w:p>
    <w:p>
      <w:r>
        <w:t>[Google Review Link]</w:t>
      </w:r>
    </w:p>
    <w:p>
      <w:r>
        <w:t>[Facebook Link]</w:t>
      </w:r>
    </w:p>
    <w:p>
      <w:r>
        <w:t>[Sender Name]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31. REVIEW TRACKING</w:t>
      </w:r>
    </w:p>
    <w:p>
      <w:r>
        <w:t>Track:</w:t>
      </w:r>
    </w:p>
    <w:p>
      <w:r>
        <w:t>Customer:</w:t>
      </w:r>
    </w:p>
    <w:p>
      <w:r>
        <w:t>Request Date:</w:t>
      </w:r>
    </w:p>
    <w:p>
      <w:r>
        <w:t>Channel:</w:t>
      </w:r>
    </w:p>
    <w:p>
      <w:r>
        <w:t>☐ Email</w:t>
      </w:r>
    </w:p>
    <w:p>
      <w:r>
        <w:t>☐ SMS</w:t>
      </w:r>
    </w:p>
    <w:p>
      <w:r>
        <w:t>☐ Printed Card</w:t>
      </w:r>
    </w:p>
    <w:p>
      <w:r>
        <w:t>☐ QR Code</w:t>
      </w:r>
    </w:p>
    <w:p>
      <w:r>
        <w:t>☐ Other</w:t>
      </w:r>
    </w:p>
    <w:p>
      <w:r>
        <w:t>Reminder Sent:</w:t>
      </w:r>
    </w:p>
    <w:p>
      <w:r>
        <w:t>Review Received:</w:t>
      </w:r>
    </w:p>
    <w:p>
      <w:r>
        <w:t>☐ Yes</w:t>
      </w:r>
    </w:p>
    <w:p>
      <w:r>
        <w:t>☐ No</w:t>
      </w:r>
    </w:p>
    <w:p>
      <w:r>
        <w:t>Review Platform:</w:t>
      </w:r>
    </w:p>
    <w:p>
      <w:r>
        <w:t>Rating:</w:t>
      </w:r>
    </w:p>
    <w:p>
      <w:r>
        <w:t>Thank-You Sent:</w:t>
      </w:r>
    </w:p>
    <w:p>
      <w:r>
        <w:t>☐ Yes</w:t>
      </w:r>
    </w:p>
    <w:p>
      <w:r>
        <w:t>☐ No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32. METRICS TO WATCH</w:t>
      </w:r>
    </w:p>
    <w:p>
      <w:pPr>
        <w:pStyle w:val="Heading3"/>
        <w:keepNext/>
      </w:pPr>
      <w:r>
        <w:t>Review Requests Sent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Reviews Received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Review Conversion Rate</w:t>
      </w:r>
    </w:p>
    <w:p>
      <w:r>
        <w:t>%</w:t>
      </w:r>
    </w:p>
    <w:p>
      <w:pPr>
        <w:pStyle w:val="Heading3"/>
        <w:keepNext/>
      </w:pPr>
      <w:r>
        <w:t>Average Rating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Reviews by Service Type</w:t>
      </w:r>
    </w:p>
    <w:p>
      <w:pPr>
        <w:spacing w:after="80"/>
        <w:pBdr>
          <w:bottom w:val="single" w:sz="8" w:color="0B7285"/>
        </w:pBdr>
      </w:pPr>
    </w:p>
    <w:p>
      <w:pPr>
        <w:pStyle w:val="Heading3"/>
        <w:keepNext/>
      </w:pPr>
      <w:r>
        <w:t>Reviews by Lead Source / Customer Segment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IMPORTANT REVIEW-GATING NOTICE</w:t>
      </w:r>
    </w:p>
    <w:p>
      <w:r>
        <w:t>Do not design a workflow that asks only customers who indicate they are happy to leave a public review while diverting unhappy customers exclusively into private feedback.</w:t>
      </w:r>
    </w:p>
    <w:p>
      <w:r>
        <w:t>Some review platforms prohibit or restrict review gating, selective solicitation, incentivized reviews, conflicts of interest, or other manipulative review practices.</w:t>
      </w:r>
    </w:p>
    <w:p>
      <w:r>
        <w:t>Use neutral language and give customers a genuine opportunity to provide feedback.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INCENTIVE NOTICE</w:t>
      </w:r>
    </w:p>
    <w:p>
      <w:r>
        <w:t>Before offering discounts, gift cards, contest entries, rewards, or other incentives in connection with reviews, verify the applicable review platform's policies and relevant advertising or consumer-protection requirements.</w:t>
      </w:r>
    </w:p>
    <w:p>
      <w:r>
        <w:t>If incentives are permitted, disclosure requirements may apply.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EMAIL &amp; SMS NOTICE</w:t>
      </w:r>
    </w:p>
    <w:p>
      <w:r>
        <w:t>Review requests sent by email or text may be subject to consent, opt-out, marketing, privacy, and communications requirements depending on jurisdiction and how the message is classified.</w:t>
      </w:r>
    </w:p>
    <w:p>
      <w:r>
        <w:t>Honor valid opt-out requests and configure your communication practices appropriately.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NOTICE</w:t>
      </w:r>
    </w:p>
    <w:p>
      <w:r>
        <w:t>These templates are general examples and are not legal, marketing, privacy, advertising, or platform-compliance advice.</w:t>
      </w:r>
    </w:p>
    <w:p>
      <w:r>
        <w:t>Review-platform rules can change. Businesses should verify current requirements for the platforms they use.</w:t>
      </w:r>
    </w:p>
    <w:p>
      <w:r>
        <w:t>Template Version: 1.0</w:t>
      </w:r>
    </w:p>
    <w:p>
      <w:r>
        <w:t>Updated: September 2026</w:t>
      </w:r>
    </w:p>
    <w:p>
      <w:r>
        <w:t>Template ID: TPL-MKT-002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