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Sales Call Script And Lead Qualification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Template. We have strong assets for getting leads and following up with estimates, but</w:t>
      </w:r>
    </w:p>
    <w:p>
      <w:r>
        <w:t>there is a gap between those two stages: what happens when a prospect actually calls,</w:t>
      </w:r>
    </w:p>
    <w:p>
      <w:r>
        <w:t>texts, or submits a lead form?</w:t>
      </w:r>
    </w:p>
    <w:p>
      <w:r>
        <w:t>This template gives owners, office staff, and future receptionists a consistent process for</w:t>
      </w:r>
    </w:p>
    <w:p>
      <w:r>
        <w:t>qualifying the opportunity, collecting the right information, handling common objections,</w:t>
      </w:r>
    </w:p>
    <w:p>
      <w:r>
        <w:t>and moving the prospect to an estimate, walkthrough, or booking.</w:t>
      </w:r>
    </w:p>
    <w:p>
      <w:r>
        <w:t>Cleaning Sales Call Script &amp; Lead Qualification</w:t>
      </w:r>
    </w:p>
    <w:p>
      <w:r>
        <w:t>Template</w:t>
      </w:r>
    </w:p>
    <w:p>
      <w:r>
        <w:t>Template ID: TPL-MKT-009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pStyle w:val="ListNumber"/>
      </w:pPr>
      <w:r>
        <w:t>INBOUND CALL OPENING</w:t>
      </w:r>
    </w:p>
    <w:p>
      <w:r>
        <w:t>Standard Greeting</w:t>
      </w:r>
    </w:p>
    <w:p>
      <w:r>
        <w:t>“Thank you for calling [Company Name]. This is [Name]. How can I help you?”</w:t>
      </w:r>
    </w:p>
    <w:p>
      <w:r>
        <w:t>If the customer asks about cleaning:</w:t>
      </w:r>
    </w:p>
    <w:p>
      <w:r>
        <w:t>“Absolutely. I can help with that. I’ll ask you a few questions about the property and what</w:t>
      </w:r>
    </w:p>
    <w:p>
      <w:r>
        <w:t>you need cleaned so we can determine the right next step.”</w:t>
      </w:r>
    </w:p>
    <w:p>
      <w:pPr>
        <w:pStyle w:val="ListNumber"/>
      </w:pPr>
      <w:r>
        <w:t>CONTACT INFORMATION</w:t>
      </w:r>
    </w:p>
    <w:p>
      <w:r>
        <w:t>Customer Name:</w:t>
      </w:r>
    </w:p>
    <w:p>
      <w:r>
        <w:t>Phone:</w:t>
      </w:r>
    </w:p>
    <w:p>
      <w:r>
        <w:t>Email:</w:t>
      </w:r>
    </w:p>
    <w:p>
      <w:r>
        <w:t>Preferred Contact:</w:t>
      </w:r>
    </w:p>
    <w:p>
      <w:r>
        <w:t>☐ Call</w:t>
      </w:r>
    </w:p>
    <w:p>
      <w:r>
        <w:t>☐ Text</w:t>
      </w:r>
    </w:p>
    <w:p>
      <w:r>
        <w:t>☐ Email</w:t>
      </w:r>
    </w:p>
    <w:p>
      <w:r>
        <w:t>Service Address:</w:t>
      </w:r>
    </w:p>
    <w:p>
      <w:r>
        <w:t>City:</w:t>
      </w:r>
    </w:p>
    <w:p>
      <w:r>
        <w:t>ZIP / Postal Code:</w:t>
      </w:r>
    </w:p>
    <w:p>
      <w:r>
        <w:t>Before spending substantial time quoting, confirm that the property is within the service</w:t>
      </w:r>
    </w:p>
    <w:p>
      <w:r>
        <w:t>area.</w:t>
      </w:r>
    </w:p>
    <w:p>
      <w:pPr>
        <w:pStyle w:val="ListNumber"/>
      </w:pPr>
      <w:r>
        <w:t>HOW DID YOU HEAR ABOUT US?</w:t>
      </w:r>
    </w:p>
    <w:p>
      <w:r>
        <w:t>☐ Google Search</w:t>
      </w:r>
    </w:p>
    <w:p>
      <w:r>
        <w:t>☐ Google Maps</w:t>
      </w:r>
    </w:p>
    <w:p>
      <w:r>
        <w:t>☐ Referral</w:t>
      </w:r>
    </w:p>
    <w:p>
      <w:r>
        <w:t>☐ Facebook</w:t>
      </w:r>
    </w:p>
    <w:p>
      <w:r>
        <w:t>☐ Instagram</w:t>
      </w:r>
    </w:p>
    <w:p>
      <w:r>
        <w:t>☐ Flyer / Door Hanger</w:t>
      </w:r>
    </w:p>
    <w:p>
      <w:r>
        <w:t>☐ Realtor</w:t>
      </w:r>
    </w:p>
    <w:p>
      <w:r>
        <w:t>☐ Property Manager</w:t>
      </w:r>
    </w:p>
    <w:p>
      <w:r>
        <w:t>☐ Existing Customer</w:t>
      </w:r>
    </w:p>
    <w:p>
      <w:r>
        <w:t>☐ Returning Customer</w:t>
      </w:r>
    </w:p>
    <w:p>
      <w:r>
        <w:t>☐ Other:</w:t>
      </w:r>
    </w:p>
    <w:p>
      <w:r>
        <w:t>Referral Details</w:t>
      </w:r>
    </w:p>
    <w:p>
      <w:r>
        <w:t>Referred By:</w:t>
      </w:r>
    </w:p>
    <w:p>
      <w:r>
        <w:t>Capturing this during intake makes marketing attribution much more reliable.</w:t>
      </w:r>
    </w:p>
    <w:p>
      <w:pPr>
        <w:pStyle w:val="ListNumber"/>
      </w:pPr>
      <w:r>
        <w:t>WHAT SERVICE DO YOU NEED?</w:t>
      </w:r>
    </w:p>
    <w:p>
      <w:r>
        <w:t>“Can you tell me a little about what you're looking for?”</w:t>
      </w:r>
    </w:p>
    <w:p>
      <w:r>
        <w:t>☐ Standard Cleaning</w:t>
      </w:r>
    </w:p>
    <w:p>
      <w:r>
        <w:t>☐ Recurring Cleaning</w:t>
      </w:r>
    </w:p>
    <w:p>
      <w:r>
        <w:t>☐ Deep Cleaning</w:t>
      </w:r>
    </w:p>
    <w:p>
      <w:r>
        <w:t>☐ Move-In Cleaning</w:t>
      </w:r>
    </w:p>
    <w:p>
      <w:r>
        <w:t>☐ Move-Out Cleaning</w:t>
      </w:r>
    </w:p>
    <w:p>
      <w:r>
        <w:t>☐ Office Cleaning</w:t>
      </w:r>
    </w:p>
    <w:p>
      <w:r>
        <w:t>☐ Commercial / Janitorial</w:t>
      </w:r>
    </w:p>
    <w:p>
      <w:r>
        <w:t>☐ Vacation Rental</w:t>
      </w:r>
    </w:p>
    <w:p>
      <w:r>
        <w:t>☐ Post-Construction</w:t>
      </w:r>
    </w:p>
    <w:p>
      <w:r>
        <w:t>☐ One-Time Cleaning</w:t>
      </w:r>
    </w:p>
    <w:p>
      <w:r>
        <w:t>☐ Other:</w:t>
      </w:r>
    </w:p>
    <w:p>
      <w:pPr>
        <w:pStyle w:val="ListNumber"/>
      </w:pPr>
      <w:r>
        <w:t>CUSTOMER'S PRIMARY GOAL</w:t>
      </w:r>
    </w:p>
    <w:p>
      <w:r>
        <w:t>“What would you most like us to help you with?”</w:t>
      </w:r>
    </w:p>
    <w:p>
      <w:r>
        <w:t>Listen before jumping into a price.</w:t>
      </w:r>
    </w:p>
    <w:p>
      <w:r>
        <w:t>The customer may care most about:</w:t>
      </w:r>
    </w:p>
    <w:p>
      <w:r>
        <w:t>☐ Saving time</w:t>
      </w:r>
    </w:p>
    <w:p>
      <w:r>
        <w:t>☐ Keeping up with recurring cleaning</w:t>
      </w:r>
    </w:p>
    <w:p>
      <w:r>
        <w:t>☐ Preparing for guests</w:t>
      </w:r>
    </w:p>
    <w:p>
      <w:r>
        <w:t>☐ Moving</w:t>
      </w:r>
    </w:p>
    <w:p>
      <w:r>
        <w:t>☐ Catching up on accumulated cleaning</w:t>
      </w:r>
    </w:p>
    <w:p>
      <w:r>
        <w:t>☐ Improving current cleaning quality</w:t>
      </w:r>
    </w:p>
    <w:p>
      <w:r>
        <w:t>☐ Replacing another provider</w:t>
      </w:r>
    </w:p>
    <w:p>
      <w:r>
        <w:t>☐ Preparing a property for sale</w:t>
      </w:r>
    </w:p>
    <w:p>
      <w:r>
        <w:t>☐ Business/facility cleanliness</w:t>
      </w:r>
    </w:p>
    <w:p>
      <w:r>
        <w:t>☐ Other:</w:t>
      </w:r>
    </w:p>
    <w:p>
      <w:pPr>
        <w:pStyle w:val="ListNumber"/>
      </w:pPr>
      <w:r>
        <w:t>PROPERTY INFORMATION</w:t>
      </w:r>
    </w:p>
    <w:p>
      <w:r>
        <w:t>For residential leads:</w:t>
      </w:r>
    </w:p>
    <w:p>
      <w:r>
        <w:t>Property Type:</w:t>
      </w:r>
    </w:p>
    <w:p>
      <w:r>
        <w:t>☐ House</w:t>
      </w:r>
    </w:p>
    <w:p>
      <w:r>
        <w:t>☐ Apartment</w:t>
      </w:r>
    </w:p>
    <w:p>
      <w:r>
        <w:t>☐ Condo</w:t>
      </w:r>
    </w:p>
    <w:p>
      <w:r>
        <w:t>☐ Townhome</w:t>
      </w:r>
    </w:p>
    <w:p>
      <w:r>
        <w:t>☐ Other</w:t>
      </w:r>
    </w:p>
    <w:p>
      <w:r>
        <w:t>Approximate Square Feet:</w:t>
      </w:r>
    </w:p>
    <w:p>
      <w:r>
        <w:t>Bedrooms:</w:t>
      </w:r>
    </w:p>
    <w:p>
      <w:r>
        <w:t>Bathrooms:</w:t>
      </w:r>
    </w:p>
    <w:p>
      <w:r>
        <w:t>Levels:</w:t>
      </w:r>
    </w:p>
    <w:p>
      <w:r>
        <w:t>Occupied: ☐ Yes ☐ No</w:t>
      </w:r>
    </w:p>
    <w:p>
      <w:r>
        <w:t>Pets: ☐ Yes ☐ No</w:t>
      </w:r>
    </w:p>
    <w:p>
      <w:r>
        <w:t>If yes:</w:t>
      </w:r>
    </w:p>
    <w:p>
      <w:pPr>
        <w:pStyle w:val="ListNumber"/>
      </w:pPr>
      <w:r>
        <w:t>CURRENT CONDITION</w:t>
      </w:r>
    </w:p>
    <w:p>
      <w:r>
        <w:t>“How would you describe the current condition of the home?”</w:t>
      </w:r>
    </w:p>
    <w:p>
      <w:r>
        <w:t>☐ Maintained regularly</w:t>
      </w:r>
    </w:p>
    <w:p>
      <w:r>
        <w:t>☐ Light buildup</w:t>
      </w:r>
    </w:p>
    <w:p>
      <w:r>
        <w:t>☐ Moderate buildup</w:t>
      </w:r>
    </w:p>
    <w:p>
      <w:r>
        <w:t>☐ Heavy buildup</w:t>
      </w:r>
    </w:p>
    <w:p>
      <w:r>
        <w:t>☐ Recently renovated</w:t>
      </w:r>
    </w:p>
    <w:p>
      <w:r>
        <w:t>☐ Moving in/out</w:t>
      </w:r>
    </w:p>
    <w:p>
      <w:r>
        <w:t>☐ Unsure</w:t>
      </w:r>
    </w:p>
    <w:p>
      <w:r>
        <w:t>Useful follow-up:</w:t>
      </w:r>
    </w:p>
    <w:p>
      <w:r>
        <w:t>“When was the property last professionally or thoroughly cleaned?”</w:t>
      </w:r>
    </w:p>
    <w:p>
      <w:r>
        <w:t>Avoid making the customer feel judged. The purpose is estimating labor, not evaluating</w:t>
      </w:r>
    </w:p>
    <w:p>
      <w:r>
        <w:t>housekeeping habits.</w:t>
      </w:r>
    </w:p>
    <w:p>
      <w:pPr>
        <w:pStyle w:val="ListNumber"/>
      </w:pPr>
      <w:r>
        <w:t>PRIORITY AREAS</w:t>
      </w:r>
    </w:p>
    <w:p>
      <w:r>
        <w:t>“Are there any areas you especially want us to focus on?”</w:t>
      </w:r>
    </w:p>
    <w:p>
      <w:r>
        <w:t>☐ Kitchen</w:t>
      </w:r>
    </w:p>
    <w:p>
      <w:r>
        <w:t>☐ Bathrooms</w:t>
      </w:r>
    </w:p>
    <w:p>
      <w:r>
        <w:t>☐ Floors</w:t>
      </w:r>
    </w:p>
    <w:p>
      <w:r>
        <w:t>☐ Dusting</w:t>
      </w:r>
    </w:p>
    <w:p>
      <w:r>
        <w:t>☐ Baseboards</w:t>
      </w:r>
    </w:p>
    <w:p>
      <w:r>
        <w:t>☐ Pet Hair</w:t>
      </w:r>
    </w:p>
    <w:p>
      <w:r>
        <w:t>☐ Bedrooms</w:t>
      </w:r>
    </w:p>
    <w:p>
      <w:r>
        <w:t>☐ Common Areas</w:t>
      </w:r>
    </w:p>
    <w:p>
      <w:r>
        <w:t>☐ Other:</w:t>
      </w:r>
    </w:p>
    <w:p>
      <w:r>
        <w:t>Customer Notes</w:t>
      </w:r>
    </w:p>
    <w:p>
      <w:pPr>
        <w:pStyle w:val="ListNumber"/>
      </w:pPr>
      <w:r>
        <w:t>ADD-ONS</w:t>
      </w:r>
    </w:p>
    <w:p>
      <w:r>
        <w:t>Ask only about services the company actually provides.</w:t>
      </w:r>
    </w:p>
    <w:p>
      <w:r>
        <w:t>☐ Inside Oven</w:t>
      </w:r>
    </w:p>
    <w:p>
      <w:r>
        <w:t>☐ Inside Refrigerator</w:t>
      </w:r>
    </w:p>
    <w:p>
      <w:r>
        <w:t>☐ Interior Windows</w:t>
      </w:r>
    </w:p>
    <w:p>
      <w:r>
        <w:t>☐ Cabinet Interiors</w:t>
      </w:r>
    </w:p>
    <w:p>
      <w:r>
        <w:t>☐ Laundry</w:t>
      </w:r>
    </w:p>
    <w:p>
      <w:r>
        <w:t>☐ Dishes</w:t>
      </w:r>
    </w:p>
    <w:p>
      <w:r>
        <w:t>☐ Linen Change</w:t>
      </w:r>
    </w:p>
    <w:p>
      <w:r>
        <w:t>☐ Wall Washing</w:t>
      </w:r>
    </w:p>
    <w:p>
      <w:r>
        <w:t>☐ Blinds</w:t>
      </w:r>
    </w:p>
    <w:p>
      <w:r>
        <w:t>☐ Other:</w:t>
      </w:r>
    </w:p>
    <w:p>
      <w:pPr>
        <w:pStyle w:val="ListNumber"/>
      </w:pPr>
      <w:r>
        <w:t>SPECIAL SURFACES OR CONDITIONS</w:t>
      </w:r>
    </w:p>
    <w:p>
      <w:r>
        <w:t>“Are there any special surfaces or conditions we should know about before preparing the</w:t>
      </w:r>
    </w:p>
    <w:p>
      <w:r>
        <w:t>estimate?”</w:t>
      </w:r>
    </w:p>
    <w:p>
      <w:r>
        <w:t>☐ Natural Stone</w:t>
      </w:r>
    </w:p>
    <w:p>
      <w:r>
        <w:t>☐ Hardwood</w:t>
      </w:r>
    </w:p>
    <w:p>
      <w:r>
        <w:t>☐ Specialty Fixtures</w:t>
      </w:r>
    </w:p>
    <w:p>
      <w:r>
        <w:t>☐ Delicate Items</w:t>
      </w:r>
    </w:p>
    <w:p>
      <w:r>
        <w:t>☐ Heavy Pet Hair</w:t>
      </w:r>
    </w:p>
    <w:p>
      <w:r>
        <w:t>☐ Construction Dust</w:t>
      </w:r>
    </w:p>
    <w:p>
      <w:r>
        <w:t>☐ Excessive Clutter</w:t>
      </w:r>
    </w:p>
    <w:p>
      <w:r>
        <w:t>☐ High Areas</w:t>
      </w:r>
    </w:p>
    <w:p>
      <w:r>
        <w:t>☐ Other:</w:t>
      </w:r>
    </w:p>
    <w:p>
      <w:r>
        <w:t>Notes:</w:t>
      </w:r>
    </w:p>
    <w:p>
      <w:pPr>
        <w:pStyle w:val="ListNumber"/>
      </w:pPr>
      <w:r>
        <w:t>SERVICE FREQUENCY</w:t>
      </w:r>
    </w:p>
    <w:p>
      <w:r>
        <w:t>“Are you looking for a one-time cleaning or ongoing service?”</w:t>
      </w:r>
    </w:p>
    <w:p>
      <w:r>
        <w:t>☐ One-Time</w:t>
      </w:r>
    </w:p>
    <w:p>
      <w:r>
        <w:t>☐ Weekly</w:t>
      </w:r>
    </w:p>
    <w:p>
      <w:r>
        <w:t>☐ Every Two Weeks</w:t>
      </w:r>
    </w:p>
    <w:p>
      <w:r>
        <w:t>☐ Every Four Weeks</w:t>
      </w:r>
    </w:p>
    <w:p>
      <w:r>
        <w:t>☐ Other</w:t>
      </w:r>
    </w:p>
    <w:p>
      <w:r>
        <w:t>☐ Unsure</w:t>
      </w:r>
    </w:p>
    <w:p>
      <w:r>
        <w:t>If unsure:</w:t>
      </w:r>
    </w:p>
    <w:p>
      <w:r>
        <w:t>“We can compare the available options based on your property and how often you'd like</w:t>
      </w:r>
    </w:p>
    <w:p>
      <w:r>
        <w:t>help.”</w:t>
      </w:r>
    </w:p>
    <w:p>
      <w:pPr>
        <w:pStyle w:val="ListNumber"/>
      </w:pPr>
      <w:r>
        <w:t>TIMING</w:t>
      </w:r>
    </w:p>
    <w:p>
      <w:r>
        <w:t>“When would you ideally like the cleaning completed?”</w:t>
      </w:r>
    </w:p>
    <w:p>
      <w:r>
        <w:t>Preferred Date:</w:t>
      </w:r>
    </w:p>
    <w:p>
      <w:r>
        <w:t>Deadline:</w:t>
      </w:r>
    </w:p>
    <w:p>
      <w:r>
        <w:t>Flexible: ☐ Yes ☐ No</w:t>
      </w:r>
    </w:p>
    <w:p>
      <w:r>
        <w:t>Reason for Deadline</w:t>
      </w:r>
    </w:p>
    <w:p>
      <w:r>
        <w:t>☐ Regular Service</w:t>
      </w:r>
    </w:p>
    <w:p>
      <w:r>
        <w:t>☐ Guests</w:t>
      </w:r>
    </w:p>
    <w:p>
      <w:r>
        <w:t>☐ Move</w:t>
      </w:r>
    </w:p>
    <w:p>
      <w:r>
        <w:t>☐ Closing</w:t>
      </w:r>
    </w:p>
    <w:p>
      <w:r>
        <w:t>☐ Listing</w:t>
      </w:r>
    </w:p>
    <w:p>
      <w:r>
        <w:t>☐ Event</w:t>
      </w:r>
    </w:p>
    <w:p>
      <w:r>
        <w:t>☐ Tenant Turnover</w:t>
      </w:r>
    </w:p>
    <w:p>
      <w:r>
        <w:t>☐ Other</w:t>
      </w:r>
    </w:p>
    <w:p>
      <w:r>
        <w:t>Never promise availability before checking the actual schedule.</w:t>
      </w:r>
    </w:p>
    <w:p>
      <w:pPr>
        <w:pStyle w:val="ListNumber"/>
      </w:pPr>
      <w:r>
        <w:t>ACCESS</w:t>
      </w:r>
    </w:p>
    <w:p>
      <w:r>
        <w:t>“How will our team access the property?”</w:t>
      </w:r>
    </w:p>
    <w:p>
      <w:r>
        <w:t>☐ Customer Home</w:t>
      </w:r>
    </w:p>
    <w:p>
      <w:r>
        <w:t>☐ Key</w:t>
      </w:r>
    </w:p>
    <w:p>
      <w:r>
        <w:t>☐ Lockbox</w:t>
      </w:r>
    </w:p>
    <w:p>
      <w:r>
        <w:t>☐ Building Access</w:t>
      </w:r>
    </w:p>
    <w:p>
      <w:r>
        <w:t>☐ Door Code</w:t>
      </w:r>
    </w:p>
    <w:p>
      <w:r>
        <w:t>☐ Other</w:t>
      </w:r>
    </w:p>
    <w:p>
      <w:r>
        <w:t>Do not record unnecessary sensitive access credentials in general sales notes.</w:t>
      </w:r>
    </w:p>
    <w:p>
      <w:r>
        <w:t>Collect actual credentials later through the company's secure access process.</w:t>
      </w:r>
    </w:p>
    <w:p>
      <w:pPr>
        <w:pStyle w:val="ListNumber"/>
      </w:pPr>
      <w:r>
        <w:t>PARKING &amp; ACCESS LOGISTICS</w:t>
      </w:r>
    </w:p>
    <w:p>
      <w:r>
        <w:t>Ask when relevant:</w:t>
      </w:r>
    </w:p>
    <w:p>
      <w:r>
        <w:t>Parking:</w:t>
      </w:r>
    </w:p>
    <w:p>
      <w:r>
        <w:t>Stairs / Elevator:</w:t>
      </w:r>
    </w:p>
    <w:p>
      <w:r>
        <w:t>Building Restrictions:</w:t>
      </w:r>
    </w:p>
    <w:p>
      <w:r>
        <w:t>Loading / Equipment Access:</w:t>
      </w:r>
    </w:p>
    <w:p>
      <w:pPr>
        <w:pStyle w:val="ListNumber"/>
      </w:pPr>
      <w:r>
        <w:t>QUALIFICATION CHECK</w:t>
      </w:r>
    </w:p>
    <w:p>
      <w:r>
        <w:t>Before moving forward, confirm:</w:t>
      </w:r>
    </w:p>
    <w:p>
      <w:r>
        <w:t>☐ Within service area</w:t>
      </w:r>
    </w:p>
    <w:p>
      <w:r>
        <w:t>☐ Service offered</w:t>
      </w:r>
    </w:p>
    <w:p>
      <w:r>
        <w:t>☐ Property type supported</w:t>
      </w:r>
    </w:p>
    <w:p>
      <w:r>
        <w:t>☐ Timing potentially feasible</w:t>
      </w:r>
    </w:p>
    <w:p>
      <w:r>
        <w:t>☐ Scope reasonably understood</w:t>
      </w:r>
    </w:p>
    <w:p>
      <w:r>
        <w:t>☐ Customer expectations appear achievable</w:t>
      </w:r>
    </w:p>
    <w:p>
      <w:r>
        <w:t>☐ No obvious safety issue</w:t>
      </w:r>
    </w:p>
    <w:p>
      <w:r>
        <w:t>☐ No prohibited service request</w:t>
      </w:r>
    </w:p>
    <w:p>
      <w:pPr>
        <w:pStyle w:val="ListNumber"/>
      </w:pPr>
      <w:r>
        <w:t>WHEN YOU CAN PROVIDE AN IMMEDIATE</w:t>
      </w:r>
    </w:p>
    <w:p>
      <w:r>
        <w:t>ESTIMATE</w:t>
      </w:r>
    </w:p>
    <w:p>
      <w:r>
        <w:t>“Based on the information you've given me, I can prepare an estimate for you.”</w:t>
      </w:r>
    </w:p>
    <w:p>
      <w:r>
        <w:t>Then confirm:</w:t>
      </w:r>
    </w:p>
    <w:p>
      <w:r>
        <w:t>Service:</w:t>
      </w:r>
    </w:p>
    <w:p>
      <w:r>
        <w:t>Scope:</w:t>
      </w:r>
    </w:p>
    <w:p>
      <w:r>
        <w:t>Frequency:</w:t>
      </w:r>
    </w:p>
    <w:p>
      <w:r>
        <w:t>Add-Ons:</w:t>
      </w:r>
    </w:p>
    <w:p>
      <w:r>
        <w:t>Estimated Price:</w:t>
      </w:r>
    </w:p>
    <w:p>
      <w:r>
        <w:t>or:</w:t>
      </w:r>
    </w:p>
    <w:p>
      <w:r>
        <w:t>Estimate will be sent via:</w:t>
      </w:r>
    </w:p>
    <w:p>
      <w:r>
        <w:t>☐ Email</w:t>
      </w:r>
    </w:p>
    <w:p>
      <w:r>
        <w:t>☐ SMS</w:t>
      </w:r>
    </w:p>
    <w:p>
      <w:r>
        <w:t>☐ Other</w:t>
      </w:r>
    </w:p>
    <w:p>
      <w:pPr>
        <w:pStyle w:val="ListNumber"/>
      </w:pPr>
      <w:r>
        <w:t>WHEN YOU NEED MORE INFORMATION</w:t>
      </w:r>
    </w:p>
    <w:p>
      <w:r>
        <w:t>“Before we finalize pricing, I'd like to get a little more information so we don't give you an</w:t>
      </w:r>
    </w:p>
    <w:p>
      <w:r>
        <w:t>inaccurate estimate.”</w:t>
      </w:r>
    </w:p>
    <w:p>
      <w:r>
        <w:t>Next step:</w:t>
      </w:r>
    </w:p>
    <w:p>
      <w:r>
        <w:t>☐ Customer sends photos</w:t>
      </w:r>
    </w:p>
    <w:p>
      <w:r>
        <w:t>☐ Virtual walkthrough</w:t>
      </w:r>
    </w:p>
    <w:p>
      <w:r>
        <w:t>☐ In-person walkthrough</w:t>
      </w:r>
    </w:p>
    <w:p>
      <w:r>
        <w:t>☐ Additional questionnaire</w:t>
      </w:r>
    </w:p>
    <w:p>
      <w:r>
        <w:t>☐ Supervisor review</w:t>
      </w:r>
    </w:p>
    <w:p>
      <w:pPr>
        <w:pStyle w:val="ListNumber"/>
      </w:pPr>
      <w:r>
        <w:t>COMMERCIAL LEAD QUALIFICATION</w:t>
      </w:r>
    </w:p>
    <w:p>
      <w:r>
        <w:t>For commercial inquiries:</w:t>
      </w:r>
    </w:p>
    <w:p>
      <w:r>
        <w:t>Company:</w:t>
      </w:r>
    </w:p>
    <w:p>
      <w:r>
        <w:t>Facility:</w:t>
      </w:r>
    </w:p>
    <w:p>
      <w:r>
        <w:t>Contact Role:</w:t>
      </w:r>
    </w:p>
    <w:p>
      <w:r>
        <w:t>Facility Type:</w:t>
      </w:r>
    </w:p>
    <w:p>
      <w:r>
        <w:t>Approx. Square Feet:</w:t>
      </w:r>
    </w:p>
    <w:p>
      <w:r>
        <w:t>Number of Floors:</w:t>
      </w:r>
    </w:p>
    <w:p>
      <w:r>
        <w:t>Current Cleaning Provider:</w:t>
      </w:r>
    </w:p>
    <w:p>
      <w:r>
        <w:t>Desired Frequency:</w:t>
      </w:r>
    </w:p>
    <w:p>
      <w:r>
        <w:t>Preferred Service Window:</w:t>
      </w:r>
    </w:p>
    <w:p>
      <w:r>
        <w:t>Target Start Date:</w:t>
      </w:r>
    </w:p>
    <w:p>
      <w:pPr>
        <w:pStyle w:val="ListNumber"/>
      </w:pPr>
      <w:r>
        <w:t>COMMERCIAL SCOPE QUESTIONS</w:t>
      </w:r>
    </w:p>
    <w:p>
      <w:r>
        <w:t>“What areas need cleaning?”</w:t>
      </w:r>
    </w:p>
    <w:p>
      <w:r>
        <w:t>☐ Offices</w:t>
      </w:r>
    </w:p>
    <w:p>
      <w:r>
        <w:t>☐ Restrooms</w:t>
      </w:r>
    </w:p>
    <w:p>
      <w:r>
        <w:t>☐ Break Rooms</w:t>
      </w:r>
    </w:p>
    <w:p>
      <w:r>
        <w:t>☐ Conference Rooms</w:t>
      </w:r>
    </w:p>
    <w:p>
      <w:r>
        <w:t>☐ Lobbies</w:t>
      </w:r>
    </w:p>
    <w:p>
      <w:r>
        <w:t>☐ Common Areas</w:t>
      </w:r>
    </w:p>
    <w:p>
      <w:r>
        <w:t>☐ Warehouse</w:t>
      </w:r>
    </w:p>
    <w:p>
      <w:r>
        <w:t>☐ Retail Areas</w:t>
      </w:r>
    </w:p>
    <w:p>
      <w:r>
        <w:t>☐ Floors</w:t>
      </w:r>
    </w:p>
    <w:p>
      <w:r>
        <w:t>☐ Windows</w:t>
      </w:r>
    </w:p>
    <w:p>
      <w:r>
        <w:t>☐ Other</w:t>
      </w:r>
    </w:p>
    <w:p>
      <w:r>
        <w:t>Ask about:</w:t>
      </w:r>
    </w:p>
    <w:p>
      <w:r>
        <w:t>Restroom Count:</w:t>
      </w:r>
    </w:p>
    <w:p>
      <w:r>
        <w:t>Flooring Types:</w:t>
      </w:r>
    </w:p>
    <w:p>
      <w:r>
        <w:t>Consumables:</w:t>
      </w:r>
    </w:p>
    <w:p>
      <w:r>
        <w:t>Periodic Services:</w:t>
      </w:r>
    </w:p>
    <w:p>
      <w:r>
        <w:t>Security Requirements:</w:t>
      </w:r>
    </w:p>
    <w:p>
      <w:r>
        <w:t>Special Facility Requirements:</w:t>
      </w:r>
    </w:p>
    <w:p>
      <w:pPr>
        <w:pStyle w:val="ListNumber"/>
      </w:pPr>
      <w:r>
        <w:t>COMMERCIAL NEXT STEP</w:t>
      </w:r>
    </w:p>
    <w:p>
      <w:r>
        <w:t>For most meaningful commercial opportunities:</w:t>
      </w:r>
    </w:p>
    <w:p>
      <w:r>
        <w:t>“The best next step is usually a facility walkthrough so we can understand the scope and</w:t>
      </w:r>
    </w:p>
    <w:p>
      <w:r>
        <w:t>service frequencies before preparing the proposal.”</w:t>
      </w:r>
    </w:p>
    <w:p>
      <w:r>
        <w:t>Walkthrough</w:t>
      </w:r>
    </w:p>
    <w:p>
      <w:r>
        <w:t>Date:</w:t>
      </w:r>
    </w:p>
    <w:p>
      <w:r>
        <w:t>Contact:</w:t>
      </w:r>
    </w:p>
    <w:p>
      <w:r>
        <w:t>Address:</w:t>
      </w:r>
    </w:p>
    <w:p>
      <w:r>
        <w:t>Estimator:</w:t>
      </w:r>
    </w:p>
    <w:p>
      <w:pPr>
        <w:pStyle w:val="ListNumber"/>
      </w:pPr>
      <w:r>
        <w:t>PRICE QUESTION — BEFORE QUALIFICATION</w:t>
      </w:r>
    </w:p>
    <w:p>
      <w:r>
        <w:t>Customer:</w:t>
      </w:r>
    </w:p>
    <w:p>
      <w:r>
        <w:t>“How much do you charge?”</w:t>
      </w:r>
    </w:p>
    <w:p>
      <w:r>
        <w:t>Response</w:t>
      </w:r>
    </w:p>
    <w:p>
      <w:r>
        <w:t>“Our pricing depends on the property, service type, condition, and frequency. If I get a few</w:t>
      </w:r>
    </w:p>
    <w:p>
      <w:r>
        <w:t>details from you, I can help determine the appropriate price or next step.”</w:t>
      </w:r>
    </w:p>
    <w:p>
      <w:r>
        <w:t>Then continue qualification.</w:t>
      </w:r>
    </w:p>
    <w:p>
      <w:r>
        <w:t>Avoid being evasive when the business actually publishes fixed pricing.</w:t>
      </w:r>
    </w:p>
    <w:p>
      <w:pPr>
        <w:pStyle w:val="ListNumber"/>
      </w:pPr>
      <w:r>
        <w:t>“THAT'S TOO EXPENSIVE”</w:t>
      </w:r>
    </w:p>
    <w:p>
      <w:r>
        <w:t>Response</w:t>
      </w:r>
    </w:p>
    <w:p>
      <w:r>
        <w:t>“I understand. We want to make sure we're comparing the right service. We can review the</w:t>
      </w:r>
    </w:p>
    <w:p>
      <w:r>
        <w:t>scope and frequency to see whether another option better fits what you need.”</w:t>
      </w:r>
    </w:p>
    <w:p>
      <w:r>
        <w:t>Then explore:</w:t>
      </w:r>
    </w:p>
    <w:p>
      <w:r>
        <w:t>☐ Different frequency</w:t>
      </w:r>
    </w:p>
    <w:p>
      <w:r>
        <w:t>☐ Different scope</w:t>
      </w:r>
    </w:p>
    <w:p>
      <w:r>
        <w:t>☐ Remove optional add-ons</w:t>
      </w:r>
    </w:p>
    <w:p>
      <w:r>
        <w:t>☐ Initial clean + maintenance</w:t>
      </w:r>
    </w:p>
    <w:p>
      <w:r>
        <w:t>☐ Other legitimate option</w:t>
      </w:r>
    </w:p>
    <w:p>
      <w:r>
        <w:t>Don't immediately discount the service.</w:t>
      </w:r>
    </w:p>
    <w:p>
      <w:pPr>
        <w:pStyle w:val="ListNumber"/>
      </w:pPr>
      <w:r>
        <w:t>“ANOTHER CLEANER IS CHEAPER”</w:t>
      </w:r>
    </w:p>
    <w:p>
      <w:r>
        <w:t>Response</w:t>
      </w:r>
    </w:p>
    <w:p>
      <w:r>
        <w:t>“That makes sense to consider. I would compare exactly what's included, the service</w:t>
      </w:r>
    </w:p>
    <w:p>
      <w:r>
        <w:t>frequency, and how each company handles things like scheduling and quality issues. If</w:t>
      </w:r>
    </w:p>
    <w:p>
      <w:r>
        <w:t>you'd like, I can walk you through what our estimate includes.”</w:t>
      </w:r>
    </w:p>
    <w:p>
      <w:r>
        <w:t>Avoid attacking competitors.</w:t>
      </w:r>
    </w:p>
    <w:p>
      <w:pPr>
        <w:pStyle w:val="ListNumber"/>
      </w:pPr>
      <w:r>
        <w:t>“I NEED TO THINK ABOUT IT”</w:t>
      </w:r>
    </w:p>
    <w:p>
      <w:r>
        <w:t>Response</w:t>
      </w:r>
    </w:p>
    <w:p>
      <w:r>
        <w:t>“Of course. Is there anything about the service, pricing, or schedule that I can clarify before</w:t>
      </w:r>
    </w:p>
    <w:p>
      <w:r>
        <w:t>you decide?”</w:t>
      </w:r>
    </w:p>
    <w:p>
      <w:r>
        <w:t>If no:</w:t>
      </w:r>
    </w:p>
    <w:p>
      <w:r>
        <w:t>“No problem. When would be a reasonable time for us to follow up?”</w:t>
      </w:r>
    </w:p>
    <w:p>
      <w:r>
        <w:t>Follow-Up Date:</w:t>
      </w:r>
    </w:p>
    <w:p>
      <w:pPr>
        <w:pStyle w:val="ListNumber"/>
      </w:pPr>
      <w:r>
        <w:t>“I NEED TO ASK MY SPOUSE / PARTNER”</w:t>
      </w:r>
    </w:p>
    <w:p>
      <w:r>
        <w:t>Response</w:t>
      </w:r>
    </w:p>
    <w:p>
      <w:r>
        <w:t>“Absolutely. I'll make sure you have the estimate and service details so you can review</w:t>
      </w:r>
    </w:p>
    <w:p>
      <w:r>
        <w:t>them together.”</w:t>
      </w:r>
    </w:p>
    <w:p>
      <w:r>
        <w:t>Then:</w:t>
      </w:r>
    </w:p>
    <w:p>
      <w:r>
        <w:t>“Would [Day / Date] be a reasonable time for me to check back?”</w:t>
      </w:r>
    </w:p>
    <w:p>
      <w:pPr>
        <w:pStyle w:val="ListNumber"/>
      </w:pPr>
      <w:r>
        <w:t>“JUST SEND ME A PRICE”</w:t>
      </w:r>
    </w:p>
    <w:p>
      <w:r>
        <w:t>When enough information is missing:</w:t>
      </w:r>
    </w:p>
    <w:p>
      <w:r>
        <w:t>“I can certainly send an estimate. I just want to avoid giving you a number that changes</w:t>
      </w:r>
    </w:p>
    <w:p>
      <w:r>
        <w:t>later because we didn't understand the property. I need [specific missing information], and</w:t>
      </w:r>
    </w:p>
    <w:p>
      <w:r>
        <w:t>then we can prepare the estimate.”</w:t>
      </w:r>
    </w:p>
    <w:p>
      <w:pPr>
        <w:pStyle w:val="ListNumber"/>
      </w:pPr>
      <w:r>
        <w:t>“CAN YOU COME TODAY?”</w:t>
      </w:r>
    </w:p>
    <w:p>
      <w:r>
        <w:t>If availability is unknown:</w:t>
      </w:r>
    </w:p>
    <w:p>
      <w:r>
        <w:t>“I can check our current schedule. Let me confirm what's available before promising a</w:t>
      </w:r>
    </w:p>
    <w:p>
      <w:r>
        <w:t>time.”</w:t>
      </w:r>
    </w:p>
    <w:p>
      <w:r>
        <w:t>If unavailable:</w:t>
      </w:r>
    </w:p>
    <w:p>
      <w:r>
        <w:t>“We don't currently have an opening today. The next available option is [accurate</w:t>
      </w:r>
    </w:p>
    <w:p>
      <w:r>
        <w:t>availability].”</w:t>
      </w:r>
    </w:p>
    <w:p>
      <w:pPr>
        <w:pStyle w:val="ListNumber"/>
      </w:pPr>
      <w:r>
        <w:t>“CAN YOU MATCH THIS PRICE?”</w:t>
      </w:r>
    </w:p>
    <w:p>
      <w:r>
        <w:t>Response</w:t>
      </w:r>
    </w:p>
    <w:p>
      <w:r>
        <w:t>“We price our service based on the scope and resources required to perform it. I'm happy</w:t>
      </w:r>
    </w:p>
    <w:p>
      <w:r>
        <w:t>to review our estimate with you and make sure the service is configured correctly.”</w:t>
      </w:r>
    </w:p>
    <w:p>
      <w:r>
        <w:t>Avoid automatic price matching unless that is an intentional company policy.</w:t>
      </w:r>
    </w:p>
    <w:p>
      <w:pPr>
        <w:pStyle w:val="ListNumber"/>
      </w:pPr>
      <w:r>
        <w:t>“CAN YOU DO JUST THESE ROOMS?”</w:t>
      </w:r>
    </w:p>
    <w:p>
      <w:r>
        <w:t>If offered:</w:t>
      </w:r>
    </w:p>
    <w:p>
      <w:r>
        <w:t>“We may be able to customize the scope. Let me confirm the rooms and tasks you need so</w:t>
      </w:r>
    </w:p>
    <w:p>
      <w:r>
        <w:t>we can determine the appropriate service and minimum charge.”</w:t>
      </w:r>
    </w:p>
    <w:p>
      <w:r>
        <w:t>If not offered:</w:t>
      </w:r>
    </w:p>
    <w:p>
      <w:r>
        <w:t>“Our current service is structured around [actual policy], so we wouldn't be the right fit for</w:t>
      </w:r>
    </w:p>
    <w:p>
      <w:r>
        <w:t>that particular request.”</w:t>
      </w:r>
    </w:p>
    <w:p>
      <w:pPr>
        <w:pStyle w:val="ListNumber"/>
      </w:pPr>
      <w:r>
        <w:t>“DO I HAVE TO SIGN A CONTRACT?”</w:t>
      </w:r>
    </w:p>
    <w:p>
      <w:r>
        <w:t>Answer according to the company's actual policy.</w:t>
      </w:r>
    </w:p>
    <w:p>
      <w:r>
        <w:t>Example:</w:t>
      </w:r>
    </w:p>
    <w:p>
      <w:r>
        <w:t>“Our residential recurring service [does/does not] require [agreement/commitment]. I'll send</w:t>
      </w:r>
    </w:p>
    <w:p>
      <w:r>
        <w:t>you the applicable service terms before you approve the service.”</w:t>
      </w:r>
    </w:p>
    <w:p>
      <w:r>
        <w:t>Never improvise contract terms during a sales call.</w:t>
      </w:r>
    </w:p>
    <w:p>
      <w:pPr>
        <w:pStyle w:val="ListNumber"/>
      </w:pPr>
      <w:r>
        <w:t>“WHAT IF I'M NOT HAPPY?”</w:t>
      </w:r>
    </w:p>
    <w:p>
      <w:r>
        <w:t>Answer using the actual quality policy.</w:t>
      </w:r>
    </w:p>
    <w:p>
      <w:r>
        <w:t>Example:</w:t>
      </w:r>
    </w:p>
    <w:p>
      <w:r>
        <w:t>“If something covered by the agreed service wasn't completed properly, contact us within</w:t>
      </w:r>
    </w:p>
    <w:p>
      <w:r>
        <w:t>[actual policy period] and we'll follow our service-quality process.”</w:t>
      </w:r>
    </w:p>
    <w:p>
      <w:r>
        <w:t>Do not promise refunds, guarantees, or remedies outside company policy.</w:t>
      </w:r>
    </w:p>
    <w:p>
      <w:pPr>
        <w:pStyle w:val="ListNumber"/>
      </w:pPr>
      <w:r>
        <w:t>TRUST QUESTIONS</w:t>
      </w:r>
    </w:p>
    <w:p>
      <w:r>
        <w:t>Customers may ask:</w:t>
      </w:r>
    </w:p>
    <w:p>
      <w:r>
        <w:t>“Are you insured?”</w:t>
      </w:r>
    </w:p>
    <w:p>
      <w:r>
        <w:t>“Do you background-check cleaners?”</w:t>
      </w:r>
    </w:p>
    <w:p>
      <w:r>
        <w:t>“Do you bring supplies?”</w:t>
      </w:r>
    </w:p>
    <w:p>
      <w:r>
        <w:t>“Will I have the same cleaner?”</w:t>
      </w:r>
    </w:p>
    <w:p>
      <w:r>
        <w:t>“Are your cleaners employees?”</w:t>
      </w:r>
    </w:p>
    <w:p>
      <w:r>
        <w:t>“Do I need to be home?”</w:t>
      </w:r>
    </w:p>
    <w:p>
      <w:r>
        <w:t>“Do you have a satisfaction guarantee?”</w:t>
      </w:r>
    </w:p>
    <w:p>
      <w:r>
        <w:t>Create approved company answers for each.</w:t>
      </w:r>
    </w:p>
    <w:p>
      <w:r>
        <w:t>Approved Answer Library</w:t>
      </w:r>
    </w:p>
    <w:p>
      <w:r>
        <w:t>Insurance:</w:t>
      </w:r>
    </w:p>
    <w:p>
      <w:r>
        <w:t>Background Checks:</w:t>
      </w:r>
    </w:p>
    <w:p>
      <w:r>
        <w:t>Supplies:</w:t>
      </w:r>
    </w:p>
    <w:p>
      <w:r>
        <w:t>Cleaner Assignment:</w:t>
      </w:r>
    </w:p>
    <w:p>
      <w:r>
        <w:t>Worker Relationship:</w:t>
      </w:r>
    </w:p>
    <w:p>
      <w:r>
        <w:t>Customer Presence:</w:t>
      </w:r>
    </w:p>
    <w:p>
      <w:r>
        <w:t>Quality Policy:</w:t>
      </w:r>
    </w:p>
    <w:p>
      <w:r>
        <w:t>This prevents staff from accidentally making inaccurate promises.</w:t>
      </w:r>
    </w:p>
    <w:p>
      <w:pPr>
        <w:pStyle w:val="ListNumber"/>
      </w:pPr>
      <w:r>
        <w:t>CLOSE — ESTIMATE</w:t>
      </w:r>
    </w:p>
    <w:p>
      <w:r>
        <w:t>“Based on what we've discussed, the next step is for me to send your estimate.”</w:t>
      </w:r>
    </w:p>
    <w:p>
      <w:r>
        <w:t>Confirm:</w:t>
      </w:r>
    </w:p>
    <w:p>
      <w:r>
        <w:t>Email:</w:t>
      </w:r>
    </w:p>
    <w:p>
      <w:r>
        <w:t>Phone:</w:t>
      </w:r>
    </w:p>
    <w:p>
      <w:r>
        <w:t>“Once you receive it, you'll be able to review the scope and pricing. If you have questions,</w:t>
      </w:r>
    </w:p>
    <w:p>
      <w:r>
        <w:t>just reply or contact us.”</w:t>
      </w:r>
    </w:p>
    <w:p>
      <w:pPr>
        <w:pStyle w:val="ListNumber"/>
      </w:pPr>
      <w:r>
        <w:t>CLOSE — BOOKING</w:t>
      </w:r>
    </w:p>
    <w:p>
      <w:r>
        <w:t>If the customer is ready:</w:t>
      </w:r>
    </w:p>
    <w:p>
      <w:r>
        <w:t>“Great. Let's get the service scheduled.”</w:t>
      </w:r>
    </w:p>
    <w:p>
      <w:r>
        <w:t>Confirm:</w:t>
      </w:r>
    </w:p>
    <w:p>
      <w:r>
        <w:t>Service:</w:t>
      </w:r>
    </w:p>
    <w:p>
      <w:r>
        <w:t>Date:</w:t>
      </w:r>
    </w:p>
    <w:p>
      <w:r>
        <w:t>Arrival Window:</w:t>
      </w:r>
    </w:p>
    <w:p>
      <w:r>
        <w:t>Price:</w:t>
      </w:r>
    </w:p>
    <w:p>
      <w:r>
        <w:t>Access:</w:t>
      </w:r>
    </w:p>
    <w:p>
      <w:r>
        <w:t>Special Instructions:</w:t>
      </w:r>
    </w:p>
    <w:p>
      <w:r>
        <w:t>Then follow the company's booking/payment/agreement process.</w:t>
      </w:r>
    </w:p>
    <w:p>
      <w:pPr>
        <w:pStyle w:val="ListNumber"/>
      </w:pPr>
      <w:r>
        <w:t>CLOSE — WALKTHROUGH</w:t>
      </w:r>
    </w:p>
    <w:p>
      <w:r>
        <w:t>“The next step is a walkthrough so we can assess the property and prepare an accurate</w:t>
      </w:r>
    </w:p>
    <w:p>
      <w:r>
        <w:t>proposal.”</w:t>
      </w:r>
    </w:p>
    <w:p>
      <w:r>
        <w:t>Confirm:</w:t>
      </w:r>
    </w:p>
    <w:p>
      <w:r>
        <w:t>Date:</w:t>
      </w:r>
    </w:p>
    <w:p>
      <w:r>
        <w:t>Time:</w:t>
      </w:r>
    </w:p>
    <w:p>
      <w:r>
        <w:t>Address:</w:t>
      </w:r>
    </w:p>
    <w:p>
      <w:r>
        <w:t>Who Will Attend:</w:t>
      </w:r>
    </w:p>
    <w:p>
      <w:pPr>
        <w:pStyle w:val="ListNumber"/>
      </w:pPr>
      <w:r>
        <w:t>CLOSE — NOT A FIT</w:t>
      </w:r>
    </w:p>
    <w:p>
      <w:r>
        <w:t>Not every lead should become a customer.</w:t>
      </w:r>
    </w:p>
    <w:p>
      <w:r>
        <w:t>“Based on what you're looking for, I don't think our current service is the right fit for this</w:t>
      </w:r>
    </w:p>
    <w:p>
      <w:r>
        <w:t>particular job.”</w:t>
      </w:r>
    </w:p>
    <w:p>
      <w:r>
        <w:t>Where appropriate:</w:t>
      </w:r>
    </w:p>
    <w:p>
      <w:r>
        <w:t>“Our service focuses on [Service Type], while your project requires [Different Need].”</w:t>
      </w:r>
    </w:p>
    <w:p>
      <w:r>
        <w:t>Be courteous and clear rather than accepting work the company cannot safely or profitably</w:t>
      </w:r>
    </w:p>
    <w:p>
      <w:r>
        <w:t>perform.</w:t>
      </w:r>
    </w:p>
    <w:p>
      <w:pPr>
        <w:pStyle w:val="ListNumber"/>
      </w:pPr>
      <w:r>
        <w:t>LEAD PRIORITY</w:t>
      </w:r>
    </w:p>
    <w:p>
      <w:r>
        <w:t>HIGH</w:t>
      </w:r>
    </w:p>
    <w:p>
      <w:r>
        <w:t>☐ Service area match</w:t>
      </w:r>
    </w:p>
    <w:p>
      <w:r>
        <w:t>☐ Service match</w:t>
      </w:r>
    </w:p>
    <w:p>
      <w:r>
        <w:t>☐ Clear need</w:t>
      </w:r>
    </w:p>
    <w:p>
      <w:r>
        <w:t>☐ Appropriate timing</w:t>
      </w:r>
    </w:p>
    <w:p>
      <w:r>
        <w:t>☐ Decision-maker engaged</w:t>
      </w:r>
    </w:p>
    <w:p>
      <w:r>
        <w:t>☐ Ready for estimate / walkthrough</w:t>
      </w:r>
    </w:p>
    <w:p>
      <w:r>
        <w:t>MEDIUM</w:t>
      </w:r>
    </w:p>
    <w:p>
      <w:r>
        <w:t>☐ Valid opportunity</w:t>
      </w:r>
    </w:p>
    <w:p>
      <w:r>
        <w:t>☐ Future timing</w:t>
      </w:r>
    </w:p>
    <w:p>
      <w:r>
        <w:t>☐ Needs additional information</w:t>
      </w:r>
    </w:p>
    <w:p>
      <w:r>
        <w:t>☐ Comparing options</w:t>
      </w:r>
    </w:p>
    <w:p>
      <w:r>
        <w:t>LOW / NURTURE</w:t>
      </w:r>
    </w:p>
    <w:p>
      <w:r>
        <w:t>☐ Long-term timing</w:t>
      </w:r>
    </w:p>
    <w:p>
      <w:r>
        <w:t>☐ Uncertain need</w:t>
      </w:r>
    </w:p>
    <w:p>
      <w:r>
        <w:t>☐ Not ready</w:t>
      </w:r>
    </w:p>
    <w:p>
      <w:r>
        <w:t>DISQUALIFIED</w:t>
      </w:r>
    </w:p>
    <w:p>
      <w:r>
        <w:t>☐ Outside service area</w:t>
      </w:r>
    </w:p>
    <w:p>
      <w:r>
        <w:t>☐ Unsupported service</w:t>
      </w:r>
    </w:p>
    <w:p>
      <w:r>
        <w:t>☐ Unsafe request</w:t>
      </w:r>
    </w:p>
    <w:p>
      <w:r>
        <w:t>☐ Schedule impossible</w:t>
      </w:r>
    </w:p>
    <w:p>
      <w:r>
        <w:t>☐ Other:</w:t>
      </w:r>
    </w:p>
    <w:p>
      <w:pPr>
        <w:pStyle w:val="ListNumber"/>
      </w:pPr>
      <w:r>
        <w:t>LEAD STATUS</w:t>
      </w:r>
    </w:p>
    <w:p>
      <w:r>
        <w:t>☐ New</w:t>
      </w:r>
    </w:p>
    <w:p>
      <w:r>
        <w:t>☐ Contacted</w:t>
      </w:r>
    </w:p>
    <w:p>
      <w:r>
        <w:t>☐ Qualified</w:t>
      </w:r>
    </w:p>
    <w:p>
      <w:r>
        <w:t>☐ Walkthrough Needed</w:t>
      </w:r>
    </w:p>
    <w:p>
      <w:r>
        <w:t>☐ Estimate Needed</w:t>
      </w:r>
    </w:p>
    <w:p>
      <w:r>
        <w:t>☐ Estimate Sent</w:t>
      </w:r>
    </w:p>
    <w:p>
      <w:r>
        <w:t>☐ Follow-Up</w:t>
      </w:r>
    </w:p>
    <w:p>
      <w:r>
        <w:t>☐ Won</w:t>
      </w:r>
    </w:p>
    <w:p>
      <w:r>
        <w:t>☐ Lost</w:t>
      </w:r>
    </w:p>
    <w:p>
      <w:r>
        <w:t>☐ Nurture</w:t>
      </w:r>
    </w:p>
    <w:p>
      <w:r>
        <w:t>☐ Disqualified</w:t>
      </w:r>
    </w:p>
    <w:p>
      <w:pPr>
        <w:pStyle w:val="ListNumber"/>
      </w:pPr>
      <w:r>
        <w:t>LOST REASON</w:t>
      </w:r>
    </w:p>
    <w:p>
      <w:r>
        <w:t>If the lead does not convert:</w:t>
      </w:r>
    </w:p>
    <w:p>
      <w:r>
        <w:t>☐ Price</w:t>
      </w:r>
    </w:p>
    <w:p>
      <w:r>
        <w:t>☐ Competitor</w:t>
      </w:r>
    </w:p>
    <w:p>
      <w:r>
        <w:t>☐ Timing</w:t>
      </w:r>
    </w:p>
    <w:p>
      <w:r>
        <w:t>☐ No Response</w:t>
      </w:r>
    </w:p>
    <w:p>
      <w:r>
        <w:t>☐ Outside Service Area</w:t>
      </w:r>
    </w:p>
    <w:p>
      <w:r>
        <w:t>☐ Service Not Offered</w:t>
      </w:r>
    </w:p>
    <w:p>
      <w:r>
        <w:t>☐ Schedule</w:t>
      </w:r>
    </w:p>
    <w:p>
      <w:r>
        <w:t>☐ Customer Not Ready</w:t>
      </w:r>
    </w:p>
    <w:p>
      <w:r>
        <w:t>☐ Scope / Expectations</w:t>
      </w:r>
    </w:p>
    <w:p>
      <w:r>
        <w:t>☐ Other</w:t>
      </w:r>
    </w:p>
    <w:p>
      <w:r>
        <w:t>Capture this consistently rather than writing random notes.</w:t>
      </w:r>
    </w:p>
    <w:p>
      <w:pPr>
        <w:pStyle w:val="ListNumber"/>
      </w:pPr>
      <w:r>
        <w:t>REQUIRED NEXT ACTION</w:t>
      </w:r>
    </w:p>
    <w:p>
      <w:r>
        <w:t>Every viable lead should leave the conversation with a next action.</w:t>
      </w:r>
    </w:p>
    <w:p>
      <w:r>
        <w:t>Next Action:</w:t>
      </w:r>
    </w:p>
    <w:p>
      <w:r>
        <w:t>Owner:</w:t>
      </w:r>
    </w:p>
    <w:p>
      <w:r>
        <w:t>Due Date:</w:t>
      </w:r>
    </w:p>
    <w:p>
      <w:r>
        <w:t>Follow-Up Method:</w:t>
      </w:r>
    </w:p>
    <w:p>
      <w:r>
        <w:t>A lead with no next action is easy to lose.</w:t>
      </w:r>
    </w:p>
    <w:p>
      <w:pPr>
        <w:pStyle w:val="ListNumber"/>
      </w:pPr>
      <w:r>
        <w:t>CALL NOTES</w:t>
      </w:r>
    </w:p>
    <w:p>
      <w:r>
        <w:t>Customer's Main Need</w:t>
      </w:r>
    </w:p>
    <w:p>
      <w:r>
        <w:t>Important Property Information</w:t>
      </w:r>
    </w:p>
    <w:p>
      <w:r>
        <w:t>Objections / Questions</w:t>
      </w:r>
    </w:p>
    <w:p>
      <w:r>
        <w:t>Commitments We Made</w:t>
      </w:r>
    </w:p>
    <w:p>
      <w:r>
        <w:t>Next Step</w:t>
      </w:r>
    </w:p>
    <w:p>
      <w:r>
        <w:t>Record commitments carefully. If someone tells the customer something will be included,</w:t>
      </w:r>
    </w:p>
    <w:p>
      <w:r>
        <w:t>the operations team needs to know.</w:t>
      </w:r>
    </w:p>
    <w:p>
      <w:pPr>
        <w:pStyle w:val="ListNumber"/>
      </w:pPr>
      <w:r>
        <w:t>CALL QUALITY SCORECARD</w:t>
      </w:r>
    </w:p>
    <w:p>
      <w:r>
        <w:t>For training office staff:</w:t>
      </w:r>
    </w:p>
    <w:p>
      <w:r>
        <w:t>Area</w:t>
      </w:r>
    </w:p>
    <w:p>
      <w:r>
        <w:t>Score</w:t>
      </w:r>
    </w:p>
    <w:p>
      <w:r>
        <w:t>Professional Opening</w:t>
      </w:r>
    </w:p>
    <w:p>
      <w:r>
        <w:t>/ 5</w:t>
      </w:r>
    </w:p>
    <w:p>
      <w:r>
        <w:t>Contact Information</w:t>
      </w:r>
    </w:p>
    <w:p>
      <w:r>
        <w:t>/ 5</w:t>
      </w:r>
    </w:p>
    <w:p>
      <w:r>
        <w:t>Needs Discovery</w:t>
      </w:r>
    </w:p>
    <w:p>
      <w:r>
        <w:t>/ 5</w:t>
      </w:r>
    </w:p>
    <w:p>
      <w:r>
        <w:t>Property Qualification</w:t>
      </w:r>
    </w:p>
    <w:p>
      <w:r>
        <w:t>/ 5</w:t>
      </w:r>
    </w:p>
    <w:p>
      <w:r>
        <w:t>Service Explanation</w:t>
      </w:r>
    </w:p>
    <w:p>
      <w:r>
        <w:t>/ 5</w:t>
      </w:r>
    </w:p>
    <w:p>
      <w:r>
        <w:t>Pricing Communication</w:t>
      </w:r>
    </w:p>
    <w:p>
      <w:r>
        <w:t>/ 5</w:t>
      </w:r>
    </w:p>
    <w:p>
      <w:r>
        <w:t>Objection Handling</w:t>
      </w:r>
    </w:p>
    <w:p>
      <w:r>
        <w:t>/ 5</w:t>
      </w:r>
    </w:p>
    <w:p>
      <w:r>
        <w:t>Next Step Established</w:t>
      </w:r>
    </w:p>
    <w:p>
      <w:r>
        <w:t>/ 5</w:t>
      </w:r>
    </w:p>
    <w:p>
      <w:r>
        <w:t>Accurate Notes</w:t>
      </w:r>
    </w:p>
    <w:p>
      <w:r>
        <w:t>/ 5</w:t>
      </w:r>
    </w:p>
    <w:p>
      <w:r>
        <w:t>Professional Close</w:t>
      </w:r>
    </w:p>
    <w:p>
      <w:r>
        <w:t>/ 5</w:t>
      </w:r>
    </w:p>
    <w:p>
      <w:r>
        <w:t>Total</w:t>
      </w:r>
    </w:p>
    <w:p>
      <w:r>
        <w:t>/ 50</w:t>
      </w:r>
    </w:p>
    <w:p>
      <w:r>
        <w:t>Use call-quality scoring primarily for training and process improvement rather than</w:t>
      </w:r>
    </w:p>
    <w:p>
      <w:r>
        <w:t>rewarding employees for aggressive sales behavior.</w:t>
      </w:r>
    </w:p>
    <w:p>
      <w:pPr>
        <w:pStyle w:val="ListNumber"/>
      </w:pPr>
      <w:r>
        <w:t>SALES METRICS</w:t>
      </w:r>
    </w:p>
    <w:p>
      <w:r>
        <w:t>Track:</w:t>
      </w:r>
    </w:p>
    <w:p>
      <w:r>
        <w:t>Inbound Leads:</w:t>
      </w:r>
    </w:p>
    <w:p>
      <w:r>
        <w:t>Leads Contacted:</w:t>
      </w:r>
    </w:p>
    <w:p>
      <w:r>
        <w:t>Qualified Leads:</w:t>
      </w:r>
    </w:p>
    <w:p>
      <w:r>
        <w:t>Estimates Sent:</w:t>
      </w:r>
    </w:p>
    <w:p>
      <w:r>
        <w:t>Walkthroughs Scheduled:</w:t>
      </w:r>
    </w:p>
    <w:p>
      <w:r>
        <w:t>Customers Won:</w:t>
      </w:r>
    </w:p>
    <w:p>
      <w:r>
        <w:t>Revenue Won: $</w:t>
      </w:r>
    </w:p>
    <w:p>
      <w:r>
        <w:t>Contact Rate</w:t>
      </w:r>
    </w:p>
    <w:p>
      <w:r>
        <w:t>Contacted ÷ Inbound Leads</w:t>
      </w:r>
    </w:p>
    <w:p>
      <w:r>
        <w:t>%</w:t>
      </w:r>
    </w:p>
    <w:p>
      <w:r>
        <w:t>Qualification Rate</w:t>
      </w:r>
    </w:p>
    <w:p>
      <w:r>
        <w:t>Qualified ÷ Contacted</w:t>
      </w:r>
    </w:p>
    <w:p>
      <w:r>
        <w:t>%</w:t>
      </w:r>
    </w:p>
    <w:p>
      <w:r>
        <w:t>Estimate Rate</w:t>
      </w:r>
    </w:p>
    <w:p>
      <w:r>
        <w:t>Estimates ÷ Qualified Leads</w:t>
      </w:r>
    </w:p>
    <w:p>
      <w:r>
        <w:t>%</w:t>
      </w:r>
    </w:p>
    <w:p>
      <w:r>
        <w:t>Close Rate</w:t>
      </w:r>
    </w:p>
    <w:p>
      <w:r>
        <w:t>Customers Won ÷ Qualified Leads</w:t>
      </w:r>
    </w:p>
    <w:p>
      <w:r>
        <w:t>%</w:t>
      </w:r>
    </w:p>
    <w:p>
      <w:pPr>
        <w:pStyle w:val="ListNumber"/>
      </w:pPr>
      <w:r>
        <w:t>RESPONSE-TIME TRACKING</w:t>
      </w:r>
    </w:p>
    <w:p>
      <w:r>
        <w:t>Lead Received:</w:t>
      </w:r>
    </w:p>
    <w:p>
      <w:r>
        <w:t>First Response:</w:t>
      </w:r>
    </w:p>
    <w:p>
      <w:r>
        <w:t>Response Time:</w:t>
      </w:r>
    </w:p>
    <w:p>
      <w:r>
        <w:t>Tracking this can help identify whether otherwise-good leads are being lost because</w:t>
      </w:r>
    </w:p>
    <w:p>
      <w:r>
        <w:t>nobody responds promptly.</w:t>
      </w:r>
    </w:p>
    <w:p>
      <w:pPr>
        <w:pStyle w:val="ListNumber"/>
      </w:pPr>
      <w:r>
        <w:t>CALL SCRIPT CUSTOMIZATION</w:t>
      </w:r>
    </w:p>
    <w:p>
      <w:r>
        <w:t>Before giving this script to staff, document approved company answers for:</w:t>
      </w:r>
    </w:p>
    <w:p>
      <w:r>
        <w:t>☐ Service area</w:t>
      </w:r>
    </w:p>
    <w:p>
      <w:r>
        <w:t>☐ Minimum charge</w:t>
      </w:r>
    </w:p>
    <w:p>
      <w:r>
        <w:t>☐ Cleaning frequencies</w:t>
      </w:r>
    </w:p>
    <w:p>
      <w:r>
        <w:t>☐ Service definitions</w:t>
      </w:r>
    </w:p>
    <w:p>
      <w:r>
        <w:t>☐ Add-ons</w:t>
      </w:r>
    </w:p>
    <w:p>
      <w:r>
        <w:t>☐ Pricing process</w:t>
      </w:r>
    </w:p>
    <w:p>
      <w:r>
        <w:t>☐ Same-day requests</w:t>
      </w:r>
    </w:p>
    <w:p>
      <w:r>
        <w:t>☐ Availability</w:t>
      </w:r>
    </w:p>
    <w:p>
      <w:r>
        <w:t>☐ Cancellation policy</w:t>
      </w:r>
    </w:p>
    <w:p>
      <w:r>
        <w:t>☐ Payment policy</w:t>
      </w:r>
    </w:p>
    <w:p>
      <w:r>
        <w:t>☐ Access policy</w:t>
      </w:r>
    </w:p>
    <w:p>
      <w:r>
        <w:t>☐ Pet policy</w:t>
      </w:r>
    </w:p>
    <w:p>
      <w:r>
        <w:t>☐ Quality / reclean policy</w:t>
      </w:r>
    </w:p>
    <w:p>
      <w:r>
        <w:t>☐ Insurance</w:t>
      </w:r>
    </w:p>
    <w:p>
      <w:r>
        <w:t>☐ Background checks</w:t>
      </w:r>
    </w:p>
    <w:p>
      <w:r>
        <w:t>☐ Supplies</w:t>
      </w:r>
    </w:p>
    <w:p>
      <w:r>
        <w:t>☐ Commercial walkthroughs</w:t>
      </w:r>
    </w:p>
    <w:p>
      <w:r>
        <w:t>☐ Services you do not perform</w:t>
      </w:r>
    </w:p>
    <w:p>
      <w:pPr>
        <w:pStyle w:val="ListNumber"/>
      </w:pPr>
      <w:r>
        <w:t>PRIVACY &amp; PAYMENT INFORMATION</w:t>
      </w:r>
    </w:p>
    <w:p>
      <w:r>
        <w:t>Do not use ordinary sales-call notes to store unnecessary sensitive information such as:</w:t>
      </w:r>
    </w:p>
    <w:p>
      <w:r>
        <w:t>Payment card numbers</w:t>
      </w:r>
    </w:p>
    <w:p>
      <w:r>
        <w:t>Bank information</w:t>
      </w:r>
    </w:p>
    <w:p>
      <w:r>
        <w:t>Passwords</w:t>
      </w:r>
    </w:p>
    <w:p>
      <w:r>
        <w:t>Full alarm credentials</w:t>
      </w:r>
    </w:p>
    <w:p>
      <w:r>
        <w:t>Government identification numbers</w:t>
      </w:r>
    </w:p>
    <w:p>
      <w:r>
        <w:t>Use appropriate systems and processes for sensitive information.</w:t>
      </w:r>
    </w:p>
    <w:p>
      <w:pPr>
        <w:pStyle w:val="ListNumber"/>
      </w:pPr>
      <w:r>
        <w:t>RECORDING NOTICE</w:t>
      </w:r>
    </w:p>
    <w:p>
      <w:r>
        <w:t>If calls are recorded, transcription or AI analysis is used, determine what consent,</w:t>
      </w:r>
    </w:p>
    <w:p>
      <w:r>
        <w:t>notification, retention, privacy, employee, and other requirements apply to your business</w:t>
      </w:r>
    </w:p>
    <w:p>
      <w:r>
        <w:t>and jurisdictions.</w:t>
      </w:r>
    </w:p>
    <w:p>
      <w:r>
        <w:t>Call-recording requirements can vary significantly.</w:t>
      </w:r>
    </w:p>
    <w:p>
      <w:pPr>
        <w:pStyle w:val="ListNumber"/>
      </w:pPr>
      <w:r>
        <w:t>COMMUNICATION NOTICE</w:t>
      </w:r>
    </w:p>
    <w:p>
      <w:r>
        <w:t>Telephone, SMS, email, automated follow-up, marketing, and sales communications may</w:t>
      </w:r>
    </w:p>
    <w:p>
      <w:r>
        <w:t>be subject to consent, identification, opt-out, telemarketing, privacy, and other</w:t>
      </w:r>
    </w:p>
    <w:p>
      <w:r>
        <w:t>requirements.</w:t>
      </w:r>
    </w:p>
    <w:p>
      <w:r>
        <w:t>A customer making an inquiry does not necessarily authorize every type of future</w:t>
      </w:r>
    </w:p>
    <w:p>
      <w:r>
        <w:t>marketing communication.</w:t>
      </w:r>
    </w:p>
    <w:p>
      <w:r>
        <w:t>TEMPLATE NOTICE</w:t>
      </w:r>
    </w:p>
    <w:p>
      <w:r>
        <w:t>This template is a general sales and operations resource and is not legal, privacy,</w:t>
      </w:r>
    </w:p>
    <w:p>
      <w:r>
        <w:t>employment, telemarketing, or communications-compliance advice.</w:t>
      </w:r>
    </w:p>
    <w:p>
      <w:r>
        <w:t>Customize scripts so employees provide accurate information about your actual services,</w:t>
      </w:r>
    </w:p>
    <w:p>
      <w:r>
        <w:t>prices, policies, qualifications, and availability.</w:t>
      </w:r>
    </w:p>
    <w:p>
      <w:r>
        <w:t>Template Version: 1.0</w:t>
      </w:r>
    </w:p>
    <w:p>
      <w:r>
        <w:t>Updated: September 2026</w:t>
      </w:r>
    </w:p>
    <w:p>
      <w:r>
        <w:t>Template ID: TPL-MKT-009</w:t>
      </w:r>
    </w:p>
    <w:p>
      <w:r>
        <w:t>Provided by TidyOps</w:t>
      </w:r>
    </w:p>
    <w:p>
      <w:r>
        <w:t>For the library metadata:</w:t>
      </w:r>
    </w:p>
    <w:p>
      <w:r>
        <w:t>Template ID: TPL-MKT-009</w:t>
      </w:r>
    </w:p>
    <w:p>
      <w:r>
        <w:t>Slug: cleaning-sales-call-script</w:t>
      </w:r>
    </w:p>
    <w:p>
      <w:r>
        <w:t>SEO Title: Cleaning Sales Call Script | Free Lead Qualification Template</w:t>
      </w:r>
    </w:p>
    <w:p>
      <w:r>
        <w:t>Meta Description: Download a free cleaning sales call script and lead qualification</w:t>
      </w:r>
    </w:p>
    <w:p>
      <w:r>
        <w:t>Category: Sales &amp; Marketing</w:t>
      </w:r>
    </w:p>
    <w:p>
      <w:r>
        <w:t>Formats: DOCX, PDF, Copyable Web Template</w:t>
      </w:r>
    </w:p>
    <w:p>
      <w:r>
        <w:t>Version: 1.0</w:t>
      </w:r>
    </w:p>
    <w:p>
      <w:r>
        <w:t>This one has a particularly important product implication for TidyOps. The eventual lead</w:t>
      </w:r>
    </w:p>
    <w:p>
      <w:r>
        <w:t>screen should guide the salesperson dynamically rather than display a giant static</w:t>
      </w:r>
    </w:p>
    <w:p>
      <w:r>
        <w:t>form. If the caller says “move-out,” TidyOps asks move-out questions; if they say</w:t>
      </w:r>
    </w:p>
    <w:p>
      <w:r>
        <w:t>“commercial,” it switches to facility qualification; if they mention recurring service, it</w:t>
      </w:r>
    </w:p>
    <w:p>
      <w:r>
        <w:t>presents frequency options.</w:t>
      </w:r>
    </w:p>
    <w:p>
      <w:r>
        <w:t>That same structured conversation can then create the customer/property record,</w:t>
      </w:r>
    </w:p>
    <w:p>
      <w:r>
        <w:t>recommend the appropriate service, prepare the estimate inputs, schedule a walkthrough</w:t>
      </w:r>
    </w:p>
    <w:p>
      <w:r>
        <w:t>when required, and create the follow-up task. It also lays excellent groundwork for the</w:t>
      </w:r>
    </w:p>
    <w:p>
      <w:r>
        <w:t>future AI receptionist: the receptionist should operate from the same qualification rules</w:t>
      </w:r>
    </w:p>
    <w:p>
      <w:r>
        <w:t>and approved-answer library as human staff, rather than having a separate sales</w:t>
      </w:r>
    </w:p>
    <w:p>
      <w:r>
        <w:t>process.</w:t>
      </w:r>
    </w:p>
    <w:p>
      <w:r>
        <w:t>Updated: 2026-09</w:t>
      </w:r>
    </w:p>
    <w:p>
      <w:r>
        <w:t>Legal Review Flag: Privacy / call recording / communications disclaimer</w:t>
      </w:r>
    </w:p>
    <w:p>
      <w:r>
        <w:t>Primary CTA: Manage Cleaning Leads &amp; Sales with TidyOps</w:t>
      </w:r>
    </w:p>
    <w:p>
      <w:r>
        <w:t>Product Route: Leads / Customers / Estimates / Follow-Ups / Reporting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