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Cleaning Service Flyer Template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r>
        <w:t>marketing need than the copy libraries: a practical one-page flyer a cleaning company can</w:t>
      </w:r>
    </w:p>
    <w:p>
      <w:r>
        <w:t>customize for neighborhood marketing, community boards, local partnerships, leave-</w:t>
      </w:r>
    </w:p>
    <w:p>
      <w:r>
        <w:t>behinds, and digital distribution.</w:t>
      </w:r>
    </w:p>
    <w:p>
      <w:r>
        <w:t>The key is to make the copy conversion-focused rather than stuffing the flyer with every</w:t>
      </w:r>
    </w:p>
    <w:p>
      <w:r>
        <w:t>service the company offers.</w:t>
      </w:r>
    </w:p>
    <w:p>
      <w:r>
        <w:t>Template ID: TPL-MKT-006</w:t>
      </w:r>
    </w:p>
    <w:p>
      <w:r>
        <w:t>Version: 1.0</w:t>
      </w:r>
    </w:p>
    <w:p>
      <w:r>
        <w:t>Updated: September 2026</w:t>
      </w:r>
    </w:p>
    <w:p>
      <w:r>
        <w:t>Provided by TidyOps</w:t>
      </w:r>
    </w:p>
    <w:p>
      <w:r>
        <w:t>PRIMARY RESIDENTIAL CLEANING FLYER</w:t>
      </w:r>
    </w:p>
    <w:p>
      <w:r>
        <w:t>NEED A CLEANER HOME WITHOUT GIVING UP YOUR FREE TIME?</w:t>
      </w:r>
    </w:p>
    <w:p>
      <w:r>
        <w:t>Professional Cleaning from [Company Name]</w:t>
      </w:r>
    </w:p>
    <w:p>
      <w:r>
        <w:t>Spend less time cleaning and more time doing what matters to you.</w:t>
      </w:r>
    </w:p>
    <w:p>
      <w:r>
        <w:t>We provide dependable professional cleaning for homes in [Service Area].</w:t>
      </w:r>
    </w:p>
    <w:p>
      <w:r>
        <w:t>OUR CLEANING SERVICES</w:t>
      </w:r>
    </w:p>
    <w:p>
      <w:r>
        <w:t>✓ Recurring House Cleaning</w:t>
      </w:r>
    </w:p>
    <w:p>
      <w:r>
        <w:t>✓ Deep Cleaning</w:t>
      </w:r>
    </w:p>
    <w:p>
      <w:r>
        <w:t>✓ Move-In Cleaning</w:t>
      </w:r>
    </w:p>
    <w:p>
      <w:r>
        <w:t>✓ Move-Out Cleaning</w:t>
      </w:r>
    </w:p>
    <w:p>
      <w:r>
        <w:t>✓ [Additional Service]</w:t>
      </w:r>
    </w:p>
    <w:p>
      <w:r>
        <w:t>✓ [Additional Service]</w:t>
      </w:r>
    </w:p>
    <w:p>
      <w:r>
        <w:t>RECURRING CLEANING OPTIONS</w:t>
      </w:r>
    </w:p>
    <w:p>
      <w:r>
        <w:t>Weekly</w:t>
      </w:r>
    </w:p>
    <w:p>
      <w:r>
        <w:t>Every Two Weeks</w:t>
      </w:r>
    </w:p>
    <w:p>
      <w:r>
        <w:t>Every Four Weeks</w:t>
      </w:r>
    </w:p>
    <w:p>
      <w:r>
        <w:t>[Other Available Frequency]</w:t>
      </w:r>
    </w:p>
    <w:p>
      <w:r>
        <w:t>WHY CHOOSE [COMPANY NAME]?</w:t>
      </w:r>
    </w:p>
    <w:p>
      <w:r>
        <w:t>✓ [Benefit / Differentiator]</w:t>
      </w:r>
    </w:p>
    <w:p>
      <w:r>
        <w:t>✓ [Benefit / Differentiator]</w:t>
      </w:r>
    </w:p>
    <w:p>
      <w:r>
        <w:t>✓ [Benefit / Differentiator]</w:t>
      </w:r>
    </w:p>
    <w:p>
      <w:r>
        <w:t>✓ [Benefit / Differentiator]</w:t>
      </w:r>
    </w:p>
    <w:p>
      <w:r>
        <w:t>Use specific, supportable differentiators.</w:t>
      </w:r>
    </w:p>
    <w:p>
      <w:r>
        <w:t>Examples might include:</w:t>
      </w:r>
    </w:p>
    <w:p>
      <w:r>
        <w:t>Insured cleaning company</w:t>
      </w:r>
    </w:p>
    <w:p>
      <w:r>
        <w:t>Trained cleaning team</w:t>
      </w:r>
    </w:p>
    <w:p>
      <w:r>
        <w:t>Detailed cleaning checklists</w:t>
      </w:r>
    </w:p>
    <w:p>
      <w:r>
        <w:t>Easy online estimates</w:t>
      </w:r>
    </w:p>
    <w:p>
      <w:r>
        <w:t>Quality inspections</w:t>
      </w:r>
    </w:p>
    <w:p>
      <w:r>
        <w:t>Locally owned</w:t>
      </w:r>
    </w:p>
    <w:p>
      <w:r>
        <w:t>Only use claims that accurately describe the business.</w:t>
      </w:r>
    </w:p>
    <w:p>
      <w:r>
        <w:t>READY FOR A CLEANER HOME?</w:t>
      </w:r>
    </w:p>
    <w:p>
      <w:r>
        <w:t>Get Your Cleaning Estimate</w:t>
      </w:r>
    </w:p>
    <w:p>
      <w:r>
        <w:t>Scan Here</w:t>
      </w:r>
    </w:p>
    <w:p>
      <w:r>
        <w:t>[QR CODE]</w:t>
      </w:r>
    </w:p>
    <w:p>
      <w:r>
        <w:t>[Website / Estimate URL]</w:t>
      </w:r>
    </w:p>
    <w:p>
      <w:r>
        <w:t>Call or Text: [Phone Number]</w:t>
      </w:r>
    </w:p>
    <w:p>
      <w:r>
        <w:t>Email: [Email Address]</w:t>
      </w:r>
    </w:p>
    <w:p>
      <w:r>
        <w:t>Serving:</w:t>
      </w:r>
    </w:p>
    <w:p>
      <w:r>
        <w:t>[City] • [City] • [Neighborhood] • [Service Area]</w:t>
      </w:r>
    </w:p>
    <w:p>
      <w:r>
        <w:t>ALTERNATE HEADLINES</w:t>
      </w:r>
    </w:p>
    <w:p>
      <w:r>
        <w:t>Test different headlines rather than redesigning the entire flyer.</w:t>
      </w:r>
    </w:p>
    <w:p>
      <w:r>
        <w:t>Convenience</w:t>
      </w:r>
    </w:p>
    <w:p>
      <w:r>
        <w:t>LET US HANDLE THE CLEANING</w:t>
      </w:r>
    </w:p>
    <w:p>
      <w:r>
        <w:t>Spend your free time doing something other than scrubbing bathrooms.</w:t>
      </w:r>
    </w:p>
    <w:p>
      <w:r>
        <w:t>Benefit</w:t>
      </w:r>
    </w:p>
    <w:p>
      <w:r>
        <w:t>COME HOME TO CLEAN</w:t>
      </w:r>
    </w:p>
    <w:p>
      <w:r>
        <w:t>Professional house cleaning in [City].</w:t>
      </w:r>
    </w:p>
    <w:p>
      <w:r>
        <w:t>Time</w:t>
      </w:r>
    </w:p>
    <w:p>
      <w:r>
        <w:t>GET YOUR WEEKEND BACK</w:t>
      </w:r>
    </w:p>
    <w:p>
      <w:r>
        <w:t>Recurring home cleaning from [Company Name].</w:t>
      </w:r>
    </w:p>
    <w:p>
      <w:r>
        <w:t>Simple</w:t>
      </w:r>
    </w:p>
    <w:p>
      <w:r>
        <w:t>LOOKING FOR A HOUSE CLEANER?</w:t>
      </w:r>
    </w:p>
    <w:p>
      <w:r>
        <w:t>Professional cleaning available in [Service Area].</w:t>
      </w:r>
    </w:p>
    <w:p>
      <w:r>
        <w:t>Local</w:t>
      </w:r>
    </w:p>
    <w:p>
      <w:r>
        <w:t>PROFESSIONAL HOUSE CLEANING IN [CITY]</w:t>
      </w:r>
    </w:p>
    <w:p>
      <w:r>
        <w:t>Request your cleaning estimate today.</w:t>
      </w:r>
    </w:p>
    <w:p>
      <w:r>
        <w:t>DEEP CLEANING FLYER</w:t>
      </w:r>
    </w:p>
    <w:p>
      <w:r>
        <w:t>DOES YOUR HOME NEED A RESET?</w:t>
      </w:r>
    </w:p>
    <w:p>
      <w:r>
        <w:t>Deep Cleaning from [Company Name]</w:t>
      </w:r>
    </w:p>
    <w:p>
      <w:r>
        <w:t>Our deep cleaning service is designed for homes that need more detailed attention than a</w:t>
      </w:r>
    </w:p>
    <w:p>
      <w:r>
        <w:t>routine maintenance clean.</w:t>
      </w:r>
    </w:p>
    <w:p>
      <w:r>
        <w:t>DEEP CLEANING MAY INCLUDE</w:t>
      </w:r>
    </w:p>
    <w:p>
      <w:r>
        <w:t>✓ Baseboards</w:t>
      </w:r>
    </w:p>
    <w:p>
      <w:r>
        <w:t>✓ Doors and frames</w:t>
      </w:r>
    </w:p>
    <w:p>
      <w:r>
        <w:t>✓ Detailed kitchen cleaning</w:t>
      </w:r>
    </w:p>
    <w:p>
      <w:r>
        <w:t>✓ Detailed bathroom cleaning</w:t>
      </w:r>
    </w:p>
    <w:p>
      <w:r>
        <w:t>✓ Cabinet fronts</w:t>
      </w:r>
    </w:p>
    <w:p>
      <w:r>
        <w:t>✓ Fixtures</w:t>
      </w:r>
    </w:p>
    <w:p>
      <w:r>
        <w:t>✓ Detailed dusting</w:t>
      </w:r>
    </w:p>
    <w:p>
      <w:r>
        <w:t>✓ Floors</w:t>
      </w:r>
    </w:p>
    <w:p>
      <w:r>
        <w:t>✓ [Company-Specific Task]</w:t>
      </w:r>
    </w:p>
    <w:p>
      <w:r>
        <w:t>Exact scope varies by company and property.</w:t>
      </w:r>
    </w:p>
    <w:p>
      <w:r>
        <w:t>REQUEST A DEEP CLEANING ESTIMATE</w:t>
      </w:r>
    </w:p>
    <w:p>
      <w:r>
        <w:t>[QR CODE]</w:t>
      </w:r>
    </w:p>
    <w:p>
      <w:r>
        <w:t>[Estimate URL]</w:t>
      </w:r>
    </w:p>
    <w:p>
      <w:r>
        <w:t>[Phone]</w:t>
      </w:r>
    </w:p>
    <w:p>
      <w:r>
        <w:t>Serving [Service Area]</w:t>
      </w:r>
    </w:p>
    <w:p>
      <w:r>
        <w:t>MOVE-OUT CLEANING FLYER</w:t>
      </w:r>
    </w:p>
    <w:p>
      <w:r>
        <w:t>MOVING?</w:t>
      </w:r>
    </w:p>
    <w:p>
      <w:r>
        <w:t>LET US HANDLE THE CLEANING.</w:t>
      </w:r>
    </w:p>
    <w:p>
      <w:r>
        <w:t>Moving already gives you enough to do.</w:t>
      </w:r>
    </w:p>
    <w:p>
      <w:r>
        <w:t>[Company Name] provides professional move-out cleaning for:</w:t>
      </w:r>
    </w:p>
    <w:p>
      <w:r>
        <w:t>✓ Renters</w:t>
      </w:r>
    </w:p>
    <w:p>
      <w:r>
        <w:t>✓ Homeowners</w:t>
      </w:r>
    </w:p>
    <w:p>
      <w:r>
        <w:t>✓ Landlords</w:t>
      </w:r>
    </w:p>
    <w:p>
      <w:r>
        <w:t>✓ Realtors</w:t>
      </w:r>
    </w:p>
    <w:p>
      <w:r>
        <w:t>✓ Property Managers</w:t>
      </w:r>
    </w:p>
    <w:p>
      <w:r>
        <w:t>SERVICE MAY INCLUDE</w:t>
      </w:r>
    </w:p>
    <w:p>
      <w:r>
        <w:t>✓ Kitchen cleaning</w:t>
      </w:r>
    </w:p>
    <w:p>
      <w:r>
        <w:t>✓ Appliance cleaning</w:t>
      </w:r>
    </w:p>
    <w:p>
      <w:r>
        <w:t>✓ Cabinets and drawers</w:t>
      </w:r>
    </w:p>
    <w:p>
      <w:r>
        <w:t>✓ Bathrooms</w:t>
      </w:r>
    </w:p>
    <w:p>
      <w:r>
        <w:t>✓ Closets</w:t>
      </w:r>
    </w:p>
    <w:p>
      <w:r>
        <w:t>✓ Floors</w:t>
      </w:r>
    </w:p>
    <w:p>
      <w:r>
        <w:t>✓ Baseboards</w:t>
      </w:r>
    </w:p>
    <w:p>
      <w:r>
        <w:t>✓ Final property cleaning</w:t>
      </w:r>
    </w:p>
    <w:p>
      <w:r>
        <w:t>[QR CODE]</w:t>
      </w:r>
    </w:p>
    <w:p>
      <w:r>
        <w:t>GET A MOVE-OUT CLEANING QUOTE</w:t>
      </w:r>
    </w:p>
    <w:p>
      <w:r>
        <w:t>[Website]</w:t>
      </w:r>
    </w:p>
    <w:p>
      <w:r>
        <w:t>[Phone]</w:t>
      </w:r>
    </w:p>
    <w:p>
      <w:r>
        <w:t>MOVE-IN CLEANING FLYER</w:t>
      </w:r>
    </w:p>
    <w:p>
      <w:r>
        <w:t>START FRESH IN YOUR NEW HOME</w:t>
      </w:r>
    </w:p>
    <w:p>
      <w:r>
        <w:t>Before the boxes arrive, let [Company Name] help prepare your new space.</w:t>
      </w:r>
    </w:p>
    <w:p>
      <w:r>
        <w:t>MOVE-IN CLEANING</w:t>
      </w:r>
    </w:p>
    <w:p>
      <w:r>
        <w:t>✓ Kitchen</w:t>
      </w:r>
    </w:p>
    <w:p>
      <w:r>
        <w:t>✓ Bathrooms</w:t>
      </w:r>
    </w:p>
    <w:p>
      <w:r>
        <w:t>✓ Cabinets</w:t>
      </w:r>
    </w:p>
    <w:p>
      <w:r>
        <w:t>✓ Closets</w:t>
      </w:r>
    </w:p>
    <w:p>
      <w:r>
        <w:t>✓ Floors</w:t>
      </w:r>
    </w:p>
    <w:p>
      <w:r>
        <w:t>✓ Interior surfaces</w:t>
      </w:r>
    </w:p>
    <w:p>
      <w:r>
        <w:t>✓ [Additional Scope]</w:t>
      </w:r>
    </w:p>
    <w:p>
      <w:r>
        <w:t>CHECK AVAILABILITY</w:t>
      </w:r>
    </w:p>
    <w:p>
      <w:r>
        <w:t>[QR CODE]</w:t>
      </w:r>
    </w:p>
    <w:p>
      <w:r>
        <w:t>[Website]</w:t>
      </w:r>
    </w:p>
    <w:p>
      <w:r>
        <w:t>[Phone]</w:t>
      </w:r>
    </w:p>
    <w:p>
      <w:r>
        <w:t>RECURRING CLEANING FLYER</w:t>
      </w:r>
    </w:p>
    <w:p>
      <w:r>
        <w:t>STOP SPENDING YOUR WEEKEND CLEANING</w:t>
      </w:r>
    </w:p>
    <w:p>
      <w:r>
        <w:t>Recurring Cleaning from [Company Name]</w:t>
      </w:r>
    </w:p>
    <w:p>
      <w:r>
        <w:t>Choose a schedule that works for your household.</w:t>
      </w:r>
    </w:p>
    <w:p>
      <w:r>
        <w:t>Weekly Cleaning</w:t>
      </w:r>
    </w:p>
    <w:p>
      <w:r>
        <w:t>[Short benefit]</w:t>
      </w:r>
    </w:p>
    <w:p>
      <w:r>
        <w:t>Every-Two-Week Cleaning</w:t>
      </w:r>
    </w:p>
    <w:p>
      <w:r>
        <w:t>[Short benefit]</w:t>
      </w:r>
    </w:p>
    <w:p>
      <w:r>
        <w:t>Every-Four-Week Cleaning</w:t>
      </w:r>
    </w:p>
    <w:p>
      <w:r>
        <w:t>[Short benefit]</w:t>
      </w:r>
    </w:p>
    <w:p>
      <w:r>
        <w:t>GET STARTED</w:t>
      </w:r>
    </w:p>
    <w:p>
      <w:r>
        <w:t>Request an estimate:</w:t>
      </w:r>
    </w:p>
    <w:p>
      <w:r>
        <w:t>[QR CODE]</w:t>
      </w:r>
    </w:p>
    <w:p>
      <w:r>
        <w:t>[Website]</w:t>
      </w:r>
    </w:p>
    <w:p>
      <w:r>
        <w:t>[Phone]</w:t>
      </w:r>
    </w:p>
    <w:p>
      <w:r>
        <w:t>NEW-CUSTOMER OFFER FLYER</w:t>
      </w:r>
    </w:p>
    <w:p>
      <w:r>
        <w:t>TRY [COMPANY NAME]</w:t>
      </w:r>
    </w:p>
    <w:p>
      <w:r>
        <w:t>[OFFER]</w:t>
      </w:r>
    </w:p>
    <w:p>
      <w:r>
        <w:t>For new qualifying customers:</w:t>
      </w:r>
    </w:p>
    <w:p>
      <w:r>
        <w:t>[Example: $ Off Your First Eligible Cleaning]</w:t>
      </w:r>
    </w:p>
    <w:p>
      <w:r>
        <w:t>or</w:t>
      </w:r>
    </w:p>
    <w:p>
      <w:r>
        <w:t>[Example: % Off Qualifying Service]</w:t>
      </w:r>
    </w:p>
    <w:p>
      <w:r>
        <w:t>Offer Details</w:t>
      </w:r>
    </w:p>
    <w:p>
      <w:r>
        <w:t>Valid through: [Date]</w:t>
      </w:r>
    </w:p>
    <w:p>
      <w:r>
        <w:t>Eligible service: [Service]</w:t>
      </w:r>
    </w:p>
    <w:p>
      <w:r>
        <w:t>Minimum purchase: [Amount, if applicable]</w:t>
      </w:r>
    </w:p>
    <w:p>
      <w:r>
        <w:t>Other material conditions:</w:t>
      </w:r>
    </w:p>
    <w:p>
      <w:r>
        <w:t>[Terms]</w:t>
      </w:r>
    </w:p>
    <w:p>
      <w:r>
        <w:t>REQUEST AN ESTIMATE</w:t>
      </w:r>
    </w:p>
    <w:p>
      <w:r>
        <w:t>[QR CODE]</w:t>
      </w:r>
    </w:p>
    <w:p>
      <w:r>
        <w:t>[Website]</w:t>
      </w:r>
    </w:p>
    <w:p>
      <w:r>
        <w:t>[Phone]</w:t>
      </w:r>
    </w:p>
    <w:p>
      <w:r>
        <w:t>Do not display a promotion without making material eligibility conditions reasonably clear.</w:t>
      </w:r>
    </w:p>
    <w:p>
      <w:r>
        <w:t>NEIGHBORHOOD FLYER</w:t>
      </w:r>
    </w:p>
    <w:p>
      <w:r>
        <w:t>WE'RE CLEANING HOMES IN YOUR AREA</w:t>
      </w:r>
    </w:p>
    <w:p>
      <w:r>
        <w:t>[Company Name] provides professional house cleaning in [Neighborhood / City].</w:t>
      </w:r>
    </w:p>
    <w:p>
      <w:r>
        <w:t>SERVICES</w:t>
      </w:r>
    </w:p>
    <w:p>
      <w:r>
        <w:t>✓ Recurring Cleaning</w:t>
      </w:r>
    </w:p>
    <w:p>
      <w:r>
        <w:t>✓ Deep Cleaning</w:t>
      </w:r>
    </w:p>
    <w:p>
      <w:r>
        <w:t>✓ Move-In / Move-Out Cleaning</w:t>
      </w:r>
    </w:p>
    <w:p>
      <w:r>
        <w:t>✓ [Service]</w:t>
      </w:r>
    </w:p>
    <w:p>
      <w:r>
        <w:t>NEED HELP WITH YOUR HOME?</w:t>
      </w:r>
    </w:p>
    <w:p>
      <w:r>
        <w:t>Request an estimate:</w:t>
      </w:r>
    </w:p>
    <w:p>
      <w:r>
        <w:t>[QR CODE]</w:t>
      </w:r>
    </w:p>
    <w:p>
      <w:r>
        <w:t>[Website]</w:t>
      </w:r>
    </w:p>
    <w:p>
      <w:r>
        <w:t>[Phone]</w:t>
      </w:r>
    </w:p>
    <w:p>
      <w:r>
        <w:t>Locally serving [Area]</w:t>
      </w:r>
    </w:p>
    <w:p>
      <w:r>
        <w:t>Avoid implying that specific neighbors are customers unless you have appropriate</w:t>
      </w:r>
    </w:p>
    <w:p>
      <w:r>
        <w:t>permission.</w:t>
      </w:r>
    </w:p>
    <w:p>
      <w:r>
        <w:t>APARTMENT / CONDO FLYER</w:t>
      </w:r>
    </w:p>
    <w:p>
      <w:r>
        <w:t>CLEANING FOR YOUR APARTMENT OR CONDO</w:t>
      </w:r>
    </w:p>
    <w:p>
      <w:r>
        <w:t>Professional cleaning without giving up your day.</w:t>
      </w:r>
    </w:p>
    <w:p>
      <w:r>
        <w:t>AVAILABLE SERVICES</w:t>
      </w:r>
    </w:p>
    <w:p>
      <w:r>
        <w:t>✓ Routine Cleaning</w:t>
      </w:r>
    </w:p>
    <w:p>
      <w:r>
        <w:t>✓ Deep Cleaning</w:t>
      </w:r>
    </w:p>
    <w:p>
      <w:r>
        <w:t>✓ Move-In Cleaning</w:t>
      </w:r>
    </w:p>
    <w:p>
      <w:r>
        <w:t>✓ Move-Out Cleaning</w:t>
      </w:r>
    </w:p>
    <w:p>
      <w:r>
        <w:t>Serving apartments and condos in:</w:t>
      </w:r>
    </w:p>
    <w:p>
      <w:r>
        <w:t>[Area / Building Area]</w:t>
      </w:r>
    </w:p>
    <w:p>
      <w:r>
        <w:t>REQUEST AN ESTIMATE</w:t>
      </w:r>
    </w:p>
    <w:p>
      <w:r>
        <w:t>[QR CODE]</w:t>
      </w:r>
    </w:p>
    <w:p>
      <w:r>
        <w:t>[Website]</w:t>
      </w:r>
    </w:p>
    <w:p>
      <w:r>
        <w:t>[Phone]</w:t>
      </w:r>
    </w:p>
    <w:p>
      <w:r>
        <w:t>REALTOR PARTNER FLYER</w:t>
      </w:r>
    </w:p>
    <w:p>
      <w:r>
        <w:t>CLEANING SUPPORT FOR REAL ESTATE PROFESSIONALS</w:t>
      </w:r>
    </w:p>
    <w:p>
      <w:r>
        <w:t>[Company Name]</w:t>
      </w:r>
    </w:p>
    <w:p>
      <w:r>
        <w:t>Help get properties ready for:</w:t>
      </w:r>
    </w:p>
    <w:p>
      <w:r>
        <w:t>✓ Listings</w:t>
      </w:r>
    </w:p>
    <w:p>
      <w:r>
        <w:t>✓ Showings</w:t>
      </w:r>
    </w:p>
    <w:p>
      <w:r>
        <w:t>✓ Closings</w:t>
      </w:r>
    </w:p>
    <w:p>
      <w:r>
        <w:t>✓ Move-Ins</w:t>
      </w:r>
    </w:p>
    <w:p>
      <w:r>
        <w:t>✓ Move-Outs</w:t>
      </w:r>
    </w:p>
    <w:p>
      <w:r>
        <w:t>SERVICES</w:t>
      </w:r>
    </w:p>
    <w:p>
      <w:r>
        <w:t>Move-Out Cleaning</w:t>
      </w:r>
    </w:p>
    <w:p>
      <w:r>
        <w:t>Move-In Cleaning</w:t>
      </w:r>
    </w:p>
    <w:p>
      <w:r>
        <w:t>Deep Cleaning</w:t>
      </w:r>
    </w:p>
    <w:p>
      <w:r>
        <w:t>Post-Construction / Renovation Cleaning</w:t>
      </w:r>
    </w:p>
    <w:p>
      <w:r>
        <w:t>[Other Applicable Service]</w:t>
      </w:r>
    </w:p>
    <w:p>
      <w:r>
        <w:t>CONTACT</w:t>
      </w:r>
    </w:p>
    <w:p>
      <w:r>
        <w:t>[Representative]</w:t>
      </w:r>
    </w:p>
    <w:p>
      <w:r>
        <w:t>[Phone]</w:t>
      </w:r>
    </w:p>
    <w:p>
      <w:r>
        <w:t>[Email]</w:t>
      </w:r>
    </w:p>
    <w:p>
      <w:r>
        <w:t>[QR CODE]</w:t>
      </w:r>
    </w:p>
    <w:p>
      <w:r>
        <w:t>PROPERTY MANAGER FLYER</w:t>
      </w:r>
    </w:p>
    <w:p>
      <w:r>
        <w:t>TURNOVER CLEANING FOR PROPERTY MANAGERS</w:t>
      </w:r>
    </w:p>
    <w:p>
      <w:r>
        <w:t>[Company Name] helps property managers prepare units for incoming residents.</w:t>
      </w:r>
    </w:p>
    <w:p>
      <w:r>
        <w:t>SERVICES MAY INCLUDE</w:t>
      </w:r>
    </w:p>
    <w:p>
      <w:r>
        <w:t>✓ Move-Out Cleaning</w:t>
      </w:r>
    </w:p>
    <w:p>
      <w:r>
        <w:t>✓ Turnover Cleaning</w:t>
      </w:r>
    </w:p>
    <w:p>
      <w:r>
        <w:t>✓ Make-Ready Cleaning</w:t>
      </w:r>
    </w:p>
    <w:p>
      <w:r>
        <w:t>✓ Appliance Cleaning</w:t>
      </w:r>
    </w:p>
    <w:p>
      <w:r>
        <w:t>✓ Interior Cabinets</w:t>
      </w:r>
    </w:p>
    <w:p>
      <w:r>
        <w:t>✓ Floors</w:t>
      </w:r>
    </w:p>
    <w:p>
      <w:r>
        <w:t>✓ Final Inspection Support</w:t>
      </w:r>
    </w:p>
    <w:p>
      <w:r>
        <w:t>REQUEST PRICING</w:t>
      </w:r>
    </w:p>
    <w:p>
      <w:r>
        <w:t>[Commercial / Property Manager QR Code]</w:t>
      </w:r>
    </w:p>
    <w:p>
      <w:r>
        <w:t>[Phone]</w:t>
      </w:r>
    </w:p>
    <w:p>
      <w:r>
        <w:t>[Email]</w:t>
      </w:r>
    </w:p>
    <w:p>
      <w:r>
        <w:t>OFFICE CLEANING FLYER</w:t>
      </w:r>
    </w:p>
    <w:p>
      <w:r>
        <w:t>DOES YOUR OFFICE NEED A BETTER CLEANING PLAN?</w:t>
      </w:r>
    </w:p>
    <w:p>
      <w:r>
        <w:t>Commercial Cleaning from [Company Name]</w:t>
      </w:r>
    </w:p>
    <w:p>
      <w:r>
        <w:t>Cleaning services for businesses in [Service Area].</w:t>
      </w:r>
    </w:p>
    <w:p>
      <w:r>
        <w:t>COMMON SERVICE AREAS</w:t>
      </w:r>
    </w:p>
    <w:p>
      <w:r>
        <w:t>✓ Offices</w:t>
      </w:r>
    </w:p>
    <w:p>
      <w:r>
        <w:t>✓ Restrooms</w:t>
      </w:r>
    </w:p>
    <w:p>
      <w:r>
        <w:t>✓ Break Rooms</w:t>
      </w:r>
    </w:p>
    <w:p>
      <w:r>
        <w:t>✓ Conference Rooms</w:t>
      </w:r>
    </w:p>
    <w:p>
      <w:r>
        <w:t>✓ Common Areas</w:t>
      </w:r>
    </w:p>
    <w:p>
      <w:r>
        <w:t>✓ Floors</w:t>
      </w:r>
    </w:p>
    <w:p>
      <w:r>
        <w:t>✓ Trash &amp; Recycling</w:t>
      </w:r>
    </w:p>
    <w:p>
      <w:r>
        <w:t>REQUEST A FACILITY WALKTHROUGH</w:t>
      </w:r>
    </w:p>
    <w:p>
      <w:r>
        <w:t>[QR CODE]</w:t>
      </w:r>
    </w:p>
    <w:p>
      <w:r>
        <w:t>[Commercial Website]</w:t>
      </w:r>
    </w:p>
    <w:p>
      <w:r>
        <w:t>[Phone]</w:t>
      </w:r>
    </w:p>
    <w:p>
      <w:r>
        <w:t>[Email]</w:t>
      </w:r>
    </w:p>
    <w:p>
      <w:r>
        <w:t>VACATION RENTAL FLYER</w:t>
      </w:r>
    </w:p>
    <w:p>
      <w:r>
        <w:t>TURNOVER CLEANING FOR VACATION RENTALS</w:t>
      </w:r>
    </w:p>
    <w:p>
      <w:r>
        <w:t>Keep your next guest arrival on track.</w:t>
      </w:r>
    </w:p>
    <w:p>
      <w:r>
        <w:t>TURNOVER SERVICES MAY INCLUDE</w:t>
      </w:r>
    </w:p>
    <w:p>
      <w:r>
        <w:t>✓ Cleaning</w:t>
      </w:r>
    </w:p>
    <w:p>
      <w:r>
        <w:t>✓ Linen Change</w:t>
      </w:r>
    </w:p>
    <w:p>
      <w:r>
        <w:t>✓ Restocking</w:t>
      </w:r>
    </w:p>
    <w:p>
      <w:r>
        <w:t>✓ Damage Observations</w:t>
      </w:r>
    </w:p>
    <w:p>
      <w:r>
        <w:t>✓ Staging</w:t>
      </w:r>
    </w:p>
    <w:p>
      <w:r>
        <w:t>✓ Final Turnover Check</w:t>
      </w:r>
    </w:p>
    <w:p>
      <w:r>
        <w:t>Serving hosts and property managers in [Area].</w:t>
      </w:r>
    </w:p>
    <w:p>
      <w:r>
        <w:t>ASK ABOUT TURNOVER SERVICE</w:t>
      </w:r>
    </w:p>
    <w:p>
      <w:r>
        <w:t>[QR CODE]</w:t>
      </w:r>
    </w:p>
    <w:p>
      <w:r>
        <w:t>[Phone]</w:t>
      </w:r>
    </w:p>
    <w:p>
      <w:r>
        <w:t>[Website]</w:t>
      </w:r>
    </w:p>
    <w:p>
      <w:r>
        <w:t>DOOR-HANGER VERSION</w:t>
      </w:r>
    </w:p>
    <w:p>
      <w:r>
        <w:t>FRONT</w:t>
      </w:r>
    </w:p>
    <w:p>
      <w:r>
        <w:t>NEED A HOUSE CLEANER?</w:t>
      </w:r>
    </w:p>
    <w:p>
      <w:r>
        <w:t>Professional home cleaning in [Area]</w:t>
      </w:r>
    </w:p>
    <w:p>
      <w:r>
        <w:t>✓ Recurring</w:t>
      </w:r>
    </w:p>
    <w:p>
      <w:r>
        <w:t>✓ Deep Cleaning</w:t>
      </w:r>
    </w:p>
    <w:p>
      <w:r>
        <w:t>✓ Move-In / Move-Out</w:t>
      </w:r>
    </w:p>
    <w:p>
      <w:r>
        <w:t>GET AN ESTIMATE</w:t>
      </w:r>
    </w:p>
    <w:p>
      <w:r>
        <w:t>[QR CODE]</w:t>
      </w:r>
    </w:p>
    <w:p>
      <w:r>
        <w:t>[Phone]</w:t>
      </w:r>
    </w:p>
    <w:p>
      <w:r>
        <w:t>[Company Name]</w:t>
      </w:r>
    </w:p>
    <w:p>
      <w:r>
        <w:t>BACK</w:t>
      </w:r>
    </w:p>
    <w:p>
      <w:r>
        <w:t>SPEND LESS TIME CLEANING</w:t>
      </w:r>
    </w:p>
    <w:p>
      <w:r>
        <w:t>Choose from:</w:t>
      </w:r>
    </w:p>
    <w:p>
      <w:r>
        <w:t>Weekly</w:t>
      </w:r>
    </w:p>
    <w:p>
      <w:r>
        <w:t>Every Two Weeks</w:t>
      </w:r>
    </w:p>
    <w:p>
      <w:r>
        <w:t>Every Four Weeks</w:t>
      </w:r>
    </w:p>
    <w:p>
      <w:r>
        <w:t>One-Time Cleaning</w:t>
      </w:r>
    </w:p>
    <w:p>
      <w:r>
        <w:t>Request pricing:</w:t>
      </w:r>
    </w:p>
    <w:p>
      <w:r>
        <w:t>[Website]</w:t>
      </w:r>
    </w:p>
    <w:p>
      <w:r>
        <w:t>[QR CODE]</w:t>
      </w:r>
    </w:p>
    <w:p>
      <w:r>
        <w:t>[Phone]</w:t>
      </w:r>
    </w:p>
    <w:p>
      <w:r>
        <w:t>LEAVE-BEHIND FLYER</w:t>
      </w:r>
    </w:p>
    <w:p>
      <w:r>
        <w:t>THANK YOU FOR CHOOSING [COMPANY NAME]</w:t>
      </w:r>
    </w:p>
    <w:p>
      <w:r>
        <w:t>Need another cleaning?</w:t>
      </w:r>
    </w:p>
    <w:p>
      <w:r>
        <w:t>BOOK YOUR NEXT SERVICE</w:t>
      </w:r>
    </w:p>
    <w:p>
      <w:r>
        <w:t>[Booking QR Code]</w:t>
      </w:r>
    </w:p>
    <w:p>
      <w:r>
        <w:t>Want regular help?</w:t>
      </w:r>
    </w:p>
    <w:p>
      <w:r>
        <w:t>ASK ABOUT RECURRING CLEANING</w:t>
      </w:r>
    </w:p>
    <w:p>
      <w:r>
        <w:t>[Recurring Service Link]</w:t>
      </w:r>
    </w:p>
    <w:p>
      <w:r>
        <w:t>Know someone who needs a cleaner?</w:t>
      </w:r>
    </w:p>
    <w:p>
      <w:r>
        <w:t>SHARE OUR REFERRAL LINK</w:t>
      </w:r>
    </w:p>
    <w:p>
      <w:r>
        <w:t>[Referral QR Code]</w:t>
      </w:r>
    </w:p>
    <w:p>
      <w:r>
        <w:t>Questions?</w:t>
      </w:r>
    </w:p>
    <w:p>
      <w:r>
        <w:t>[Phone]</w:t>
      </w:r>
    </w:p>
    <w:p>
      <w:r>
        <w:t>[Email]</w:t>
      </w:r>
    </w:p>
    <w:p>
      <w:r>
        <w:t>QR CODE CTA OPTIONS</w:t>
      </w:r>
    </w:p>
    <w:p>
      <w:r>
        <w:t>Instead of a generic "Scan Me," use a specific action:</w:t>
      </w:r>
    </w:p>
    <w:p>
      <w:r>
        <w:t>SCAN FOR A CLEANING ESTIMATE</w:t>
      </w:r>
    </w:p>
    <w:p>
      <w:r>
        <w:t>SCAN TO CHECK AVAILABILITY</w:t>
      </w:r>
    </w:p>
    <w:p>
      <w:r>
        <w:t>SCAN TO REQUEST SERVICE</w:t>
      </w:r>
    </w:p>
    <w:p>
      <w:r>
        <w:t>SCAN FOR COMMERCIAL CLEANING</w:t>
      </w:r>
    </w:p>
    <w:p>
      <w:r>
        <w:t>SCAN TO BOOK YOUR NEXT CLEANING</w:t>
      </w:r>
    </w:p>
    <w:p>
      <w:r>
        <w:t>SCAN TO SEE WHAT'S INCLUDED</w:t>
      </w:r>
    </w:p>
    <w:p>
      <w:r>
        <w:t>The destination should match the CTA.</w:t>
      </w:r>
    </w:p>
    <w:p>
      <w:r>
        <w:t>WHAT TO PUT ON THE FLYER</w:t>
      </w:r>
    </w:p>
    <w:p>
      <w:r>
        <w:t>A strong cleaning flyer usually needs only:</w:t>
      </w:r>
    </w:p>
    <w:p>
      <w:pPr>
        <w:pStyle w:val="ListNumber"/>
      </w:pPr>
      <w:r>
        <w:t>Clear headline</w:t>
      </w:r>
    </w:p>
    <w:p>
      <w:r>
        <w:t>Tell the customer what you're offering.</w:t>
      </w:r>
    </w:p>
    <w:p>
      <w:pPr>
        <w:pStyle w:val="ListNumber"/>
      </w:pPr>
      <w:r>
        <w:t>Primary benefit</w:t>
      </w:r>
    </w:p>
    <w:p>
      <w:r>
        <w:t>Why should they care?</w:t>
      </w:r>
    </w:p>
    <w:p>
      <w:pPr>
        <w:pStyle w:val="ListNumber"/>
      </w:pPr>
      <w:r>
        <w:t>Services</w:t>
      </w:r>
    </w:p>
    <w:p>
      <w:r>
        <w:t>Keep the list focused.</w:t>
      </w:r>
    </w:p>
    <w:p>
      <w:pPr>
        <w:pStyle w:val="ListNumber"/>
      </w:pPr>
      <w:r>
        <w:t>Trust signals</w:t>
      </w:r>
    </w:p>
    <w:p>
      <w:r>
        <w:t>Use only claims you can support.</w:t>
      </w:r>
    </w:p>
    <w:p>
      <w:pPr>
        <w:pStyle w:val="ListNumber"/>
      </w:pPr>
      <w:r>
        <w:t>Service area</w:t>
      </w:r>
    </w:p>
    <w:p>
      <w:r>
        <w:t>Help prospects determine whether they're eligible.</w:t>
      </w:r>
    </w:p>
    <w:p>
      <w:pPr>
        <w:pStyle w:val="ListNumber"/>
      </w:pPr>
      <w:r>
        <w:t>Call to action</w:t>
      </w:r>
    </w:p>
    <w:p>
      <w:r>
        <w:t>Give the reader one obvious next step.</w:t>
      </w:r>
    </w:p>
    <w:p>
      <w:pPr>
        <w:pStyle w:val="ListNumber"/>
      </w:pPr>
      <w:r>
        <w:t>QR code</w:t>
      </w:r>
    </w:p>
    <w:p>
      <w:r>
        <w:t>Send them directly to the appropriate landing page.</w:t>
      </w:r>
    </w:p>
    <w:p>
      <w:r>
        <w:t>WHAT NOT TO PUT ON THE FLYER</w:t>
      </w:r>
    </w:p>
    <w:p>
      <w:r>
        <w:t>Avoid turning the flyer into the entire website.</w:t>
      </w:r>
    </w:p>
    <w:p>
      <w:r>
        <w:t>Usually unnecessary:</w:t>
      </w:r>
    </w:p>
    <w:p>
      <w:r>
        <w:t>Every individual cleaning task</w:t>
      </w:r>
    </w:p>
    <w:p>
      <w:r>
        <w:t>Full company history</w:t>
      </w:r>
    </w:p>
    <w:p>
      <w:r>
        <w:t>Long policy descriptions</w:t>
      </w:r>
    </w:p>
    <w:p>
      <w:r>
        <w:t>Multiple competing offers</w:t>
      </w:r>
    </w:p>
    <w:p>
      <w:r>
        <w:t>Several unrelated CTAs</w:t>
      </w:r>
    </w:p>
    <w:p>
      <w:r>
        <w:t>Large paragraphs</w:t>
      </w:r>
    </w:p>
    <w:p>
      <w:r>
        <w:t>Tiny legal text</w:t>
      </w:r>
    </w:p>
    <w:p>
      <w:r>
        <w:t>Unsupported claims</w:t>
      </w:r>
    </w:p>
    <w:p>
      <w:r>
        <w:t>Generic stock copy</w:t>
      </w:r>
    </w:p>
    <w:p>
      <w:r>
        <w:t>The flyer has one job: get the right prospect to take the next step.</w:t>
      </w:r>
    </w:p>
    <w:p>
      <w:r>
        <w:t>FLYER DISTRIBUTION TRACKING</w:t>
      </w:r>
    </w:p>
    <w:p>
      <w:r>
        <w:t>Use a unique QR code, URL, campaign code, or source value where practical.</w:t>
      </w:r>
    </w:p>
    <w:p>
      <w:r>
        <w:t>Campaign</w:t>
      </w:r>
    </w:p>
    <w:p>
      <w:r>
        <w:t>Area /</w:t>
      </w:r>
    </w:p>
    <w:p>
      <w:r>
        <w:t>Partner</w:t>
      </w:r>
    </w:p>
    <w:p>
      <w:r>
        <w:t>Quantity</w:t>
      </w:r>
    </w:p>
    <w:p>
      <w:r>
        <w:t>QR / URL</w:t>
      </w:r>
    </w:p>
    <w:p>
      <w:r>
        <w:t>Leads</w:t>
      </w:r>
    </w:p>
    <w:p>
      <w:r>
        <w:t>Customers</w:t>
      </w:r>
    </w:p>
    <w:p>
      <w:r>
        <w:t>Revenu</w:t>
      </w:r>
    </w:p>
    <w:p>
      <w:r>
        <w:t>Neighborhood</w:t>
      </w:r>
    </w:p>
    <w:p>
      <w:r>
        <w:t>A</w:t>
      </w:r>
    </w:p>
    <w:p>
      <w:r>
        <w:t>[Area]</w:t>
      </w:r>
    </w:p>
    <w:p>
      <w:r>
        <w:t>500</w:t>
      </w:r>
    </w:p>
    <w:p>
      <w:r>
        <w:t>[Code]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Realtor</w:t>
      </w:r>
    </w:p>
    <w:p>
      <w:r>
        <w:t>[Partner]</w:t>
      </w:r>
    </w:p>
    <w:p>
      <w:r>
        <w:t>100</w:t>
      </w:r>
    </w:p>
    <w:p>
      <w:r>
        <w:t>[Code]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Community</w:t>
      </w:r>
    </w:p>
    <w:p>
      <w:r>
        <w:t>Board</w:t>
      </w:r>
    </w:p>
    <w:p>
      <w:r>
        <w:t>[Location]</w:t>
      </w:r>
    </w:p>
    <w:p>
      <w:r>
        <w:t>50</w:t>
      </w:r>
    </w:p>
    <w:p>
      <w:r>
        <w:t>[Code]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Cost Per Lead</w:t>
      </w:r>
    </w:p>
    <w:p>
      <w:r>
        <w:t>Campaign Cost ÷ Leads</w:t>
      </w:r>
    </w:p>
    <w:p>
      <w:r>
        <w:t>$</w:t>
      </w:r>
    </w:p>
    <w:p>
      <w:r>
        <w:t>Customer Acquisition Cost</w:t>
      </w:r>
    </w:p>
    <w:p>
      <w:r>
        <w:t>Campaign Cost ÷ New Customers</w:t>
      </w:r>
    </w:p>
    <w:p>
      <w:r>
        <w:t>$</w:t>
      </w:r>
    </w:p>
    <w:p>
      <w:r>
        <w:t>Revenue Per Flyer</w:t>
      </w:r>
    </w:p>
    <w:p>
      <w:r>
        <w:t>Attributed Revenue ÷ Flyers Distributed</w:t>
      </w:r>
    </w:p>
    <w:p>
      <w:r>
        <w:t>$</w:t>
      </w:r>
    </w:p>
    <w:p>
      <w:r>
        <w:t>CAMPAIGN SOURCE FIELDS</w:t>
      </w:r>
    </w:p>
    <w:p>
      <w:r>
        <w:t>Useful attribution values:</w:t>
      </w:r>
    </w:p>
    <w:p>
      <w:r>
        <w:t>Campaign:</w:t>
      </w:r>
    </w:p>
    <w:p>
      <w:r>
        <w:t>Distribution Area:</w:t>
      </w:r>
    </w:p>
    <w:p>
      <w:r>
        <w:t>Partner:</w:t>
      </w:r>
    </w:p>
    <w:p>
      <w:r>
        <w:t>QR Code:</w:t>
      </w:r>
    </w:p>
    <w:p>
      <w:r>
        <w:t>Landing Page:</w:t>
      </w:r>
    </w:p>
    <w:p>
      <w:r>
        <w:t>Offer Code:</w:t>
      </w:r>
    </w:p>
    <w:p>
      <w:r>
        <w:t>Start Date:</w:t>
      </w:r>
    </w:p>
    <w:p>
      <w:r>
        <w:t>End Date:</w:t>
      </w:r>
    </w:p>
    <w:p>
      <w:r>
        <w:t>This makes offline marketing measurable instead of simply printing 5,000 flyers and</w:t>
      </w:r>
    </w:p>
    <w:p>
      <w:r>
        <w:t>hoping they worked.</w:t>
      </w:r>
    </w:p>
    <w:p>
      <w:r>
        <w:t>DESIGN GUIDELINES</w:t>
      </w:r>
    </w:p>
    <w:p>
      <w:r>
        <w:t>Use:</w:t>
      </w:r>
    </w:p>
    <w:p>
      <w:r>
        <w:t>Large, readable headline</w:t>
      </w:r>
    </w:p>
    <w:p>
      <w:r>
        <w:t>High-contrast text</w:t>
      </w:r>
    </w:p>
    <w:p>
      <w:r>
        <w:t>One strong photo or visual</w:t>
      </w:r>
    </w:p>
    <w:p>
      <w:r>
        <w:t>Plenty of white space</w:t>
      </w:r>
    </w:p>
    <w:p>
      <w:r>
        <w:t>Short service list</w:t>
      </w:r>
    </w:p>
    <w:p>
      <w:r>
        <w:t>Visible company name</w:t>
      </w:r>
    </w:p>
    <w:p>
      <w:r>
        <w:t>Prominent CTA</w:t>
      </w:r>
    </w:p>
    <w:p>
      <w:r>
        <w:t>Easy-to-scan QR code</w:t>
      </w:r>
    </w:p>
    <w:p>
      <w:r>
        <w:t>Readable phone number</w:t>
      </w:r>
    </w:p>
    <w:p>
      <w:r>
        <w:t>Consistent company branding</w:t>
      </w:r>
    </w:p>
    <w:p>
      <w:r>
        <w:t>For printed flyers, test the QR code from the actual printed proof before ordering a large</w:t>
      </w:r>
    </w:p>
    <w:p>
      <w:r>
        <w:t>quantity.</w:t>
      </w:r>
    </w:p>
    <w:p>
      <w:r>
        <w:t>PHOTO &amp; CLAIMS NOTICE</w:t>
      </w:r>
    </w:p>
    <w:p>
      <w:r>
        <w:t>Use photos you have the right to use.</w:t>
      </w:r>
    </w:p>
    <w:p>
      <w:r>
        <w:t>Obtain appropriate permission before using customer-property photos, employee images,</w:t>
      </w:r>
    </w:p>
    <w:p>
      <w:r>
        <w:t>testimonials, or other third-party content.</w:t>
      </w:r>
    </w:p>
    <w:p>
      <w:r>
        <w:t>Avoid unsupported claims such as:</w:t>
      </w:r>
    </w:p>
    <w:p>
      <w:r>
        <w:t>"Best cleaner in [City]"</w:t>
      </w:r>
    </w:p>
    <w:p>
      <w:r>
        <w:t>"Guaranteed lowest price"</w:t>
      </w:r>
    </w:p>
    <w:p>
      <w:r>
        <w:t>"100% safe"</w:t>
      </w:r>
    </w:p>
    <w:p>
      <w:r>
        <w:t>"Chemical free"</w:t>
      </w:r>
    </w:p>
    <w:p>
      <w:r>
        <w:t>"Non-toxic"</w:t>
      </w:r>
    </w:p>
    <w:p>
      <w:r>
        <w:t>unless the business has a reasonable basis for making the specific claim.</w:t>
      </w:r>
    </w:p>
    <w:p>
      <w:r>
        <w:t>DISTRIBUTION NOTICE</w:t>
      </w:r>
    </w:p>
    <w:p>
      <w:r>
        <w:t>Flyer, door-hanger, mailbox, vehicle, apartment, HOA, solicitation, and commercial-</w:t>
      </w:r>
    </w:p>
    <w:p>
      <w:r>
        <w:t>property distribution rules can vary by jurisdiction and property.</w:t>
      </w:r>
    </w:p>
    <w:p>
      <w:r>
        <w:t>Do not place marketing materials where distribution is prohibited.</w:t>
      </w:r>
    </w:p>
    <w:p>
      <w:r>
        <w:t>In the United States, for example, businesses should not assume they can place</w:t>
      </w:r>
    </w:p>
    <w:p>
      <w:r>
        <w:t>unstamped advertising material inside residential mailboxes.</w:t>
      </w:r>
    </w:p>
    <w:p>
      <w:r>
        <w:t>PROMOTION NOTICE</w:t>
      </w:r>
    </w:p>
    <w:p>
      <w:r>
        <w:t>If the flyer advertises a discount, free service, credit, limited-time offer, starting price, or</w:t>
      </w:r>
    </w:p>
    <w:p>
      <w:r>
        <w:t>other promotion, disclose material conditions appropriately.</w:t>
      </w:r>
    </w:p>
    <w:p>
      <w:r>
        <w:t>Prices and availability should be current and accurate.</w:t>
      </w:r>
    </w:p>
    <w:p>
      <w:r>
        <w:t>TEMPLATE NOTICE</w:t>
      </w:r>
    </w:p>
    <w:p>
      <w:r>
        <w:t>This template is a general marketing resource and is not legal, advertising, postal, privacy,</w:t>
      </w:r>
    </w:p>
    <w:p>
      <w:r>
        <w:t>intellectual-property, or consumer-protection advice.</w:t>
      </w:r>
    </w:p>
    <w:p>
      <w:r>
        <w:t>Customize the flyer for your services, market, brand, service area, and applicable</w:t>
      </w:r>
    </w:p>
    <w:p>
      <w:r>
        <w:t>requirements.</w:t>
      </w:r>
    </w:p>
    <w:p>
      <w:r>
        <w:t>Template Version: 1.0</w:t>
      </w:r>
    </w:p>
    <w:p>
      <w:r>
        <w:t>Updated: September 2026</w:t>
      </w:r>
    </w:p>
    <w:p>
      <w:r>
        <w:t>Template ID: TPL-MKT-006</w:t>
      </w:r>
    </w:p>
    <w:p>
      <w:r>
        <w:t>Provided by TidyOps</w:t>
      </w:r>
    </w:p>
    <w:p>
      <w:r>
        <w:t>For the library metadata:</w:t>
      </w:r>
    </w:p>
    <w:p>
      <w:r>
        <w:t>For this one, I’d go beyond DOCX/PDF and eventually provide an editable visual design</w:t>
      </w:r>
    </w:p>
    <w:p>
      <w:r>
        <w:t>as well. The landing page can show the copy variations, while the download gives users</w:t>
      </w:r>
    </w:p>
    <w:p>
      <w:r>
        <w:t>something they can actually put their logo, colors, QR code, phone number, and service</w:t>
      </w:r>
    </w:p>
    <w:p>
      <w:r>
        <w:t>area into.</w:t>
      </w:r>
    </w:p>
    <w:p>
      <w:r>
        <w:t>Template ID: TPL-MKT-006</w:t>
      </w:r>
    </w:p>
    <w:p>
      <w:r>
        <w:t>Slug: cleaning-service-flyer-template</w:t>
      </w:r>
    </w:p>
    <w:p>
      <w:r>
        <w:t>SEO Title: Free Cleaning Service Flyer Template | Editable Examples</w:t>
      </w:r>
    </w:p>
    <w:p>
      <w:r>
        <w:t>Meta Description: Download a free cleaning service flyer template with examples for</w:t>
      </w:r>
    </w:p>
    <w:p>
      <w:r>
        <w:t>Category: Sales &amp; Marketing</w:t>
      </w:r>
    </w:p>
    <w:p>
      <w:r>
        <w:t>Formats: DOCX, PDF, Editable Design</w:t>
      </w:r>
    </w:p>
    <w:p>
      <w:r>
        <w:t>Version: 1.0</w:t>
      </w:r>
    </w:p>
    <w:p>
      <w:r>
        <w:t>Updated: 2026-09</w:t>
      </w:r>
    </w:p>
    <w:p>
      <w:r>
        <w:t>Legal Review Flag: Advertising / distribution disclaimer</w:t>
      </w:r>
    </w:p>
    <w:p>
      <w:r>
        <w:t>Primary CTA: Turn Cleaning Leads Into Customers with TidyOps</w:t>
      </w:r>
    </w:p>
    <w:p>
      <w:r>
        <w:t>Product Route: Leads / Customers / Estimates / Reporting</w:t>
      </w:r>
    </w:p>
    <w:p>
      <w:r>
        <w:t>There’s also a useful TidyOps connection without turning TidyOps into design software:</w:t>
      </w:r>
    </w:p>
    <w:p>
      <w:r>
        <w:t>each flyer campaign can use a unique estimate URL or QR code carrying a</w:t>
      </w:r>
    </w:p>
    <w:p>
      <w:r>
        <w:t>campaign/source ID. When someone requests an estimate, TidyOps can attribute the</w:t>
      </w:r>
    </w:p>
    <w:p>
      <w:r>
        <w:t>lead, customer, and resulting revenue back to that specific flyer campaign. That gives a</w:t>
      </w:r>
    </w:p>
    <w:p>
      <w:r>
        <w:t>cleaning company a real answer to whether those 1,000 door hangers actually made</w:t>
      </w:r>
    </w:p>
    <w:p>
      <w:r>
        <w:t>money.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