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Social Media Content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cleaning-business owners a practical library of post ideas and ready-to-customize captions</w:t>
      </w:r>
    </w:p>
    <w:p>
      <w:r>
        <w:t>instead of the usual advice to “post consistently.”</w:t>
      </w:r>
    </w:p>
    <w:p>
      <w:r>
        <w:t>It should cover educational posts, before-and-after content, trust-building, team posts,</w:t>
      </w:r>
    </w:p>
    <w:p>
      <w:r>
        <w:t>service promotion, seasonal content, reviews, local content, recruiting, and calls to action.</w:t>
      </w:r>
    </w:p>
    <w:p>
      <w:r>
        <w:t>Template ID: TPL-MKT-005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Before &amp; After Post</w:t>
      </w:r>
    </w:p>
    <w:p>
      <w:r>
        <w:t>Caption:</w:t>
      </w:r>
    </w:p>
    <w:p>
      <w:r>
        <w:t>A little cleaning can make a big difference.</w:t>
      </w:r>
    </w:p>
    <w:p>
      <w:r>
        <w:t>Here's a before-and-after from a recent [Service Type] in [City / Area].</w:t>
      </w:r>
    </w:p>
    <w:p>
      <w:r>
        <w:t>Need help getting your home back to a clean starting point?</w:t>
      </w:r>
    </w:p>
    <w:p>
      <w:r>
        <w:t>[Booking / Estimate Link]</w:t>
      </w:r>
    </w:p>
    <w:p>
      <w:pPr>
        <w:pStyle w:val="Heading1"/>
        <w:keepNext/>
      </w:pPr>
      <w:r>
        <w:t>CleaningService #[City]Cleaning #HouseCleaning</w:t>
      </w:r>
    </w:p>
    <w:p>
      <w:r>
        <w:t>Important: Get appropriate permission before posting identifiable customer property or</w:t>
      </w:r>
    </w:p>
    <w:p>
      <w:r>
        <w:t>images.</w:t>
      </w:r>
    </w:p>
    <w:p>
      <w:pPr>
        <w:pStyle w:val="ListNumber"/>
      </w:pPr>
      <w:r>
        <w:t>Deep Cleaning Before &amp; After</w:t>
      </w:r>
    </w:p>
    <w:p>
      <w:r>
        <w:t>This is why a deep clean is different from routine maintenance cleaning.</w:t>
      </w:r>
    </w:p>
    <w:p>
      <w:r>
        <w:t>Our team focused on:</w:t>
      </w:r>
    </w:p>
    <w:p>
      <w:r>
        <w:t>✓ [Detail Task]</w:t>
      </w:r>
    </w:p>
    <w:p>
      <w:r>
        <w:t>✓ [Detail Task]</w:t>
      </w:r>
    </w:p>
    <w:p>
      <w:r>
        <w:t>✓ [Detail Task]</w:t>
      </w:r>
    </w:p>
    <w:p>
      <w:r>
        <w:t>Once the detailed work is done, recurring cleaning can help keep things under control.</w:t>
      </w:r>
    </w:p>
    <w:p>
      <w:r>
        <w:t>Need a deep clean?</w:t>
      </w:r>
    </w:p>
    <w:p>
      <w:r>
        <w:t>[Estimate Link]</w:t>
      </w:r>
    </w:p>
    <w:p>
      <w:pPr>
        <w:pStyle w:val="ListNumber"/>
      </w:pPr>
      <w:r>
        <w:t>Kitchen Transformation</w:t>
      </w:r>
    </w:p>
    <w:p>
      <w:r>
        <w:t>Today's kitchen reset. ✨</w:t>
      </w:r>
    </w:p>
    <w:p>
      <w:r>
        <w:t>We tackled [grease/buildup/cabinet fronts/appliance exteriors/floors] and got this kitchen</w:t>
      </w:r>
    </w:p>
    <w:p>
      <w:r>
        <w:t>ready to enjoy again.</w:t>
      </w:r>
    </w:p>
    <w:p>
      <w:r>
        <w:t>Looking for help with your kitchen and the rest of your home?</w:t>
      </w:r>
    </w:p>
    <w:p>
      <w:r>
        <w:t>[Booking Link]</w:t>
      </w:r>
    </w:p>
    <w:p>
      <w:pPr>
        <w:pStyle w:val="ListNumber"/>
      </w:pPr>
      <w:r>
        <w:t>Bathroom Transformation</w:t>
      </w:r>
    </w:p>
    <w:p>
      <w:r>
        <w:t>Bathrooms collect buildup quickly.</w:t>
      </w:r>
    </w:p>
    <w:p>
      <w:r>
        <w:t>This [bathroom/deep-clean] included:</w:t>
      </w:r>
    </w:p>
    <w:p>
      <w:r>
        <w:t>✓ Shower and tub</w:t>
      </w:r>
    </w:p>
    <w:p>
      <w:r>
        <w:t>✓ Sinks and fixtures</w:t>
      </w:r>
    </w:p>
    <w:p>
      <w:r>
        <w:t>✓ Mirrors</w:t>
      </w:r>
    </w:p>
    <w:p>
      <w:r>
        <w:t>✓ Toilet</w:t>
      </w:r>
    </w:p>
    <w:p>
      <w:r>
        <w:t>✓ Surfaces</w:t>
      </w:r>
    </w:p>
    <w:p>
      <w:r>
        <w:t>✓ Floors</w:t>
      </w:r>
    </w:p>
    <w:p>
      <w:r>
        <w:t>See what's included in our [Service Name]:</w:t>
      </w:r>
    </w:p>
    <w:p>
      <w:r>
        <w:t>[Service Link]</w:t>
      </w:r>
    </w:p>
    <w:p>
      <w:r>
        <w:t>Educational Posts</w:t>
      </w:r>
    </w:p>
    <w:p>
      <w:pPr>
        <w:pStyle w:val="ListNumber"/>
      </w:pPr>
      <w:r>
        <w:t>Standard vs. Deep Cleaning</w:t>
      </w:r>
    </w:p>
    <w:p>
      <w:r>
        <w:t>Not sure whether you need a standard clean or a deep clean?</w:t>
      </w:r>
    </w:p>
    <w:p>
      <w:r>
        <w:t>Standard cleaning is designed for routine maintenance.</w:t>
      </w:r>
    </w:p>
    <w:p>
      <w:r>
        <w:t>Deep cleaning usually adds more detailed work in areas that don't need attention every</w:t>
      </w:r>
    </w:p>
    <w:p>
      <w:r>
        <w:t>visit.</w:t>
      </w:r>
    </w:p>
    <w:p>
      <w:r>
        <w:t>The exact scope varies by company, so always check what's included before comparing</w:t>
      </w:r>
    </w:p>
    <w:p>
      <w:r>
        <w:t>quotes.</w:t>
      </w:r>
    </w:p>
    <w:p>
      <w:r>
        <w:t>See our cleaning options:</w:t>
      </w:r>
    </w:p>
    <w:p>
      <w:r>
        <w:t>[Services Link]</w:t>
      </w:r>
    </w:p>
    <w:p>
      <w:pPr>
        <w:pStyle w:val="ListNumber"/>
      </w:pPr>
      <w:r>
        <w:t>How Often Should You Have Your Home Cleaned?</w:t>
      </w:r>
    </w:p>
    <w:p>
      <w:r>
        <w:t>There's no single schedule that's right for every household.</w:t>
      </w:r>
    </w:p>
    <w:p>
      <w:r>
        <w:t>Things to consider:</w:t>
      </w:r>
    </w:p>
    <w:p>
      <w:r>
        <w:t>• Number of people</w:t>
      </w:r>
    </w:p>
    <w:p>
      <w:r>
        <w:t>• Pets</w:t>
      </w:r>
    </w:p>
    <w:p>
      <w:r>
        <w:t>• Children</w:t>
      </w:r>
    </w:p>
    <w:p>
      <w:r>
        <w:t>• Home size</w:t>
      </w:r>
    </w:p>
    <w:p>
      <w:r>
        <w:t>• Cooking habits</w:t>
      </w:r>
    </w:p>
    <w:p>
      <w:r>
        <w:t>• How much cleaning you do between visits</w:t>
      </w:r>
    </w:p>
    <w:p>
      <w:r>
        <w:t>We offer [Available Frequencies].</w:t>
      </w:r>
    </w:p>
    <w:p>
      <w:r>
        <w:t>Request an estimate:</w:t>
      </w:r>
    </w:p>
    <w:p>
      <w:r>
        <w:t>[Link]</w:t>
      </w:r>
    </w:p>
    <w:p>
      <w:pPr>
        <w:pStyle w:val="ListNumber"/>
      </w:pPr>
      <w:r>
        <w:t>Why First Cleans Can Cost More</w:t>
      </w:r>
    </w:p>
    <w:p>
      <w:r>
        <w:t>Why can the first cleaning cost more than recurring service?</w:t>
      </w:r>
    </w:p>
    <w:p>
      <w:r>
        <w:t>The initial visit may require more time to bring the home to a maintainable baseline.</w:t>
      </w:r>
    </w:p>
    <w:p>
      <w:r>
        <w:t>Once that detailed work is complete, recurring visits can often focus on maintaining the</w:t>
      </w:r>
    </w:p>
    <w:p>
      <w:r>
        <w:t>result.</w:t>
      </w:r>
    </w:p>
    <w:p>
      <w:r>
        <w:t>Have questions about your home?</w:t>
      </w:r>
    </w:p>
    <w:p>
      <w:r>
        <w:t>[Estimate Link]</w:t>
      </w:r>
    </w:p>
    <w:p>
      <w:pPr>
        <w:pStyle w:val="ListNumber"/>
      </w:pPr>
      <w:r>
        <w:t>What Affects Cleaning Prices?</w:t>
      </w:r>
    </w:p>
    <w:p>
      <w:r>
        <w:t>Cleaning prices can vary based on:</w:t>
      </w:r>
    </w:p>
    <w:p>
      <w:r>
        <w:t>• Property size</w:t>
      </w:r>
    </w:p>
    <w:p>
      <w:r>
        <w:t>• Condition</w:t>
      </w:r>
    </w:p>
    <w:p>
      <w:r>
        <w:t>• Service type</w:t>
      </w:r>
    </w:p>
    <w:p>
      <w:r>
        <w:t>• Frequency</w:t>
      </w:r>
    </w:p>
    <w:p>
      <w:r>
        <w:t>• Number of bathrooms</w:t>
      </w:r>
    </w:p>
    <w:p>
      <w:r>
        <w:t>• Pets</w:t>
      </w:r>
    </w:p>
    <w:p>
      <w:r>
        <w:t>• Add-ons</w:t>
      </w:r>
    </w:p>
    <w:p>
      <w:r>
        <w:t>• Special surfaces</w:t>
      </w:r>
    </w:p>
    <w:p>
      <w:r>
        <w:t>• Access and parking</w:t>
      </w:r>
    </w:p>
    <w:p>
      <w:r>
        <w:t>That's why we [provide estimates / use property information / perform walkthroughs] before</w:t>
      </w:r>
    </w:p>
    <w:p>
      <w:r>
        <w:t>confirming certain services.</w:t>
      </w:r>
    </w:p>
    <w:p>
      <w:r>
        <w:t>[Estimate Link]</w:t>
      </w:r>
    </w:p>
    <w:p>
      <w:pPr>
        <w:pStyle w:val="ListNumber"/>
      </w:pPr>
      <w:r>
        <w:t>Cleaning Checklist Education</w:t>
      </w:r>
    </w:p>
    <w:p>
      <w:r>
        <w:t>What does a professional cleaner actually do?</w:t>
      </w:r>
    </w:p>
    <w:p>
      <w:r>
        <w:t>A good cleaning service should have a defined scope rather than relying on memory.</w:t>
      </w:r>
    </w:p>
    <w:p>
      <w:r>
        <w:t>Our team uses cleaning checklists so everyone knows what is expected for each service.</w:t>
      </w:r>
    </w:p>
    <w:p>
      <w:r>
        <w:t>Learn more:</w:t>
      </w:r>
    </w:p>
    <w:p>
      <w:r>
        <w:t>[Link]</w:t>
      </w:r>
    </w:p>
    <w:p>
      <w:r>
        <w:t>Trust-Building Content</w:t>
      </w:r>
    </w:p>
    <w:p>
      <w:pPr>
        <w:pStyle w:val="ListNumber"/>
      </w:pPr>
      <w:r>
        <w:t>Meet the Team</w:t>
      </w:r>
    </w:p>
    <w:p>
      <w:r>
        <w:t>Meet [Cleaner Name]! 👋</w:t>
      </w:r>
    </w:p>
    <w:p>
      <w:r>
        <w:t>[First Name] is part of the [Company Name] team and helps us take care of customers</w:t>
      </w:r>
    </w:p>
    <w:p>
      <w:r>
        <w:t>throughout [Service Area].</w:t>
      </w:r>
    </w:p>
    <w:p>
      <w:r>
        <w:t>A few quick facts:</w:t>
      </w:r>
    </w:p>
    <w:p>
      <w:r>
        <w:t>Favorite cleaning task: [Answer]</w:t>
      </w:r>
    </w:p>
    <w:p>
      <w:r>
        <w:t>Favorite local spot: [Answer]</w:t>
      </w:r>
    </w:p>
    <w:p>
      <w:r>
        <w:t>Fun fact: [Answer]</w:t>
      </w:r>
    </w:p>
    <w:p>
      <w:r>
        <w:t>We're glad to have [First Name] on the team.</w:t>
      </w:r>
    </w:p>
    <w:p>
      <w:pPr>
        <w:pStyle w:val="ListNumber"/>
      </w:pPr>
      <w:r>
        <w:t>Team Training Post</w:t>
      </w:r>
    </w:p>
    <w:p>
      <w:r>
        <w:t>Good cleaning isn't just about working hard.</w:t>
      </w:r>
    </w:p>
    <w:p>
      <w:r>
        <w:t>It's also about having a repeatable process.</w:t>
      </w:r>
    </w:p>
    <w:p>
      <w:r>
        <w:t>Our training covers areas such as:</w:t>
      </w:r>
    </w:p>
    <w:p>
      <w:r>
        <w:t>✓ Cleaning procedures</w:t>
      </w:r>
    </w:p>
    <w:p>
      <w:r>
        <w:t>✓ Surface care</w:t>
      </w:r>
    </w:p>
    <w:p>
      <w:r>
        <w:t>✓ Products and chemicals</w:t>
      </w:r>
    </w:p>
    <w:p>
      <w:r>
        <w:t>✓ Equipment</w:t>
      </w:r>
    </w:p>
    <w:p>
      <w:r>
        <w:t>✓ Property care</w:t>
      </w:r>
    </w:p>
    <w:p>
      <w:r>
        <w:t>✓ Quality checks</w:t>
      </w:r>
    </w:p>
    <w:p>
      <w:r>
        <w:t>That's how we work toward consistent service from one visit to the next.</w:t>
      </w:r>
    </w:p>
    <w:p>
      <w:pPr>
        <w:pStyle w:val="ListNumber"/>
      </w:pPr>
      <w:r>
        <w:t>Quality-Control Post</w:t>
      </w:r>
    </w:p>
    <w:p>
      <w:r>
        <w:t>How do we check cleaning quality?</w:t>
      </w:r>
    </w:p>
    <w:p>
      <w:r>
        <w:t>Our process includes [checklists / inspections / supervisor reviews / photo documentation</w:t>
      </w:r>
    </w:p>
    <w:p>
      <w:r>
        <w:t>where appropriate].</w:t>
      </w:r>
    </w:p>
    <w:p>
      <w:r>
        <w:t>If something isn't right, we want to know so it can be addressed.</w:t>
      </w:r>
    </w:p>
    <w:p>
      <w:r>
        <w:t>Learn about our service:</w:t>
      </w:r>
    </w:p>
    <w:p>
      <w:r>
        <w:t>[Link]</w:t>
      </w:r>
    </w:p>
    <w:p>
      <w:pPr>
        <w:pStyle w:val="ListNumber"/>
      </w:pPr>
      <w:r>
        <w:t>Equipment Post</w:t>
      </w:r>
    </w:p>
    <w:p>
      <w:r>
        <w:t>The right equipment makes a difference.</w:t>
      </w:r>
    </w:p>
    <w:p>
      <w:r>
        <w:t>Today we're using [Equipment] for [Purpose].</w:t>
      </w:r>
    </w:p>
    <w:p>
      <w:r>
        <w:t>Equipment is only one part of the job—the process and person using it matter too.</w:t>
      </w:r>
    </w:p>
    <w:p>
      <w:pPr>
        <w:pStyle w:val="ListNumber"/>
      </w:pPr>
      <w:r>
        <w:t>Behind-the-Scenes Post</w:t>
      </w:r>
    </w:p>
    <w:p>
      <w:r>
        <w:t>What happens before your cleaner arrives?</w:t>
      </w:r>
    </w:p>
    <w:p>
      <w:r>
        <w:t>Our team is already working on:</w:t>
      </w:r>
    </w:p>
    <w:p>
      <w:r>
        <w:t>✓ Reviewing job instructions</w:t>
      </w:r>
    </w:p>
    <w:p>
      <w:r>
        <w:t>✓ Preparing supplies</w:t>
      </w:r>
    </w:p>
    <w:p>
      <w:r>
        <w:t>✓ Confirming the schedule</w:t>
      </w:r>
    </w:p>
    <w:p>
      <w:r>
        <w:t>✓ Checking special requests</w:t>
      </w:r>
    </w:p>
    <w:p>
      <w:r>
        <w:t>✓ Making sure the right team is assigned</w:t>
      </w:r>
    </w:p>
    <w:p>
      <w:r>
        <w:t>Good cleaning operations start before anyone walks through the door.</w:t>
      </w:r>
    </w:p>
    <w:p>
      <w:r>
        <w:t>Customer Review Posts</w:t>
      </w:r>
    </w:p>
    <w:p>
      <w:pPr>
        <w:pStyle w:val="ListNumber"/>
      </w:pPr>
      <w:r>
        <w:t>Customer Feedback</w:t>
      </w:r>
    </w:p>
    <w:p>
      <w:r>
        <w:t>We're grateful for feedback like this:</w:t>
      </w:r>
    </w:p>
    <w:p>
      <w:r>
        <w:t>"[Short Customer Review]"</w:t>
      </w:r>
    </w:p>
    <w:p>
      <w:r>
        <w:t>Thank you, [Customer First Name / Initial if appropriate], for trusting [Company Name].</w:t>
      </w:r>
    </w:p>
    <w:p>
      <w:r>
        <w:t>Need cleaning help?</w:t>
      </w:r>
    </w:p>
    <w:p>
      <w:r>
        <w:t>[Estimate Link]</w:t>
      </w:r>
    </w:p>
    <w:p>
      <w:r>
        <w:t>Use customer reviews only in ways permitted by the platform and applicable requirements.</w:t>
      </w:r>
    </w:p>
    <w:p>
      <w:pPr>
        <w:pStyle w:val="ListNumber"/>
      </w:pPr>
      <w:r>
        <w:t>Review Milestone</w:t>
      </w:r>
    </w:p>
    <w:p>
      <w:r>
        <w:t>Thank you, [City / Community]!</w:t>
      </w:r>
    </w:p>
    <w:p>
      <w:r>
        <w:t>We've reached [Number] customer reviews on [Platform].</w:t>
      </w:r>
    </w:p>
    <w:p>
      <w:r>
        <w:t>We appreciate every customer who took the time to share their experience.</w:t>
      </w:r>
    </w:p>
    <w:p>
      <w:r>
        <w:t>We're grateful for your support of our local cleaning business.</w:t>
      </w:r>
    </w:p>
    <w:p>
      <w:r>
        <w:t>Service Promotion</w:t>
      </w:r>
    </w:p>
    <w:p>
      <w:pPr>
        <w:pStyle w:val="ListNumber"/>
      </w:pPr>
      <w:r>
        <w:t>Recurring Cleaning</w:t>
      </w:r>
    </w:p>
    <w:p>
      <w:r>
        <w:t>Imagine getting to cleaning day and knowing someone else has it handled.</w:t>
      </w:r>
    </w:p>
    <w:p>
      <w:r>
        <w:t>Our recurring cleaning options include:</w:t>
      </w:r>
    </w:p>
    <w:p>
      <w:r>
        <w:t>[Weekly]</w:t>
      </w:r>
    </w:p>
    <w:p>
      <w:r>
        <w:t>[Every Two Weeks]</w:t>
      </w:r>
    </w:p>
    <w:p>
      <w:r>
        <w:t>[Every Four Weeks]</w:t>
      </w:r>
    </w:p>
    <w:p>
      <w:r>
        <w:t>Availability varies by area and schedule.</w:t>
      </w:r>
    </w:p>
    <w:p>
      <w:r>
        <w:t>Request an estimate:</w:t>
      </w:r>
    </w:p>
    <w:p>
      <w:r>
        <w:t>[Link]</w:t>
      </w:r>
    </w:p>
    <w:p>
      <w:pPr>
        <w:pStyle w:val="ListNumber"/>
      </w:pPr>
      <w:r>
        <w:t>Deep Cleaning</w:t>
      </w:r>
    </w:p>
    <w:p>
      <w:r>
        <w:t>When routine cleaning isn't enough, it may be time for a deeper reset.</w:t>
      </w:r>
    </w:p>
    <w:p>
      <w:r>
        <w:t>Our [Deep Cleaning Service] is designed for homes that need more detailed attention</w:t>
      </w:r>
    </w:p>
    <w:p>
      <w:r>
        <w:t>before moving into a maintenance routine.</w:t>
      </w:r>
    </w:p>
    <w:p>
      <w:r>
        <w:t>See what's included:</w:t>
      </w:r>
    </w:p>
    <w:p>
      <w:r>
        <w:t>[Link]</w:t>
      </w:r>
    </w:p>
    <w:p>
      <w:pPr>
        <w:pStyle w:val="ListNumber"/>
      </w:pPr>
      <w:r>
        <w:t>Move-Out Cleaning</w:t>
      </w:r>
    </w:p>
    <w:p>
      <w:r>
        <w:t>Moving is enough work already.</w:t>
      </w:r>
    </w:p>
    <w:p>
      <w:r>
        <w:t>Our move-out cleaning service can help prepare an empty property for the next resident,</w:t>
      </w:r>
    </w:p>
    <w:p>
      <w:r>
        <w:t>owner, tenant, or sale.</w:t>
      </w:r>
    </w:p>
    <w:p>
      <w:r>
        <w:t>Need a quote for your move?</w:t>
      </w:r>
    </w:p>
    <w:p>
      <w:r>
        <w:t>[Link]</w:t>
      </w:r>
    </w:p>
    <w:p>
      <w:pPr>
        <w:pStyle w:val="ListNumber"/>
      </w:pPr>
      <w:r>
        <w:t>Move-In Cleaning</w:t>
      </w:r>
    </w:p>
    <w:p>
      <w:r>
        <w:t>Starting fresh in a new home?</w:t>
      </w:r>
    </w:p>
    <w:p>
      <w:r>
        <w:t>A move-in cleaning can help prepare the property before boxes and furniture arrive.</w:t>
      </w:r>
    </w:p>
    <w:p>
      <w:r>
        <w:t>Request availability:</w:t>
      </w:r>
    </w:p>
    <w:p>
      <w:r>
        <w:t>[Link]</w:t>
      </w:r>
    </w:p>
    <w:p>
      <w:pPr>
        <w:pStyle w:val="ListNumber"/>
      </w:pPr>
      <w:r>
        <w:t>Office Cleaning</w:t>
      </w:r>
    </w:p>
    <w:p>
      <w:r>
        <w:t>A cleaner workplace starts with a defined plan.</w:t>
      </w:r>
    </w:p>
    <w:p>
      <w:r>
        <w:t>We provide [office/commercial] cleaning for businesses in [Service Area].</w:t>
      </w:r>
    </w:p>
    <w:p>
      <w:r>
        <w:t>Services may include:</w:t>
      </w:r>
    </w:p>
    <w:p>
      <w:r>
        <w:t>✓ Restrooms</w:t>
      </w:r>
    </w:p>
    <w:p>
      <w:r>
        <w:t>✓ Break rooms</w:t>
      </w:r>
    </w:p>
    <w:p>
      <w:r>
        <w:t>✓ Offices</w:t>
      </w:r>
    </w:p>
    <w:p>
      <w:r>
        <w:t>✓ Common areas</w:t>
      </w:r>
    </w:p>
    <w:p>
      <w:r>
        <w:t>✓ Floors</w:t>
      </w:r>
    </w:p>
    <w:p>
      <w:r>
        <w:t>✓ Trash and recycling</w:t>
      </w:r>
    </w:p>
    <w:p>
      <w:r>
        <w:t>Request a walkthrough:</w:t>
      </w:r>
    </w:p>
    <w:p>
      <w:r>
        <w:t>[Commercial Link]</w:t>
      </w:r>
    </w:p>
    <w:p>
      <w:pPr>
        <w:pStyle w:val="ListNumber"/>
      </w:pPr>
      <w:r>
        <w:t>Vacation Rental Cleaning</w:t>
      </w:r>
    </w:p>
    <w:p>
      <w:r>
        <w:t>A vacation-rental turnover is more than a basic clean.</w:t>
      </w:r>
    </w:p>
    <w:p>
      <w:r>
        <w:t>It can involve:</w:t>
      </w:r>
    </w:p>
    <w:p>
      <w:r>
        <w:t>✓ Cleaning</w:t>
      </w:r>
    </w:p>
    <w:p>
      <w:r>
        <w:t>✓ Linens</w:t>
      </w:r>
    </w:p>
    <w:p>
      <w:r>
        <w:t>✓ Restocking</w:t>
      </w:r>
    </w:p>
    <w:p>
      <w:r>
        <w:t>✓ Damage checks</w:t>
      </w:r>
    </w:p>
    <w:p>
      <w:r>
        <w:t>✓ Staging</w:t>
      </w:r>
    </w:p>
    <w:p>
      <w:r>
        <w:t>✓ Final turnover inspection</w:t>
      </w:r>
    </w:p>
    <w:p>
      <w:r>
        <w:t>Ask about turnover service in [Area]:</w:t>
      </w:r>
    </w:p>
    <w:p>
      <w:r>
        <w:t>[Link]</w:t>
      </w:r>
    </w:p>
    <w:p>
      <w:r>
        <w:t>Seasonal Content</w:t>
      </w:r>
    </w:p>
    <w:p>
      <w:pPr>
        <w:pStyle w:val="ListNumber"/>
      </w:pPr>
      <w:r>
        <w:t>Spring Cleaning</w:t>
      </w:r>
    </w:p>
    <w:p>
      <w:r>
        <w:t>Spring is a good time to tackle the details that may not get attention during routine</w:t>
      </w:r>
    </w:p>
    <w:p>
      <w:r>
        <w:t>cleaning.</w:t>
      </w:r>
    </w:p>
    <w:p>
      <w:r>
        <w:t>If your home needs a deeper reset, we're now scheduling [Spring / Deep Cleaning]</w:t>
      </w:r>
    </w:p>
    <w:p>
      <w:r>
        <w:t>appointments.</w:t>
      </w:r>
    </w:p>
    <w:p>
      <w:r>
        <w:t>[Booking Link]</w:t>
      </w:r>
    </w:p>
    <w:p>
      <w:pPr>
        <w:pStyle w:val="ListNumber"/>
      </w:pPr>
      <w:r>
        <w:t>Holiday Cleaning</w:t>
      </w:r>
    </w:p>
    <w:p>
      <w:r>
        <w:t>Hosting this holiday season?</w:t>
      </w:r>
    </w:p>
    <w:p>
      <w:r>
        <w:t>If cleaning the house is already on your list, we may be able to take it off.</w:t>
      </w:r>
    </w:p>
    <w:p>
      <w:r>
        <w:t>Holiday availability can fill quickly.</w:t>
      </w:r>
    </w:p>
    <w:p>
      <w:r>
        <w:t>Check availability:</w:t>
      </w:r>
    </w:p>
    <w:p>
      <w:r>
        <w:t>[Link]</w:t>
      </w:r>
    </w:p>
    <w:p>
      <w:r>
        <w:t>Avoid false scarcity; only make availability claims that are accurate.</w:t>
      </w:r>
    </w:p>
    <w:p>
      <w:pPr>
        <w:pStyle w:val="ListNumber"/>
      </w:pPr>
      <w:r>
        <w:t>Back-to-School</w:t>
      </w:r>
    </w:p>
    <w:p>
      <w:r>
        <w:t>School is back—and so is the weekly routine.</w:t>
      </w:r>
    </w:p>
    <w:p>
      <w:r>
        <w:t>If keeping up with the house is getting harder, recurring cleaning can give you one less</w:t>
      </w:r>
    </w:p>
    <w:p>
      <w:r>
        <w:t>thing to manage.</w:t>
      </w:r>
    </w:p>
    <w:p>
      <w:r>
        <w:t>See available cleaning options:</w:t>
      </w:r>
    </w:p>
    <w:p>
      <w:r>
        <w:t>[Link]</w:t>
      </w:r>
    </w:p>
    <w:p>
      <w:pPr>
        <w:pStyle w:val="ListNumber"/>
      </w:pPr>
      <w:r>
        <w:t>New Year</w:t>
      </w:r>
    </w:p>
    <w:p>
      <w:r>
        <w:t>New year. Cleaner starting point.</w:t>
      </w:r>
    </w:p>
    <w:p>
      <w:r>
        <w:t>If you've been putting off a deep clean, this may be a good time to reset the home and</w:t>
      </w:r>
    </w:p>
    <w:p>
      <w:r>
        <w:t>create an easier maintenance routine.</w:t>
      </w:r>
    </w:p>
    <w:p>
      <w:r>
        <w:t>[Estimate Link]</w:t>
      </w:r>
    </w:p>
    <w:p>
      <w:r>
        <w:t>Local Content</w:t>
      </w:r>
    </w:p>
    <w:p>
      <w:pPr>
        <w:pStyle w:val="ListNumber"/>
      </w:pPr>
      <w:r>
        <w:t>Serving [City]</w:t>
      </w:r>
    </w:p>
    <w:p>
      <w:r>
        <w:t>We're proud to provide cleaning services in [City / Neighborhood].</w:t>
      </w:r>
    </w:p>
    <w:p>
      <w:r>
        <w:t>Our team helps local customers with:</w:t>
      </w:r>
    </w:p>
    <w:p>
      <w:r>
        <w:t>[Service]</w:t>
      </w:r>
    </w:p>
    <w:p>
      <w:r>
        <w:t>[Service]</w:t>
      </w:r>
    </w:p>
    <w:p>
      <w:r>
        <w:t>[Service]</w:t>
      </w:r>
    </w:p>
    <w:p>
      <w:r>
        <w:t>Looking for a cleaner in [City]?</w:t>
      </w:r>
    </w:p>
    <w:p>
      <w:r>
        <w:t>[Local Landing Page]</w:t>
      </w:r>
    </w:p>
    <w:p>
      <w:pPr>
        <w:pStyle w:val="ListNumber"/>
      </w:pPr>
      <w:r>
        <w:t>Local Business Spotlight</w:t>
      </w:r>
    </w:p>
    <w:p>
      <w:r>
        <w:t>One of the things we love about working in [City] is the local businesses that make the</w:t>
      </w:r>
    </w:p>
    <w:p>
      <w:r>
        <w:t>community unique.</w:t>
      </w:r>
    </w:p>
    <w:p>
      <w:r>
        <w:t>This week's local favorite:</w:t>
      </w:r>
    </w:p>
    <w:p>
      <w:r>
        <w:t>[Business Name]</w:t>
      </w:r>
    </w:p>
    <w:p>
      <w:r>
        <w:t>[Short genuine comment]</w:t>
      </w:r>
    </w:p>
    <w:p>
      <w:r>
        <w:t>Tag or mention another business only where appropriate.</w:t>
      </w:r>
    </w:p>
    <w:p>
      <w:pPr>
        <w:pStyle w:val="ListNumber"/>
      </w:pPr>
      <w:r>
        <w:t>Community Post</w:t>
      </w:r>
    </w:p>
    <w:p>
      <w:r>
        <w:t>We're grateful to be part of the [City / Community] community.</w:t>
      </w:r>
    </w:p>
    <w:p>
      <w:r>
        <w:t>[Community event / local observation / genuine company participation]</w:t>
      </w:r>
    </w:p>
    <w:p>
      <w:r>
        <w:t>Thanks to everyone who supports local businesses.</w:t>
      </w:r>
    </w:p>
    <w:p>
      <w:r>
        <w:t>Engagement Posts</w:t>
      </w:r>
    </w:p>
    <w:p>
      <w:pPr>
        <w:pStyle w:val="ListNumber"/>
      </w:pPr>
      <w:r>
        <w:t>Cleaning Poll</w:t>
      </w:r>
    </w:p>
    <w:p>
      <w:r>
        <w:t>Which cleaning task would you most happily never do again?</w:t>
      </w:r>
    </w:p>
    <w:p>
      <w:r>
        <w:t>A. Bathrooms</w:t>
      </w:r>
    </w:p>
    <w:p>
      <w:r>
        <w:t>B. Floors</w:t>
      </w:r>
    </w:p>
    <w:p>
      <w:r>
        <w:t>C. Dusting</w:t>
      </w:r>
    </w:p>
    <w:p>
      <w:r>
        <w:t>D. Kitchen</w:t>
      </w:r>
    </w:p>
    <w:p>
      <w:r>
        <w:t>Tell us below.</w:t>
      </w:r>
    </w:p>
    <w:p>
      <w:pPr>
        <w:pStyle w:val="ListNumber"/>
      </w:pPr>
      <w:r>
        <w:t>Cleaning Question</w:t>
      </w:r>
    </w:p>
    <w:p>
      <w:r>
        <w:t>What's the one area of your home that seems to get messy five minutes after you clean it?</w:t>
      </w:r>
    </w:p>
    <w:p>
      <w:r>
        <w:t>We have our guesses. 😄</w:t>
      </w:r>
    </w:p>
    <w:p>
      <w:pPr>
        <w:pStyle w:val="ListNumber"/>
      </w:pPr>
      <w:r>
        <w:t>This or That</w:t>
      </w:r>
    </w:p>
    <w:p>
      <w:r>
        <w:t>Cleaning edition:</w:t>
      </w:r>
    </w:p>
    <w:p>
      <w:r>
        <w:t>Vacuuming or Mopping?</w:t>
      </w:r>
    </w:p>
    <w:p>
      <w:r>
        <w:t>Which one would you rather do?</w:t>
      </w:r>
    </w:p>
    <w:p>
      <w:pPr>
        <w:pStyle w:val="ListNumber"/>
      </w:pPr>
      <w:r>
        <w:t>Cleaning Tip</w:t>
      </w:r>
    </w:p>
    <w:p>
      <w:r>
        <w:t>Quick cleaning tip:</w:t>
      </w:r>
    </w:p>
    <w:p>
      <w:r>
        <w:t>[Useful, accurate cleaning tip]</w:t>
      </w:r>
    </w:p>
    <w:p>
      <w:r>
        <w:t>Always make sure a cleaning method or product is appropriate for the specific surface</w:t>
      </w:r>
    </w:p>
    <w:p>
      <w:r>
        <w:t>before using it.</w:t>
      </w:r>
    </w:p>
    <w:p>
      <w:r>
        <w:t>Recruiting Posts</w:t>
      </w:r>
    </w:p>
    <w:p>
      <w:pPr>
        <w:pStyle w:val="ListNumber"/>
      </w:pPr>
      <w:r>
        <w:t>We're Hiring Cleaners</w:t>
      </w:r>
    </w:p>
    <w:p>
      <w:r>
        <w:t>We're hiring at [Company Name].</w:t>
      </w:r>
    </w:p>
    <w:p>
      <w:r>
        <w:t>Position: [Role]</w:t>
      </w:r>
    </w:p>
    <w:p>
      <w:r>
        <w:t>Location: [Area]</w:t>
      </w:r>
    </w:p>
    <w:p>
      <w:r>
        <w:t>Schedule: [Schedule]</w:t>
      </w:r>
    </w:p>
    <w:p>
      <w:r>
        <w:t>Pay: [Pay Range where appropriate/required]</w:t>
      </w:r>
    </w:p>
    <w:p>
      <w:r>
        <w:t>We're looking for people who value:</w:t>
      </w:r>
    </w:p>
    <w:p>
      <w:r>
        <w:t>✓ Reliability</w:t>
      </w:r>
    </w:p>
    <w:p>
      <w:r>
        <w:t>✓ Attention to detail</w:t>
      </w:r>
    </w:p>
    <w:p>
      <w:r>
        <w:t>✓ Customer care</w:t>
      </w:r>
    </w:p>
    <w:p>
      <w:r>
        <w:t>✓ Teamwork</w:t>
      </w:r>
    </w:p>
    <w:p>
      <w:r>
        <w:t>✓ Safety</w:t>
      </w:r>
    </w:p>
    <w:p>
      <w:r>
        <w:t>Apply here:</w:t>
      </w:r>
    </w:p>
    <w:p>
      <w:r>
        <w:t>[Application Link]</w:t>
      </w:r>
    </w:p>
    <w:p>
      <w:pPr>
        <w:pStyle w:val="ListNumber"/>
      </w:pPr>
      <w:r>
        <w:t>Why Work With Us?</w:t>
      </w:r>
    </w:p>
    <w:p>
      <w:r>
        <w:t>Looking for cleaning work in [Area]?</w:t>
      </w:r>
    </w:p>
    <w:p>
      <w:r>
        <w:t>At [Company Name], we focus on:</w:t>
      </w:r>
    </w:p>
    <w:p>
      <w:r>
        <w:t>[Benefit]</w:t>
      </w:r>
    </w:p>
    <w:p>
      <w:r>
        <w:t>[Benefit]</w:t>
      </w:r>
    </w:p>
    <w:p>
      <w:r>
        <w:t>[Benefit]</w:t>
      </w:r>
    </w:p>
    <w:p>
      <w:r>
        <w:t>See current openings:</w:t>
      </w:r>
    </w:p>
    <w:p>
      <w:r>
        <w:t>[Careers Link]</w:t>
      </w:r>
    </w:p>
    <w:p>
      <w:r>
        <w:t>Employment advertising should comply with applicable wage-transparency and</w:t>
      </w:r>
    </w:p>
    <w:p>
      <w:r>
        <w:t>employment requirements.</w:t>
      </w:r>
    </w:p>
    <w:p>
      <w:r>
        <w:t>Referral Posts</w:t>
      </w:r>
    </w:p>
    <w:p>
      <w:pPr>
        <w:pStyle w:val="ListNumber"/>
      </w:pPr>
      <w:r>
        <w:t>Refer a Friend</w:t>
      </w:r>
    </w:p>
    <w:p>
      <w:r>
        <w:t>Know someone who needs cleaning help?</w:t>
      </w:r>
    </w:p>
    <w:p>
      <w:r>
        <w:t>Send them our way:</w:t>
      </w:r>
    </w:p>
    <w:p>
      <w:r>
        <w:t>[Referral Link]</w:t>
      </w:r>
    </w:p>
    <w:p>
      <w:r>
        <w:t>If you operate a referral reward program:</w:t>
      </w:r>
    </w:p>
    <w:p>
      <w:r>
        <w:t>Referral Program: [Short Accurate Description]</w:t>
      </w:r>
    </w:p>
    <w:p>
      <w:r>
        <w:t>[Terms Link]</w:t>
      </w:r>
    </w:p>
    <w:p>
      <w:r>
        <w:t>Availability Posts</w:t>
      </w:r>
    </w:p>
    <w:p>
      <w:pPr>
        <w:pStyle w:val="ListNumber"/>
      </w:pPr>
      <w:r>
        <w:t>Open Cleaning Spots</w:t>
      </w:r>
    </w:p>
    <w:p>
      <w:r>
        <w:t>We currently have [Number / Specific Availability] openings for [Service Type] in [Area].</w:t>
      </w:r>
    </w:p>
    <w:p>
      <w:r>
        <w:t>Interested?</w:t>
      </w:r>
    </w:p>
    <w:p>
      <w:r>
        <w:t>Request an estimate:</w:t>
      </w:r>
    </w:p>
    <w:p>
      <w:r>
        <w:t>[Link]</w:t>
      </w:r>
    </w:p>
    <w:p>
      <w:r>
        <w:t>Only use this post when the availability statement is accurate.</w:t>
      </w:r>
    </w:p>
    <w:p>
      <w:pPr>
        <w:pStyle w:val="ListNumber"/>
      </w:pPr>
      <w:r>
        <w:t>Last-Minute Opening</w:t>
      </w:r>
    </w:p>
    <w:p>
      <w:r>
        <w:t>We had a schedule opening for [Date / Time Window] in [Area].</w:t>
      </w:r>
    </w:p>
    <w:p>
      <w:r>
        <w:t>If you're looking for [Service Type], contact us to see whether the opening is still available:</w:t>
      </w:r>
    </w:p>
    <w:p>
      <w:r>
        <w:t>[Contact Link]</w:t>
      </w:r>
    </w:p>
    <w:p>
      <w:r>
        <w:t>FAQ Posts</w:t>
      </w:r>
    </w:p>
    <w:p>
      <w:pPr>
        <w:pStyle w:val="ListNumber"/>
      </w:pPr>
      <w:r>
        <w:t>Do I Need to Be Home?</w:t>
      </w:r>
    </w:p>
    <w:p>
      <w:r>
        <w:t>Do you need to be home during your cleaning?</w:t>
      </w:r>
    </w:p>
    <w:p>
      <w:r>
        <w:t>[Company-specific answer]</w:t>
      </w:r>
    </w:p>
    <w:p>
      <w:r>
        <w:t>We arrange access based on the customer's property and agreed service instructions.</w:t>
      </w:r>
    </w:p>
    <w:p>
      <w:r>
        <w:t>More FAQs:</w:t>
      </w:r>
    </w:p>
    <w:p>
      <w:r>
        <w:t>[FAQ Link]</w:t>
      </w:r>
    </w:p>
    <w:p>
      <w:pPr>
        <w:pStyle w:val="ListNumber"/>
      </w:pPr>
      <w:r>
        <w:t>Do You Bring Supplies?</w:t>
      </w:r>
    </w:p>
    <w:p>
      <w:r>
        <w:t>Do we bring cleaning supplies?</w:t>
      </w:r>
    </w:p>
    <w:p>
      <w:r>
        <w:t>[Company-specific answer]</w:t>
      </w:r>
    </w:p>
    <w:p>
      <w:r>
        <w:t>If you have special product or surface requirements, tell us before service so we can</w:t>
      </w:r>
    </w:p>
    <w:p>
      <w:r>
        <w:t>document them.</w:t>
      </w:r>
    </w:p>
    <w:p>
      <w:pPr>
        <w:pStyle w:val="ListNumber"/>
      </w:pPr>
      <w:r>
        <w:t>What About Pets?</w:t>
      </w:r>
    </w:p>
    <w:p>
      <w:r>
        <w:t>We love meeting pets—but we also want everyone to have a safe cleaning visit.</w:t>
      </w:r>
    </w:p>
    <w:p>
      <w:r>
        <w:t>Before service, let us know about pets and any special instructions.</w:t>
      </w:r>
    </w:p>
    <w:p>
      <w:r>
        <w:t>[Company-specific pet policy]</w:t>
      </w:r>
    </w:p>
    <w:p>
      <w:r>
        <w:t>Social Content Planning Calendar</w:t>
      </w:r>
    </w:p>
    <w:p>
      <w:r>
        <w:t>Date</w:t>
      </w:r>
    </w:p>
    <w:p>
      <w:r>
        <w:t>Platform</w:t>
      </w:r>
    </w:p>
    <w:p>
      <w:r>
        <w:t>Content</w:t>
      </w:r>
    </w:p>
    <w:p>
      <w:r>
        <w:t>Type</w:t>
      </w:r>
    </w:p>
    <w:p>
      <w:r>
        <w:t>Topic</w:t>
      </w:r>
    </w:p>
    <w:p>
      <w:r>
        <w:t>CTA</w:t>
      </w:r>
    </w:p>
    <w:p>
      <w:r>
        <w:t>Asset</w:t>
      </w:r>
    </w:p>
    <w:p>
      <w:r>
        <w:t>Status</w:t>
      </w:r>
    </w:p>
    <w:p>
      <w:pPr>
        <w:spacing w:after="80"/>
        <w:pBdr>
          <w:bottom w:val="single" w:sz="8" w:color="0B7285"/>
        </w:pBdr>
      </w:pPr>
    </w:p>
    <w:p>
      <w:r>
        <w:t>Facebook</w:t>
      </w:r>
    </w:p>
    <w:p>
      <w:r>
        <w:t>Education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Draft</w:t>
      </w:r>
    </w:p>
    <w:p>
      <w:pPr>
        <w:spacing w:after="80"/>
        <w:pBdr>
          <w:bottom w:val="single" w:sz="8" w:color="0B7285"/>
        </w:pBdr>
      </w:pPr>
    </w:p>
    <w:p>
      <w:r>
        <w:t>Instagram</w:t>
      </w:r>
    </w:p>
    <w:p>
      <w:r>
        <w:t>Before/After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Schedul</w:t>
      </w:r>
    </w:p>
    <w:p>
      <w:pPr>
        <w:spacing w:after="80"/>
        <w:pBdr>
          <w:bottom w:val="single" w:sz="8" w:color="0B7285"/>
        </w:pBdr>
      </w:pPr>
    </w:p>
    <w:p>
      <w:r>
        <w:t>Google</w:t>
      </w:r>
    </w:p>
    <w:p>
      <w:r>
        <w:t>Service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Publishe</w:t>
      </w:r>
    </w:p>
    <w:p>
      <w:r>
        <w:t>Recommended content categories:</w:t>
      </w:r>
    </w:p>
    <w:p>
      <w:r>
        <w:t>Education</w:t>
      </w:r>
    </w:p>
    <w:p>
      <w:r>
        <w:t>Proof / Reviews</w:t>
      </w:r>
    </w:p>
    <w:p>
      <w:r>
        <w:t>Before &amp; After</w:t>
      </w:r>
    </w:p>
    <w:p>
      <w:r>
        <w:t>Team / Culture</w:t>
      </w:r>
    </w:p>
    <w:p>
      <w:r>
        <w:t>Services</w:t>
      </w:r>
    </w:p>
    <w:p>
      <w:r>
        <w:t>Local</w:t>
      </w:r>
    </w:p>
    <w:p>
      <w:r>
        <w:t>FAQ</w:t>
      </w:r>
    </w:p>
    <w:p>
      <w:r>
        <w:t>Seasonal</w:t>
      </w:r>
    </w:p>
    <w:p>
      <w:r>
        <w:t>Recruiting</w:t>
      </w:r>
    </w:p>
    <w:p>
      <w:r>
        <w:t>Referral</w:t>
      </w:r>
    </w:p>
    <w:p>
      <w:r>
        <w:t>Behind the Scenes</w:t>
      </w:r>
    </w:p>
    <w:p>
      <w:r>
        <w:t>Simple Monthly Content Plan</w:t>
      </w:r>
    </w:p>
    <w:p>
      <w:r>
        <w:t>Week 1</w:t>
      </w:r>
    </w:p>
    <w:p>
      <w:r>
        <w:t>Educational tip</w:t>
      </w:r>
    </w:p>
    <w:p>
      <w:r>
        <w:t>Before-and-after</w:t>
      </w:r>
    </w:p>
    <w:p>
      <w:r>
        <w:t>Service post</w:t>
      </w:r>
    </w:p>
    <w:p>
      <w:r>
        <w:t>Week 2</w:t>
      </w:r>
    </w:p>
    <w:p>
      <w:r>
        <w:t>Team / behind-the-scenes</w:t>
      </w:r>
    </w:p>
    <w:p>
      <w:r>
        <w:t>FAQ</w:t>
      </w:r>
    </w:p>
    <w:p>
      <w:r>
        <w:t>Customer feedback</w:t>
      </w:r>
    </w:p>
    <w:p>
      <w:r>
        <w:t>Week 3</w:t>
      </w:r>
    </w:p>
    <w:p>
      <w:r>
        <w:t>Educational post</w:t>
      </w:r>
    </w:p>
    <w:p>
      <w:r>
        <w:t>Local/community post</w:t>
      </w:r>
    </w:p>
    <w:p>
      <w:r>
        <w:t>Service post</w:t>
      </w:r>
    </w:p>
    <w:p>
      <w:r>
        <w:t>Week 4</w:t>
      </w:r>
    </w:p>
    <w:p>
      <w:r>
        <w:t>Before-and-after</w:t>
      </w:r>
    </w:p>
    <w:p>
      <w:r>
        <w:t>Engagement post</w:t>
      </w:r>
    </w:p>
    <w:p>
      <w:r>
        <w:t>Referral or booking CTA</w:t>
      </w:r>
    </w:p>
    <w:p>
      <w:r>
        <w:t>The goal isn't to publish the same volume for every company. Choose a sustainable</w:t>
      </w:r>
    </w:p>
    <w:p>
      <w:r>
        <w:t>cadence.</w:t>
      </w:r>
    </w:p>
    <w:p>
      <w:r>
        <w:t>Content Asset Checklist</w:t>
      </w:r>
    </w:p>
    <w:p>
      <w:r>
        <w:t>Before publishing:</w:t>
      </w:r>
    </w:p>
    <w:p>
      <w:r>
        <w:t>☐ Caption reviewed</w:t>
      </w:r>
    </w:p>
    <w:p>
      <w:r>
        <w:t>☐ Image/video approved</w:t>
      </w:r>
    </w:p>
    <w:p>
      <w:r>
        <w:t>☐ Customer permission confirmed where needed</w:t>
      </w:r>
    </w:p>
    <w:p>
      <w:r>
        <w:t>☐ No sensitive information visible</w:t>
      </w:r>
    </w:p>
    <w:p>
      <w:r>
        <w:t>☐ Address hidden if appropriate</w:t>
      </w:r>
    </w:p>
    <w:p>
      <w:r>
        <w:t>☐ Faces/license plates reviewed</w:t>
      </w:r>
    </w:p>
    <w:p>
      <w:r>
        <w:t>☐ Claims accurate</w:t>
      </w:r>
    </w:p>
    <w:p>
      <w:r>
        <w:t>☐ Price/offer accurate</w:t>
      </w:r>
    </w:p>
    <w:p>
      <w:r>
        <w:t>☐ Link works</w:t>
      </w:r>
    </w:p>
    <w:p>
      <w:r>
        <w:t>☐ CTA included where appropriate</w:t>
      </w:r>
    </w:p>
    <w:p>
      <w:r>
        <w:t>☐ Spelling checked</w:t>
      </w:r>
    </w:p>
    <w:p>
      <w:r>
        <w:t>Photo &amp; Video Permission</w:t>
      </w:r>
    </w:p>
    <w:p>
      <w:r>
        <w:t>Do not assume that permission to enter and clean a customer's property also grants</w:t>
      </w:r>
    </w:p>
    <w:p>
      <w:r>
        <w:t>permission to use images of that property for marketing.</w:t>
      </w:r>
    </w:p>
    <w:p>
      <w:r>
        <w:t>Businesses should establish an appropriate photo/video permission process.</w:t>
      </w:r>
    </w:p>
    <w:p>
      <w:r>
        <w:t>Extra caution may be appropriate for:</w:t>
      </w:r>
    </w:p>
    <w:p>
      <w:r>
        <w:t>Customer faces</w:t>
      </w:r>
    </w:p>
    <w:p>
      <w:r>
        <w:t>Children</w:t>
      </w:r>
    </w:p>
    <w:p>
      <w:r>
        <w:t>Family photos</w:t>
      </w:r>
    </w:p>
    <w:p>
      <w:r>
        <w:t>Addresses</w:t>
      </w:r>
    </w:p>
    <w:p>
      <w:r>
        <w:t>Mail</w:t>
      </w:r>
    </w:p>
    <w:p>
      <w:r>
        <w:t>Documents</w:t>
      </w:r>
    </w:p>
    <w:p>
      <w:r>
        <w:t>Security systems</w:t>
      </w:r>
    </w:p>
    <w:p>
      <w:r>
        <w:t>Keys</w:t>
      </w:r>
    </w:p>
    <w:p>
      <w:r>
        <w:t>Vehicle plates</w:t>
      </w:r>
    </w:p>
    <w:p>
      <w:r>
        <w:t>Valuable possessions</w:t>
      </w:r>
    </w:p>
    <w:p>
      <w:r>
        <w:t>Computer screens</w:t>
      </w:r>
    </w:p>
    <w:p>
      <w:r>
        <w:t>Medical information</w:t>
      </w:r>
    </w:p>
    <w:p>
      <w:r>
        <w:t>Other identifying information</w:t>
      </w:r>
    </w:p>
    <w:p>
      <w:r>
        <w:t>Content Metrics</w:t>
      </w:r>
    </w:p>
    <w:p>
      <w:r>
        <w:t>Track:</w:t>
      </w:r>
    </w:p>
    <w:p>
      <w:r>
        <w:t>Posts Published:</w:t>
      </w:r>
    </w:p>
    <w:p>
      <w:r>
        <w:t>Reach / Views:</w:t>
      </w:r>
    </w:p>
    <w:p>
      <w:r>
        <w:t>Engagement:</w:t>
      </w:r>
    </w:p>
    <w:p>
      <w:r>
        <w:t>Website Visits:</w:t>
      </w:r>
    </w:p>
    <w:p>
      <w:r>
        <w:t>Estimate Requests:</w:t>
      </w:r>
    </w:p>
    <w:p>
      <w:r>
        <w:t>Leads:</w:t>
      </w:r>
    </w:p>
    <w:p>
      <w:r>
        <w:t>Customers Won:</w:t>
      </w:r>
    </w:p>
    <w:p>
      <w:r>
        <w:t>Revenue Attributed: $</w:t>
      </w:r>
    </w:p>
    <w:p>
      <w:r>
        <w:t>The business outcome matters more than follower count alone.</w:t>
      </w:r>
    </w:p>
    <w:p>
      <w:r>
        <w:t>Template Notice</w:t>
      </w:r>
    </w:p>
    <w:p>
      <w:r>
        <w:t>These templates are general marketing examples and are not legal, advertising, privacy,</w:t>
      </w:r>
    </w:p>
    <w:p>
      <w:r>
        <w:t>employment, intellectual-property, or platform-compliance advice.</w:t>
      </w:r>
    </w:p>
    <w:p>
      <w:r>
        <w:t>Platform rules and features change over time. Verify current requirements for the platforms</w:t>
      </w:r>
    </w:p>
    <w:p>
      <w:r>
        <w:t>your business uses.</w:t>
      </w:r>
    </w:p>
    <w:p>
      <w:r>
        <w:t>Obtain appropriate permission for customer photos, testimonials, employee content,</w:t>
      </w:r>
    </w:p>
    <w:p>
      <w:r>
        <w:t>copyrighted materials, and other third-party content.</w:t>
      </w:r>
    </w:p>
    <w:p>
      <w:r>
        <w:t>Make promotional, pricing, availability, service, and performance claims accurately.</w:t>
      </w:r>
    </w:p>
    <w:p>
      <w:r>
        <w:t>Template Version: 1.0</w:t>
      </w:r>
    </w:p>
    <w:p>
      <w:r>
        <w:t>Updated: September 2026</w:t>
      </w:r>
    </w:p>
    <w:p>
      <w:r>
        <w:t>Template ID: TPL-MKT-005</w:t>
      </w:r>
    </w:p>
    <w:p>
      <w:r>
        <w:t>Provided by TidyOps</w:t>
      </w:r>
    </w:p>
    <w:p>
      <w:r>
        <w:t>For the library:</w:t>
      </w:r>
    </w:p>
    <w:p>
      <w:r>
        <w:t>I’d make the landing page especially substantial for SEO: expose all 40+ examples on-</w:t>
      </w:r>
    </w:p>
    <w:p>
      <w:r>
        <w:t>page, grouped by intent, and offer the DOCX/PDF as the convenient downloadable</w:t>
      </w:r>
    </w:p>
    <w:p>
      <w:r>
        <w:t>version.</w:t>
      </w:r>
    </w:p>
    <w:p>
      <w:r>
        <w:t>There’s also a useful product boundary here. I wouldn’t try to turn TidyOps into a full social-</w:t>
      </w:r>
    </w:p>
    <w:p>
      <w:r>
        <w:t>media management platform. The stronger connection is using operational events—great</w:t>
      </w:r>
    </w:p>
    <w:p>
      <w:r>
        <w:t>inspection scores, completed jobs, reviews, milestones, team achievements—to identify</w:t>
      </w:r>
    </w:p>
    <w:p>
      <w:r>
        <w:t>marketing opportunities, while keeping TidyOps focused on running the cleaning</w:t>
      </w:r>
    </w:p>
    <w:p>
      <w:r>
        <w:t>business.</w:t>
      </w:r>
    </w:p>
    <w:p>
      <w:r>
        <w:t>Template ID: TPL-MKT-005</w:t>
      </w:r>
    </w:p>
    <w:p>
      <w:r>
        <w:t>Slug: cleaning-social-media-post-templates</w:t>
      </w:r>
    </w:p>
    <w:p>
      <w:r>
        <w:t>SEO Title: Cleaning Social Media Post Templates | 40+ Free Ideas</w:t>
      </w:r>
    </w:p>
    <w:p>
      <w:r>
        <w:t>Meta Description: Get 40+ cleaning social media post templates and ideas for house</w:t>
      </w:r>
    </w:p>
    <w:p>
      <w:r>
        <w:t>Category: Sales &amp; Marketing</w:t>
      </w:r>
    </w:p>
    <w:p>
      <w:r>
        <w:t>Formats: DOCX, PDF, Copyable Web Templates</w:t>
      </w:r>
    </w:p>
    <w:p>
      <w:r>
        <w:t>Version: 1.0</w:t>
      </w:r>
    </w:p>
    <w:p>
      <w:r>
        <w:t>Updated: 2026-09</w:t>
      </w:r>
    </w:p>
    <w:p>
      <w:r>
        <w:t>Legal Review Flag: Marketing / privacy / photo-permission disclaimer</w:t>
      </w:r>
    </w:p>
    <w:p>
      <w:r>
        <w:t>Primary CTA: Turn Cleaning Customers Into Repeat Business with TidyOps</w:t>
      </w:r>
    </w:p>
    <w:p>
      <w:r>
        <w:t>Product Route: Customers / Reviews / Referrals / Marketing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