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Time Sheet Template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CLEANING TIME SHEET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EMPLOYEE INFORMATION</w:t>
      </w:r>
    </w:p>
    <w:p>
      <w:r>
        <w:t>Employee Name:</w:t>
      </w:r>
    </w:p>
    <w:p>
      <w:r>
        <w:t>Employee ID:</w:t>
      </w:r>
    </w:p>
    <w:p>
      <w:r>
        <w:t>Position:</w:t>
      </w:r>
    </w:p>
    <w:p>
      <w:r>
        <w:t>☐ Cleaner</w:t>
      </w:r>
    </w:p>
    <w:p>
      <w:r>
        <w:t>☐ Team Lead</w:t>
      </w:r>
    </w:p>
    <w:p>
      <w:r>
        <w:t>☐ Supervisor</w:t>
      </w:r>
    </w:p>
    <w:p>
      <w:r>
        <w:t>☐ Trainer</w:t>
      </w:r>
    </w:p>
    <w:p>
      <w:r>
        <w:t>☐ Office / Administrative</w:t>
      </w:r>
    </w:p>
    <w:p>
      <w:r>
        <w:t>☐ Other:</w:t>
      </w:r>
    </w:p>
    <w:p>
      <w:r>
        <w:t>Pay Period Start:</w:t>
      </w:r>
    </w:p>
    <w:p>
      <w:r>
        <w:t>Pay Period End:</w:t>
      </w:r>
    </w:p>
    <w:p>
      <w:r>
        <w:t>Supervisor: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TIME ENTRY INSTRUCTIONS</w:t>
      </w:r>
    </w:p>
    <w:p>
      <w:r>
        <w:t>Record working time accurately according to company policy and applicable wage-and-hour requirements.</w:t>
      </w:r>
    </w:p>
    <w:p>
      <w:r>
        <w:t>Employees should:</w:t>
      </w:r>
    </w:p>
    <w:p>
      <w:pPr>
        <w:pStyle w:val="ListBullet"/>
      </w:pPr>
      <w:r>
        <w:t>Record actual work time</w:t>
      </w:r>
    </w:p>
    <w:p>
      <w:pPr>
        <w:pStyle w:val="ListBullet"/>
      </w:pPr>
      <w:r>
        <w:t>Record required meal periods according to company procedure</w:t>
      </w:r>
    </w:p>
    <w:p>
      <w:pPr>
        <w:pStyle w:val="ListBullet"/>
      </w:pPr>
      <w:r>
        <w:t>Record compensable travel where applicable</w:t>
      </w:r>
    </w:p>
    <w:p>
      <w:pPr>
        <w:pStyle w:val="ListBullet"/>
      </w:pPr>
      <w:r>
        <w:t>Record training, meetings, and other work time</w:t>
      </w:r>
    </w:p>
    <w:p>
      <w:pPr>
        <w:pStyle w:val="ListBullet"/>
      </w:pPr>
      <w:r>
        <w:t>Never perform unrecorded or “off-the-clock” work</w:t>
      </w:r>
    </w:p>
    <w:p>
      <w:pPr>
        <w:pStyle w:val="ListBullet"/>
      </w:pPr>
      <w:r>
        <w:t>Report missed or incorrect entries promptly</w:t>
      </w:r>
    </w:p>
    <w:p>
      <w:r>
        <w:t>Do not change a time record to reduce hours actually worked.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DAILY TIME RECORD</w:t>
      </w:r>
    </w:p>
    <w:p>
      <w:pPr>
        <w:pStyle w:val="Heading2"/>
        <w:keepNext/>
      </w:pPr>
      <w:r>
        <w:t>MONDAY — Date: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Time Type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Start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End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Break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Total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Work / Shift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Travel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Training / Meeting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Daily Total:  hours</w:t>
      </w:r>
    </w:p>
    <w:p>
      <w:r>
        <w:t>Employee Initials: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TUESDAY — Date: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Time Type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Start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End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Break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Total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Work / Shift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Travel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Training / Meeting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Daily Total:  hours</w:t>
      </w:r>
    </w:p>
    <w:p>
      <w:r>
        <w:t>Employee Initials: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WEDNESDAY — Date: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Time Type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Start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End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Break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Total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Work / Shift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Travel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Training / Meeting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Daily Total:  hours</w:t>
      </w:r>
    </w:p>
    <w:p>
      <w:r>
        <w:t>Employee Initials: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THURSDAY — Date: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Time Type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Start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End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Break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Total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Work / Shift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Travel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Training / Meeting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Daily Total:  hours</w:t>
      </w:r>
    </w:p>
    <w:p>
      <w:r>
        <w:t>Employee Initials: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FRIDAY — Date: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Time Type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Start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End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Break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Total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Work / Shift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Travel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Training / Meeting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Daily Total:  hours</w:t>
      </w:r>
    </w:p>
    <w:p>
      <w:r>
        <w:t>Employee Initials: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SATURDAY — Date: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Time Type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Start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End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Break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Total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Work / Shift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Travel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Training / Meeting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Daily Total:  hours</w:t>
      </w:r>
    </w:p>
    <w:p>
      <w:r>
        <w:t>Employee Initials: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SUNDAY — Date: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Time Type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Start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End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Break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Total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Work / Shift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Travel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Training / Meeting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—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Daily Total:  hours</w:t>
      </w:r>
    </w:p>
    <w:p>
      <w:r>
        <w:t>Employee Initials: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JOB-BY-JOB TIME LOG</w:t>
      </w:r>
    </w:p>
    <w:p>
      <w:r>
        <w:t>Use this section when the company tracks labor by customer or job.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646"/>
        <w:gridCol w:w="1646"/>
        <w:gridCol w:w="1646"/>
        <w:gridCol w:w="1646"/>
        <w:gridCol w:w="1646"/>
        <w:gridCol w:w="1646"/>
      </w:tblGrid>
      <w:tr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Date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Job #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Customer / Property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Start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End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Labor Hrs.</w:t>
            </w:r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Total Job Labor Hours: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TRAVEL TIME LOG</w:t>
      </w:r>
    </w:p>
    <w:p>
      <w:r>
        <w:t>Record travel according to company policy and applicable wage-and-hour requirements.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646"/>
        <w:gridCol w:w="1646"/>
        <w:gridCol w:w="1646"/>
        <w:gridCol w:w="1646"/>
        <w:gridCol w:w="1646"/>
        <w:gridCol w:w="1646"/>
      </w:tblGrid>
      <w:tr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Date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From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To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Start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End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Total</w:t>
            </w:r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Total Recorded Travel Time: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BREAK RECORD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Date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Break Type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Start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End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Duration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Break and meal-period rules vary by jurisdiction. Configure this section according to applicable requirements.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NON-JOB WORK</w:t>
      </w:r>
    </w:p>
    <w:p>
      <w:r>
        <w:t>Record compensable work that is not assigned directly to a customer job.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Date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Activity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Start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End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Hours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Team Meeting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Training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Supply Prep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Equipment Maintenance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Office / Admin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Total Non-Job Hours: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PAID LEAVE / OTHER HOURS</w:t>
      </w:r>
    </w:p>
    <w:p>
      <w:r>
        <w:t>Where applicable: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Date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Type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Hours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PTO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Sick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Holiday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Total Leave / Other Hours: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WEEKLY / PAY-PERIOD SUMMARY</w:t>
      </w:r>
    </w:p>
    <w:p>
      <w:r>
        <w:t>Regular Hours:</w:t>
      </w:r>
    </w:p>
    <w:p>
      <w:r>
        <w:t>Overtime Hours:</w:t>
      </w:r>
    </w:p>
    <w:p>
      <w:r>
        <w:t>Job Labor Hours:</w:t>
      </w:r>
    </w:p>
    <w:p>
      <w:r>
        <w:t>Travel Hours:</w:t>
      </w:r>
    </w:p>
    <w:p>
      <w:r>
        <w:t>Training Hours:</w:t>
      </w:r>
    </w:p>
    <w:p>
      <w:r>
        <w:t>Meeting Hours:</w:t>
      </w:r>
    </w:p>
    <w:p>
      <w:r>
        <w:t>Other Work Hours:</w:t>
      </w:r>
    </w:p>
    <w:p>
      <w:r>
        <w:t>Paid Leave Hours:</w:t>
      </w:r>
    </w:p>
    <w:p>
      <w:r>
        <w:t>TOTAL RECORDED HOURS:</w:t>
      </w:r>
    </w:p>
    <w:p>
      <w:r>
        <w:t>Overtime eligibility and calculation should be determined under applicable law and company policy.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TIME ENTRY EXCEPTIONS</w:t>
      </w:r>
    </w:p>
    <w:p>
      <w:r>
        <w:t>Did any of the following occur?</w:t>
      </w:r>
    </w:p>
    <w:p>
      <w:r>
        <w:t>☐ Missed Clock-In</w:t>
      </w:r>
    </w:p>
    <w:p>
      <w:r>
        <w:t>☐ Missed Clock-Out</w:t>
      </w:r>
    </w:p>
    <w:p>
      <w:r>
        <w:t>☐ Incorrect Job Assignment</w:t>
      </w:r>
    </w:p>
    <w:p>
      <w:r>
        <w:t>☐ Incorrect Break Entry</w:t>
      </w:r>
    </w:p>
    <w:p>
      <w:r>
        <w:t>☐ Travel Time Missing</w:t>
      </w:r>
    </w:p>
    <w:p>
      <w:r>
        <w:t>☐ Training Time Missing</w:t>
      </w:r>
    </w:p>
    <w:p>
      <w:r>
        <w:t>☐ Schedule Changed</w:t>
      </w:r>
    </w:p>
    <w:p>
      <w:r>
        <w:t>☐ Worked Beyond Scheduled Hours</w:t>
      </w:r>
    </w:p>
    <w:p>
      <w:r>
        <w:t>☐ Other:</w:t>
      </w:r>
    </w:p>
    <w:p>
      <w:pPr>
        <w:pStyle w:val="Heading3"/>
        <w:keepNext/>
      </w:pPr>
      <w:r>
        <w:t>Explanation / Correction Requested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TIME CORRECTION RECORD</w:t>
      </w:r>
    </w:p>
    <w:p>
      <w:r>
        <w:t>Original Entry:</w:t>
      </w:r>
    </w:p>
    <w:p>
      <w:r>
        <w:t>Requested Correction:</w:t>
      </w:r>
    </w:p>
    <w:p>
      <w:r>
        <w:t>Reason:</w:t>
      </w:r>
    </w:p>
    <w:p>
      <w:r>
        <w:t>Requested By:</w:t>
      </w:r>
    </w:p>
    <w:p>
      <w:r>
        <w:t>Request Date:</w:t>
      </w:r>
    </w:p>
    <w:p>
      <w:r>
        <w:t>Reviewed By:</w:t>
      </w:r>
    </w:p>
    <w:p>
      <w:r>
        <w:t>Approved Correction:</w:t>
      </w:r>
    </w:p>
    <w:p>
      <w:r>
        <w:t>Approval Date:</w:t>
      </w:r>
    </w:p>
    <w:p>
      <w:r>
        <w:t>Time-entry corrections should preserve an appropriate audit trail rather than silently replacing original records.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EMPLOYEE CERTIFICATION</w:t>
      </w:r>
    </w:p>
    <w:p>
      <w:r>
        <w:t>I certify that this time sheet accurately reflects the time I worked to the best of my knowledge.</w:t>
      </w:r>
    </w:p>
    <w:p>
      <w:r>
        <w:t>I have reported any known missing or incorrect entries and understand that all working time should be recorded according to company policy.</w:t>
      </w:r>
    </w:p>
    <w:p>
      <w:r>
        <w:t>Employee Name:</w:t>
      </w:r>
    </w:p>
    <w:p>
      <w:r>
        <w:t>Employee Signature:</w:t>
      </w:r>
    </w:p>
    <w:p>
      <w:r>
        <w:t>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SUPERVISOR REVIEW</w:t>
      </w:r>
    </w:p>
    <w:p>
      <w:r>
        <w:t>The supervisor should review the time record for completeness and apparent errors without removing legitimately worked time.</w:t>
      </w:r>
    </w:p>
    <w:p>
      <w:r>
        <w:t>Supervisor:</w:t>
      </w:r>
    </w:p>
    <w:p>
      <w:r>
        <w:t>Status:</w:t>
      </w:r>
    </w:p>
    <w:p>
      <w:r>
        <w:t>☐ Approved</w:t>
      </w:r>
    </w:p>
    <w:p>
      <w:r>
        <w:t>☐ Correction Required</w:t>
      </w:r>
    </w:p>
    <w:p>
      <w:r>
        <w:t>☐ Payroll Review Required</w:t>
      </w:r>
    </w:p>
    <w:p>
      <w:r>
        <w:t>Supervisor Signature:</w:t>
      </w:r>
    </w:p>
    <w:p>
      <w:r>
        <w:t>Date: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PAYROLL USE</w:t>
      </w:r>
    </w:p>
    <w:p>
      <w:r>
        <w:t>Pay Period:</w:t>
      </w:r>
    </w:p>
    <w:p>
      <w:r>
        <w:t>Regular Hours:</w:t>
      </w:r>
    </w:p>
    <w:p>
      <w:r>
        <w:t>Overtime Hours:</w:t>
      </w:r>
    </w:p>
    <w:p>
      <w:r>
        <w:t>Other Paid Hours:</w:t>
      </w:r>
    </w:p>
    <w:p>
      <w:r>
        <w:t>Payroll Notes:</w:t>
      </w:r>
    </w:p>
    <w:p>
      <w:r>
        <w:t>Entered / Reviewed By:</w:t>
      </w:r>
    </w:p>
    <w:p>
      <w:r>
        <w:t>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OPTIONAL JOB-COSTING SUMMARY</w:t>
      </w:r>
    </w:p>
    <w:p>
      <w:r>
        <w:t>This section is for operational analysis and does not replace payroll records.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Job #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Customer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Revenue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Labor Hrs.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Labor Cost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</w:tbl>
    <w:p>
      <w:r>
        <w:t>Total Revenue: $</w:t>
      </w:r>
    </w:p>
    <w:p>
      <w:r>
        <w:t>Total Direct Labor Cost: $</w:t>
      </w:r>
    </w:p>
    <w:p>
      <w:r>
        <w:t>Revenue Per Labor Hour: $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IMPORTANT WAGE &amp; HOUR NOTICE</w:t>
      </w:r>
    </w:p>
    <w:p>
      <w:r>
        <w:t>This template is a general administrative resource and is not legal, payroll, tax, or HR advice.</w:t>
      </w:r>
    </w:p>
    <w:p>
      <w:r>
        <w:t>Wage-and-hour rules can govern compensable travel, waiting time, training, meetings, meal periods, rest periods, overtime, time rounding, minimum reporting pay, split shifts, record retention, and other matters.</w:t>
      </w:r>
    </w:p>
    <w:p>
      <w:r>
        <w:t>Requirements vary by jurisdiction and employee classification.</w:t>
      </w:r>
    </w:p>
    <w:p>
      <w:r>
        <w:t>Employers should maintain accurate records of all compensable working time and should not require or permit employees to perform unrecorded work.</w:t>
      </w:r>
    </w:p>
    <w:p>
      <w:r>
        <w:t>Have your timekeeping and payroll practices reviewed for the laws applicable to your workforce.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Customize this time sheet for your pay periods, job-number system, travel procedures, break policies, payroll process, and local requirements.</w:t>
      </w:r>
    </w:p>
    <w:p>
      <w:r>
        <w:t>Template Version: 1.0</w:t>
      </w:r>
    </w:p>
    <w:p>
      <w:r>
        <w:t>Updated: September 2026</w:t>
      </w:r>
    </w:p>
    <w:p>
      <w:r>
        <w:t>Template ID: TPL-OPS-003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