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Work Order Template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CLEANING WORK ORDER</w:t>
      </w:r>
    </w:p>
    <w:p>
      <w:r>
        <w:t>[YOUR COMPANY NAME]</w:t>
      </w:r>
    </w:p>
    <w:p>
      <w:r>
        <w:t>[Company Address]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WORK ORDER INFORMATION</w:t>
      </w:r>
    </w:p>
    <w:p>
      <w:r>
        <w:t>Work Order #:</w:t>
      </w:r>
    </w:p>
    <w:p>
      <w:r>
        <w:t>Date Created:</w:t>
      </w:r>
    </w:p>
    <w:p>
      <w:r>
        <w:t>Requested Service Date:</w:t>
      </w:r>
    </w:p>
    <w:p>
      <w:r>
        <w:t>Scheduled Service Date:</w:t>
      </w:r>
    </w:p>
    <w:p>
      <w:r>
        <w:t>Priority:</w:t>
      </w:r>
    </w:p>
    <w:p>
      <w:r>
        <w:t>☐ Routine</w:t>
      </w:r>
    </w:p>
    <w:p>
      <w:r>
        <w:t>☐ Scheduled</w:t>
      </w:r>
    </w:p>
    <w:p>
      <w:r>
        <w:t>☐ Priority</w:t>
      </w:r>
    </w:p>
    <w:p>
      <w:r>
        <w:t>☐ Urgent</w:t>
      </w:r>
    </w:p>
    <w:p>
      <w:r>
        <w:t>Status:</w:t>
      </w:r>
    </w:p>
    <w:p>
      <w:r>
        <w:t>☐ Requested</w:t>
      </w:r>
    </w:p>
    <w:p>
      <w:r>
        <w:t>☐ Awaiting Approval</w:t>
      </w:r>
    </w:p>
    <w:p>
      <w:r>
        <w:t>☐ Approved</w:t>
      </w:r>
    </w:p>
    <w:p>
      <w:r>
        <w:t>☐ Scheduled</w:t>
      </w:r>
    </w:p>
    <w:p>
      <w:r>
        <w:t>☐ In Progress</w:t>
      </w:r>
    </w:p>
    <w:p>
      <w:r>
        <w:t>☐ Completed</w:t>
      </w:r>
    </w:p>
    <w:p>
      <w:r>
        <w:t>☐ On Hold</w:t>
      </w:r>
    </w:p>
    <w:p>
      <w:r>
        <w:t>☐ Canceled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 / CLIENT INFORMATION</w:t>
      </w:r>
    </w:p>
    <w:p>
      <w:r>
        <w:t>Customer / Company:</w:t>
      </w:r>
    </w:p>
    <w:p>
      <w:r>
        <w:t>Primary Contact:</w:t>
      </w:r>
    </w:p>
    <w:p>
      <w:r>
        <w:t>Phone:</w:t>
      </w:r>
    </w:p>
    <w:p>
      <w:r>
        <w:t>Email:</w:t>
      </w:r>
    </w:p>
    <w:p>
      <w:r>
        <w:t>Customer / Account #:</w:t>
      </w:r>
    </w:p>
    <w:p>
      <w:r>
        <w:t>Purchase Order #, if applicable: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SERVICE LOCATION</w:t>
      </w:r>
    </w:p>
    <w:p>
      <w:r>
        <w:t>Property / Facility:</w:t>
      </w:r>
    </w:p>
    <w:p>
      <w:r>
        <w:t>Service Address:</w:t>
      </w:r>
    </w:p>
    <w:p>
      <w:r>
        <w:t>City / State / ZIP:</w:t>
      </w:r>
    </w:p>
    <w:p>
      <w:r>
        <w:t>Unit / Suite:</w:t>
      </w:r>
    </w:p>
    <w:p>
      <w:r>
        <w:t>Property Type:</w:t>
      </w:r>
    </w:p>
    <w:p>
      <w:r>
        <w:t>☐ Residential</w:t>
      </w:r>
    </w:p>
    <w:p>
      <w:r>
        <w:t>☐ Office</w:t>
      </w:r>
    </w:p>
    <w:p>
      <w:r>
        <w:t>☐ Retail</w:t>
      </w:r>
    </w:p>
    <w:p>
      <w:r>
        <w:t>☐ Multifamily</w:t>
      </w:r>
    </w:p>
    <w:p>
      <w:r>
        <w:t>☐ Vacation Rental</w:t>
      </w:r>
    </w:p>
    <w:p>
      <w:r>
        <w:t>☐ Medical / Healthcare</w:t>
      </w:r>
    </w:p>
    <w:p>
      <w:r>
        <w:t>☐ Educational</w:t>
      </w:r>
    </w:p>
    <w:p>
      <w:r>
        <w:t>☐ Industrial</w:t>
      </w:r>
    </w:p>
    <w:p>
      <w:r>
        <w:t>☐ Construction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REQUESTED BY</w:t>
      </w:r>
    </w:p>
    <w:p>
      <w:r>
        <w:t>Name:</w:t>
      </w:r>
    </w:p>
    <w:p>
      <w:r>
        <w:t>Company / Department:</w:t>
      </w:r>
    </w:p>
    <w:p>
      <w:r>
        <w:t>Phone:</w:t>
      </w:r>
    </w:p>
    <w:p>
      <w:r>
        <w:t>Email:</w:t>
      </w:r>
    </w:p>
    <w:p>
      <w:r>
        <w:t>Request 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SERVICE REQUEST</w:t>
      </w:r>
    </w:p>
    <w:p>
      <w:r>
        <w:t>Work Requested: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Reason for Service:</w:t>
      </w:r>
    </w:p>
    <w:p>
      <w:r>
        <w:t>☐ Routine Cleaning</w:t>
      </w:r>
    </w:p>
    <w:p>
      <w:r>
        <w:t>☐ One-Time Cleaning</w:t>
      </w:r>
    </w:p>
    <w:p>
      <w:r>
        <w:t>☐ Deep Cleaning</w:t>
      </w:r>
    </w:p>
    <w:p>
      <w:r>
        <w:t>☐ Move-In / Move-Out</w:t>
      </w:r>
    </w:p>
    <w:p>
      <w:r>
        <w:t>☐ Tenant Turnover</w:t>
      </w:r>
    </w:p>
    <w:p>
      <w:r>
        <w:t>☐ Post-Construction</w:t>
      </w:r>
    </w:p>
    <w:p>
      <w:r>
        <w:t>☐ Corrective / Reclean</w:t>
      </w:r>
    </w:p>
    <w:p>
      <w:r>
        <w:t>☐ Customer Request</w:t>
      </w:r>
    </w:p>
    <w:p>
      <w:r>
        <w:t>☐ Inspection Follow-Up</w:t>
      </w:r>
    </w:p>
    <w:p>
      <w:r>
        <w:t>☐ Event Cleaning</w:t>
      </w:r>
    </w:p>
    <w:p>
      <w:r>
        <w:t>☐ Specialty Service</w:t>
      </w:r>
    </w:p>
    <w:p>
      <w:r>
        <w:t>☐ Additional Contract Work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SCOPE OF WORK</w:t>
      </w:r>
    </w:p>
    <w:p>
      <w:r>
        <w:t>The following work is authorized under this work order: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Area / Location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Task / Service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Frequency / Qty.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3"/>
        <w:keepNext/>
      </w:pPr>
      <w:r>
        <w:t>Detailed Scope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EXCLUDED WORK</w:t>
      </w:r>
    </w:p>
    <w:p>
      <w:r>
        <w:t>The following work is specifically excluded unless separately authorized: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☐ No Additional Exclusions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OPTIONAL / ADDITIONAL SERVICES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Service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Requested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Authorized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Inside Refrigerator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Inside Oven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Inside Cabinets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Interior Windows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Carpet Cleaning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 Care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High Dusting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Pressure Washing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Consumable Restocking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SERVICE SCHEDULE</w:t>
      </w:r>
    </w:p>
    <w:p>
      <w:r>
        <w:t>Scheduled Date:</w:t>
      </w:r>
    </w:p>
    <w:p>
      <w:r>
        <w:t>Arrival Window:</w:t>
      </w:r>
    </w:p>
    <w:p>
      <w:r>
        <w:t>Completion Deadline:</w:t>
      </w:r>
    </w:p>
    <w:p>
      <w:r>
        <w:t>Estimated Duration:</w:t>
      </w:r>
    </w:p>
    <w:p>
      <w:r>
        <w:t>Estimated Labor Hours:</w:t>
      </w:r>
    </w:p>
    <w:p>
      <w:r>
        <w:t>Crew Size: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ASSIGNED TEAM</w:t>
      </w:r>
    </w:p>
    <w:p>
      <w:r>
        <w:t>Crew Lead:</w:t>
      </w:r>
    </w:p>
    <w:p>
      <w:r>
        <w:t>Cleaner / Technician 1:</w:t>
      </w:r>
    </w:p>
    <w:p>
      <w:r>
        <w:t>Cleaner / Technician 2:</w:t>
      </w:r>
    </w:p>
    <w:p>
      <w:r>
        <w:t>Cleaner / Technician 3:</w:t>
      </w:r>
    </w:p>
    <w:p>
      <w:r>
        <w:t>Supervisor: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ACCESS INFORMATION</w:t>
      </w:r>
    </w:p>
    <w:p>
      <w:r>
        <w:t>Access Method:</w:t>
      </w:r>
    </w:p>
    <w:p>
      <w:r>
        <w:t>☐ Customer Present</w:t>
      </w:r>
    </w:p>
    <w:p>
      <w:r>
        <w:t>☐ Key</w:t>
      </w:r>
    </w:p>
    <w:p>
      <w:r>
        <w:t>☐ Lockbox</w:t>
      </w:r>
    </w:p>
    <w:p>
      <w:r>
        <w:t>☐ Keypad</w:t>
      </w:r>
    </w:p>
    <w:p>
      <w:r>
        <w:t>☐ Access Card</w:t>
      </w:r>
    </w:p>
    <w:p>
      <w:r>
        <w:t>☐ Security Desk</w:t>
      </w:r>
    </w:p>
    <w:p>
      <w:r>
        <w:t>☐ Property Manager</w:t>
      </w:r>
    </w:p>
    <w:p>
      <w:r>
        <w:t>☐ Other:</w:t>
      </w:r>
    </w:p>
    <w:p>
      <w:r>
        <w:t>Access Instructions: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Parking / Loading Instructions:</w:t>
      </w:r>
    </w:p>
    <w:p>
      <w:pPr>
        <w:spacing w:after="80"/>
        <w:pBdr>
          <w:bottom w:val="single" w:sz="8" w:color="0B7285"/>
        </w:pBdr>
      </w:pPr>
    </w:p>
    <w:p>
      <w:r>
        <w:t>Restricted Areas:</w:t>
      </w:r>
    </w:p>
    <w:p>
      <w:pPr>
        <w:spacing w:after="80"/>
        <w:pBdr>
          <w:bottom w:val="single" w:sz="8" w:color="0B7285"/>
        </w:pBdr>
      </w:pPr>
    </w:p>
    <w:p>
      <w:r>
        <w:t>Sensitive credentials should be stored and shared through approved secure procedures rather than written on broadly distributed work orders.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SITE CONTACT</w:t>
      </w:r>
    </w:p>
    <w:p>
      <w:r>
        <w:t>Onsite Contact:</w:t>
      </w:r>
    </w:p>
    <w:p>
      <w:r>
        <w:t>Phone:</w:t>
      </w:r>
    </w:p>
    <w:p>
      <w:r>
        <w:t>Available During Service:</w:t>
      </w:r>
    </w:p>
    <w:p>
      <w:r>
        <w:t>☐ Yes</w:t>
      </w:r>
    </w:p>
    <w:p>
      <w:r>
        <w:t>☐ No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SPECIAL SITE REQUIREMENTS</w:t>
      </w:r>
    </w:p>
    <w:p>
      <w:r>
        <w:t>☐ Security Check-In</w:t>
      </w:r>
    </w:p>
    <w:p>
      <w:r>
        <w:t>☐ Visitor Badge</w:t>
      </w:r>
    </w:p>
    <w:p>
      <w:r>
        <w:t>☐ Background-Cleared Staff</w:t>
      </w:r>
    </w:p>
    <w:p>
      <w:r>
        <w:t>☐ PPE Required</w:t>
      </w:r>
    </w:p>
    <w:p>
      <w:r>
        <w:t>☐ Safety Orientation</w:t>
      </w:r>
    </w:p>
    <w:p>
      <w:r>
        <w:t>☐ Elevator Reservation</w:t>
      </w:r>
    </w:p>
    <w:p>
      <w:r>
        <w:t>☐ Loading Dock Access</w:t>
      </w:r>
    </w:p>
    <w:p>
      <w:r>
        <w:t>☐ Certificate of Insurance</w:t>
      </w:r>
    </w:p>
    <w:p>
      <w:r>
        <w:t>☐ Vendor Check-In</w:t>
      </w:r>
    </w:p>
    <w:p>
      <w:r>
        <w:t>☐ Other:</w:t>
      </w:r>
    </w:p>
    <w:p>
      <w:pPr>
        <w:pStyle w:val="Heading3"/>
        <w:keepNext/>
      </w:pPr>
      <w:r>
        <w:t>Instructions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PRODUCTS &amp; SUPPLIES</w:t>
      </w:r>
    </w:p>
    <w:p>
      <w:r>
        <w:t>Cleaning Products Provided By:</w:t>
      </w:r>
    </w:p>
    <w:p>
      <w:r>
        <w:t>☐ Cleaning Company</w:t>
      </w:r>
    </w:p>
    <w:p>
      <w:r>
        <w:t>☐ Customer / Client</w:t>
      </w:r>
    </w:p>
    <w:p>
      <w:r>
        <w:t>☐ Mixed</w:t>
      </w:r>
    </w:p>
    <w:p>
      <w:r>
        <w:t>Special Products Required:</w:t>
      </w:r>
    </w:p>
    <w:p>
      <w:pPr>
        <w:spacing w:after="80"/>
        <w:pBdr>
          <w:bottom w:val="single" w:sz="8" w:color="0B7285"/>
        </w:pBdr>
      </w:pPr>
    </w:p>
    <w:p>
      <w:r>
        <w:t>Consumables Required:</w:t>
      </w:r>
    </w:p>
    <w:p>
      <w:r>
        <w:t>☐ Trash Liners</w:t>
      </w:r>
    </w:p>
    <w:p>
      <w:r>
        <w:t>☐ Toilet Tissue</w:t>
      </w:r>
    </w:p>
    <w:p>
      <w:r>
        <w:t>☐ Paper Towels</w:t>
      </w:r>
    </w:p>
    <w:p>
      <w:r>
        <w:t>☐ Hand Soap</w:t>
      </w:r>
    </w:p>
    <w:p>
      <w:r>
        <w:t>☐ Guest Supplies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EQUIPMENT REQUIRED</w:t>
      </w:r>
    </w:p>
    <w:p>
      <w:r>
        <w:t>☐ Standard Cleaning Kit</w:t>
      </w:r>
    </w:p>
    <w:p>
      <w:r>
        <w:t>☐ Vacuum</w:t>
      </w:r>
    </w:p>
    <w:p>
      <w:r>
        <w:t>☐ Mop System</w:t>
      </w:r>
    </w:p>
    <w:p>
      <w:r>
        <w:t>☐ Carpet Extractor</w:t>
      </w:r>
    </w:p>
    <w:p>
      <w:r>
        <w:t>☐ Floor Scrubber</w:t>
      </w:r>
    </w:p>
    <w:p>
      <w:r>
        <w:t>☐ Burnisher</w:t>
      </w:r>
    </w:p>
    <w:p>
      <w:r>
        <w:t>☐ Extension Tools</w:t>
      </w:r>
    </w:p>
    <w:p>
      <w:r>
        <w:t>☐ Ladder</w:t>
      </w:r>
    </w:p>
    <w:p>
      <w:r>
        <w:t>☐ Pressure Washer</w:t>
      </w:r>
    </w:p>
    <w:p>
      <w:r>
        <w:t>☐ Other:</w:t>
      </w:r>
    </w:p>
    <w:p>
      <w:pPr>
        <w:pStyle w:val="Heading3"/>
        <w:keepNext/>
      </w:pPr>
      <w:r>
        <w:t>Equipment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SAFETY / HAZARD INFORMATION</w:t>
      </w:r>
    </w:p>
    <w:p>
      <w:r>
        <w:t>Known Site Hazards:</w:t>
      </w:r>
    </w:p>
    <w:p>
      <w:r>
        <w:t>☐ None Reported</w:t>
      </w:r>
    </w:p>
    <w:p>
      <w:r>
        <w:t>☐ Wet / Slippery Areas</w:t>
      </w:r>
    </w:p>
    <w:p>
      <w:r>
        <w:t>☐ Construction Activity</w:t>
      </w:r>
    </w:p>
    <w:p>
      <w:r>
        <w:t>☐ Electrical Hazard</w:t>
      </w:r>
    </w:p>
    <w:p>
      <w:r>
        <w:t>☐ Chemicals</w:t>
      </w:r>
    </w:p>
    <w:p>
      <w:r>
        <w:t>☐ Sharps</w:t>
      </w:r>
    </w:p>
    <w:p>
      <w:r>
        <w:t>☐ Biohazard Concern</w:t>
      </w:r>
    </w:p>
    <w:p>
      <w:r>
        <w:t>☐ Mold Concern</w:t>
      </w:r>
    </w:p>
    <w:p>
      <w:r>
        <w:t>☐ Pest Activity</w:t>
      </w:r>
    </w:p>
    <w:p>
      <w:r>
        <w:t>☐ Restricted Machinery</w:t>
      </w:r>
    </w:p>
    <w:p>
      <w:r>
        <w:t>☐ Working at Height</w:t>
      </w:r>
    </w:p>
    <w:p>
      <w:r>
        <w:t>☐ Other:</w:t>
      </w:r>
    </w:p>
    <w:p>
      <w:pPr>
        <w:pStyle w:val="Heading3"/>
        <w:keepNext/>
      </w:pPr>
      <w:r>
        <w:t>Details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Work requiring specialized training, licensing, PPE, or regulatory procedures should not be performed unless the assigned personnel are appropriately qualified and authorized.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PRICING</w:t>
      </w:r>
    </w:p>
    <w:p>
      <w:r>
        <w:t>Pricing Method:</w:t>
      </w:r>
    </w:p>
    <w:p>
      <w:r>
        <w:t>☐ Fixed Price</w:t>
      </w:r>
    </w:p>
    <w:p>
      <w:r>
        <w:t>☐ Hourly</w:t>
      </w:r>
    </w:p>
    <w:p>
      <w:r>
        <w:t>☐ Per Square Foot</w:t>
      </w:r>
    </w:p>
    <w:p>
      <w:r>
        <w:t>☐ Per Unit</w:t>
      </w:r>
    </w:p>
    <w:p>
      <w:r>
        <w:t>☐ Contract-Included</w:t>
      </w:r>
    </w:p>
    <w:p>
      <w:r>
        <w:t>☐ Not-to-Exceed</w:t>
      </w:r>
    </w:p>
    <w:p>
      <w:r>
        <w:t>☐ Other:</w:t>
      </w:r>
    </w:p>
    <w:p>
      <w:r>
        <w:t>Base Service: $</w:t>
      </w:r>
    </w:p>
    <w:p>
      <w:r>
        <w:t>Add-On Services: $</w:t>
      </w:r>
    </w:p>
    <w:p>
      <w:r>
        <w:t>Supplies / Materials: $</w:t>
      </w:r>
    </w:p>
    <w:p>
      <w:r>
        <w:t>Other Charges: $</w:t>
      </w:r>
    </w:p>
    <w:p>
      <w:r>
        <w:t>Tax, if applicable: $</w:t>
      </w:r>
    </w:p>
    <w:p>
      <w:r>
        <w:t>TOTAL AUTHORIZED: 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NOT-TO-EXCEED AUTHORIZATION</w:t>
      </w:r>
    </w:p>
    <w:p>
      <w:r>
        <w:t>Where applicable:</w:t>
      </w:r>
    </w:p>
    <w:p>
      <w:r>
        <w:t>Do Not Exceed: $</w:t>
      </w:r>
    </w:p>
    <w:p>
      <w:r>
        <w:t>or</w:t>
      </w:r>
    </w:p>
    <w:p>
      <w:r>
        <w:t>Maximum Labor Hours:</w:t>
      </w:r>
    </w:p>
    <w:p>
      <w:r>
        <w:t>Work exceeding this authorization requires additional approval unless otherwise agreed.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ADDITIONAL WORK AUTHORIZATION</w:t>
      </w:r>
    </w:p>
    <w:p>
      <w:r>
        <w:t>If conditions discovered onsite require additional work:</w:t>
      </w:r>
    </w:p>
    <w:p>
      <w:r>
        <w:t>☐ Stop and Request Approval</w:t>
      </w:r>
    </w:p>
    <w:p>
      <w:r>
        <w:t>☐ Complete Up to $ Additional Work</w:t>
      </w:r>
    </w:p>
    <w:p>
      <w:r>
        <w:t>☐ Complete Up to  Additional Labor Hours</w:t>
      </w:r>
    </w:p>
    <w:p>
      <w:r>
        <w:t>☐ Follow Existing Client Authorization Procedure</w:t>
      </w:r>
    </w:p>
    <w:p>
      <w:pPr>
        <w:pStyle w:val="Heading3"/>
        <w:keepNext/>
      </w:pPr>
      <w:r>
        <w:t>Approval Contact</w:t>
      </w:r>
    </w:p>
    <w:p>
      <w:r>
        <w:t>Name:</w:t>
      </w:r>
    </w:p>
    <w:p>
      <w:r>
        <w:t>Phone / Email: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CUSTOMER / CLIENT AUTHORIZATION</w:t>
      </w:r>
    </w:p>
    <w:p>
      <w:r>
        <w:t>The customer or authorized representative approves the work described in this work order subject to the applicable service agreement, proposal, policies, and terms.</w:t>
      </w:r>
    </w:p>
    <w:p>
      <w:r>
        <w:t>Authorized By:</w:t>
      </w:r>
    </w:p>
    <w:p>
      <w:r>
        <w:t>Title:</w:t>
      </w:r>
    </w:p>
    <w:p>
      <w:r>
        <w:t>Approval Method:</w:t>
      </w:r>
    </w:p>
    <w:p>
      <w:r>
        <w:t>☐ Signature</w:t>
      </w:r>
    </w:p>
    <w:p>
      <w:r>
        <w:t>☐ Email</w:t>
      </w:r>
    </w:p>
    <w:p>
      <w:r>
        <w:t>☐ Customer Portal</w:t>
      </w:r>
    </w:p>
    <w:p>
      <w:r>
        <w:t>☐ Purchase Order</w:t>
      </w:r>
    </w:p>
    <w:p>
      <w:r>
        <w:t>☐ Existing Contract Authorization</w:t>
      </w:r>
    </w:p>
    <w:p>
      <w:r>
        <w:t>☐ Other:</w:t>
      </w:r>
    </w:p>
    <w:p>
      <w:r>
        <w:t>Signature, if applicable:</w:t>
      </w:r>
    </w:p>
    <w:p>
      <w:r>
        <w:t>Approval 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FIELD COMPLETION</w:t>
      </w:r>
    </w:p>
    <w:p>
      <w:r>
        <w:t>Actual Arrival:</w:t>
      </w:r>
    </w:p>
    <w:p>
      <w:r>
        <w:t>Work Started:</w:t>
      </w:r>
    </w:p>
    <w:p>
      <w:r>
        <w:t>Work Completed:</w:t>
      </w:r>
    </w:p>
    <w:p>
      <w:r>
        <w:t>Departure:</w:t>
      </w:r>
    </w:p>
    <w:p>
      <w:r>
        <w:t>Actual Crew Size:</w:t>
      </w:r>
    </w:p>
    <w:p>
      <w:r>
        <w:t>Actual Labor Hours: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WORK COMPLETED</w:t>
      </w:r>
    </w:p>
    <w:p>
      <w:r>
        <w:t>☐ All Authorized Work Completed</w:t>
      </w:r>
    </w:p>
    <w:p>
      <w:r>
        <w:t>☐ Partially Completed</w:t>
      </w:r>
    </w:p>
    <w:p>
      <w:r>
        <w:t>☐ Unable to Complete</w:t>
      </w:r>
    </w:p>
    <w:p>
      <w:r>
        <w:t>☐ Additional Work Required</w:t>
      </w:r>
    </w:p>
    <w:p>
      <w:pPr>
        <w:pStyle w:val="Heading3"/>
        <w:keepNext/>
      </w:pPr>
      <w:r>
        <w:t>Completed Work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WORK NOT COMPLETED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Reason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3"/>
        <w:keepNext/>
      </w:pPr>
      <w:r>
        <w:t>Reason</w:t>
      </w:r>
    </w:p>
    <w:p>
      <w:r>
        <w:t>☐ No Access</w:t>
      </w:r>
    </w:p>
    <w:p>
      <w:r>
        <w:t>☐ Customer Request</w:t>
      </w:r>
    </w:p>
    <w:p>
      <w:r>
        <w:t>☐ Unsafe Condition</w:t>
      </w:r>
    </w:p>
    <w:p>
      <w:r>
        <w:t>☐ Insufficient Authorization</w:t>
      </w:r>
    </w:p>
    <w:p>
      <w:r>
        <w:t>☐ Additional Time Required</w:t>
      </w:r>
    </w:p>
    <w:p>
      <w:r>
        <w:t>☐ Equipment Issue</w:t>
      </w:r>
    </w:p>
    <w:p>
      <w:r>
        <w:t>☐ Supply Issue</w:t>
      </w:r>
    </w:p>
    <w:p>
      <w:r>
        <w:t>☐ Site Not Ready</w:t>
      </w:r>
    </w:p>
    <w:p>
      <w:r>
        <w:t>☐ Scope Clarification Required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ADDITIONAL WORK DISCOVERED</w:t>
      </w:r>
    </w:p>
    <w:p>
      <w:r>
        <w:t>Additional Work Needed:</w:t>
      </w:r>
    </w:p>
    <w:p>
      <w:r>
        <w:t>☐ No</w:t>
      </w:r>
    </w:p>
    <w:p>
      <w:r>
        <w:t>☐ Yes</w:t>
      </w:r>
    </w:p>
    <w:p>
      <w:pPr>
        <w:pStyle w:val="Heading3"/>
        <w:keepNext/>
      </w:pPr>
      <w:r>
        <w:t>Description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Estimated Additional Cost: $</w:t>
      </w:r>
    </w:p>
    <w:p>
      <w:r>
        <w:t>Additional Authorization Required:</w:t>
      </w:r>
    </w:p>
    <w:p>
      <w:r>
        <w:t>☐ No</w:t>
      </w:r>
    </w:p>
    <w:p>
      <w:r>
        <w:t>☐ Yes</w:t>
      </w:r>
    </w:p>
    <w:p>
      <w:r>
        <w:t>Follow-Up Work Order Required:</w:t>
      </w:r>
    </w:p>
    <w:p>
      <w:r>
        <w:t>☐ No</w:t>
      </w:r>
    </w:p>
    <w:p>
      <w:r>
        <w:t>☐ Yes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PROPERTY / FACILITY CONDITIONS</w:t>
      </w:r>
    </w:p>
    <w:p>
      <w:r>
        <w:t>Were any relevant property conditions observed?</w:t>
      </w:r>
    </w:p>
    <w:p>
      <w:r>
        <w:t>☐ No</w:t>
      </w:r>
    </w:p>
    <w:p>
      <w:r>
        <w:t>☐ Pre-Existing Damage</w:t>
      </w:r>
    </w:p>
    <w:p>
      <w:r>
        <w:t>☐ Maintenance Issue</w:t>
      </w:r>
    </w:p>
    <w:p>
      <w:r>
        <w:t>☐ Water Leak</w:t>
      </w:r>
    </w:p>
    <w:p>
      <w:r>
        <w:t>☐ Plumbing Issue</w:t>
      </w:r>
    </w:p>
    <w:p>
      <w:r>
        <w:t>☐ Electrical Issue</w:t>
      </w:r>
    </w:p>
    <w:p>
      <w:r>
        <w:t>☐ Pest Evidence</w:t>
      </w:r>
    </w:p>
    <w:p>
      <w:r>
        <w:t>☐ Broken Fixture</w:t>
      </w:r>
    </w:p>
    <w:p>
      <w:r>
        <w:t>☐ Safety Hazard</w:t>
      </w:r>
    </w:p>
    <w:p>
      <w:r>
        <w:t>☐ Other:</w:t>
      </w:r>
    </w:p>
    <w:p>
      <w:pPr>
        <w:pStyle w:val="Heading3"/>
        <w:keepNext/>
      </w:pPr>
      <w:r>
        <w:t>Details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INCIDENTS / DAMAGE</w:t>
      </w:r>
    </w:p>
    <w:p>
      <w:r>
        <w:t>Incident Occurred:</w:t>
      </w:r>
    </w:p>
    <w:p>
      <w:r>
        <w:t>☐ No</w:t>
      </w:r>
    </w:p>
    <w:p>
      <w:r>
        <w:t>☐ Yes</w:t>
      </w:r>
    </w:p>
    <w:p>
      <w:r>
        <w:t>If yes:</w:t>
      </w:r>
    </w:p>
    <w:p>
      <w:r>
        <w:t>☐ Supervisor Notified</w:t>
      </w:r>
    </w:p>
    <w:p>
      <w:r>
        <w:t>☐ Incident Report Created</w:t>
      </w:r>
    </w:p>
    <w:p>
      <w:r>
        <w:t>☐ Photos Taken Where Appropriate</w:t>
      </w:r>
    </w:p>
    <w:p>
      <w:r>
        <w:t>☐ Client Notification Required</w:t>
      </w:r>
    </w:p>
    <w:p>
      <w:r>
        <w:t>☐ Work Stopped Where Necessary</w:t>
      </w:r>
    </w:p>
    <w:p>
      <w:r>
        <w:t>Incident Report #: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PHOTO DOCUMENTATION</w:t>
      </w:r>
    </w:p>
    <w:p>
      <w:r>
        <w:t>☐ Not Required</w:t>
      </w:r>
    </w:p>
    <w:p>
      <w:r>
        <w:t>☐ Before Photos</w:t>
      </w:r>
    </w:p>
    <w:p>
      <w:r>
        <w:t>☐ During-Service Photos</w:t>
      </w:r>
    </w:p>
    <w:p>
      <w:r>
        <w:t>☐ After Photos</w:t>
      </w:r>
    </w:p>
    <w:p>
      <w:r>
        <w:t>☐ Damage / Issue Photos</w:t>
      </w:r>
    </w:p>
    <w:p>
      <w:r>
        <w:t>☐ Completion Verification</w:t>
      </w:r>
    </w:p>
    <w:p>
      <w:r>
        <w:t>Photo Reference: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QUALITY CONTROL</w:t>
      </w:r>
    </w:p>
    <w:p>
      <w:r>
        <w:t>Inspection Required:</w:t>
      </w:r>
    </w:p>
    <w:p>
      <w:r>
        <w:t>☐ No</w:t>
      </w:r>
    </w:p>
    <w:p>
      <w:r>
        <w:t>☐ Yes</w:t>
      </w:r>
    </w:p>
    <w:p>
      <w:r>
        <w:t>Inspected By:</w:t>
      </w:r>
    </w:p>
    <w:p>
      <w:r>
        <w:t>Inspection Date:</w:t>
      </w:r>
    </w:p>
    <w:p>
      <w:r>
        <w:t>Result:</w:t>
      </w:r>
    </w:p>
    <w:p>
      <w:r>
        <w:t>☐ Passed</w:t>
      </w:r>
    </w:p>
    <w:p>
      <w:r>
        <w:t>☐ Passed With Corrections</w:t>
      </w:r>
    </w:p>
    <w:p>
      <w:r>
        <w:t>☐ Reclean Required</w:t>
      </w:r>
    </w:p>
    <w:p>
      <w:r>
        <w:t>☐ Follow-Up Required</w:t>
      </w:r>
    </w:p>
    <w:p>
      <w:r>
        <w:t>Inspection Score, if used: %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CLIENT COMPLETION ACKNOWLEDGMENT</w:t>
      </w:r>
    </w:p>
    <w:p>
      <w:r>
        <w:t>Where required:</w:t>
      </w:r>
    </w:p>
    <w:p>
      <w:r>
        <w:t>I acknowledge that the work described above has been completed or that any exceptions have been documented.</w:t>
      </w:r>
    </w:p>
    <w:p>
      <w:r>
        <w:t>Client Representative:</w:t>
      </w:r>
    </w:p>
    <w:p>
      <w:r>
        <w:t>Title:</w:t>
      </w:r>
    </w:p>
    <w:p>
      <w:r>
        <w:t>Signature:</w:t>
      </w:r>
    </w:p>
    <w:p>
      <w:r>
        <w:t>Date:</w:t>
      </w:r>
    </w:p>
    <w:p>
      <w:r>
        <w:t>A completion acknowledgment should not be written to waive rights or claims unless legally reviewed for that purpose.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CREW COMPLETION</w:t>
      </w:r>
    </w:p>
    <w:p>
      <w:r>
        <w:t>Crew Lead:</w:t>
      </w:r>
    </w:p>
    <w:p>
      <w:r>
        <w:t>Signature / Initials:</w:t>
      </w:r>
    </w:p>
    <w:p>
      <w:r>
        <w:t>Date / Time:</w:t>
      </w:r>
    </w:p>
    <w:p>
      <w:pPr>
        <w:pStyle w:val="Heading3"/>
        <w:keepNext/>
      </w:pPr>
      <w:r>
        <w:t>Crew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SUPERVISOR REVIEW</w:t>
      </w:r>
    </w:p>
    <w:p>
      <w:r>
        <w:t>Reviewed By:</w:t>
      </w:r>
    </w:p>
    <w:p>
      <w:r>
        <w:t>Status:</w:t>
      </w:r>
    </w:p>
    <w:p>
      <w:r>
        <w:t>☐ Closed</w:t>
      </w:r>
    </w:p>
    <w:p>
      <w:r>
        <w:t>☐ Billing Review</w:t>
      </w:r>
    </w:p>
    <w:p>
      <w:r>
        <w:t>☐ Client Follow-Up</w:t>
      </w:r>
    </w:p>
    <w:p>
      <w:r>
        <w:t>☐ Corrective Work Required</w:t>
      </w:r>
    </w:p>
    <w:p>
      <w:r>
        <w:t>☐ Additional Work Order Required</w:t>
      </w:r>
    </w:p>
    <w:p>
      <w:r>
        <w:t>☐ Incident Review</w:t>
      </w:r>
    </w:p>
    <w:p>
      <w:r>
        <w:t>Notes: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BILLING INFORMATION</w:t>
      </w:r>
    </w:p>
    <w:p>
      <w:r>
        <w:t>Billing Status:</w:t>
      </w:r>
    </w:p>
    <w:p>
      <w:r>
        <w:t>☐ Included in Contract</w:t>
      </w:r>
    </w:p>
    <w:p>
      <w:r>
        <w:t>☐ Ready to Invoice</w:t>
      </w:r>
    </w:p>
    <w:p>
      <w:r>
        <w:t>☐ Awaiting Approval</w:t>
      </w:r>
    </w:p>
    <w:p>
      <w:r>
        <w:t>☐ Invoice Created</w:t>
      </w:r>
    </w:p>
    <w:p>
      <w:r>
        <w:t>☐ Paid</w:t>
      </w:r>
    </w:p>
    <w:p>
      <w:r>
        <w:t>☐ Billing Hold</w:t>
      </w:r>
    </w:p>
    <w:p>
      <w:r>
        <w:t>Invoice #:</w:t>
      </w:r>
    </w:p>
    <w:p>
      <w:r>
        <w:t>PO #:</w:t>
      </w:r>
    </w:p>
    <w:p>
      <w:r>
        <w:t>Final Billable Amount: 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RELATED DOCUMENTS</w:t>
      </w:r>
    </w:p>
    <w:p>
      <w:r>
        <w:t>☐ Customer / Client Agreement</w:t>
      </w:r>
    </w:p>
    <w:p>
      <w:r>
        <w:t>☐ Estimate</w:t>
      </w:r>
    </w:p>
    <w:p>
      <w:r>
        <w:t>☐ Quote</w:t>
      </w:r>
    </w:p>
    <w:p>
      <w:r>
        <w:t>☐ Purchase Order</w:t>
      </w:r>
    </w:p>
    <w:p>
      <w:r>
        <w:t>☐ Cleaning Checklist</w:t>
      </w:r>
    </w:p>
    <w:p>
      <w:r>
        <w:t>☐ Inspection</w:t>
      </w:r>
    </w:p>
    <w:p>
      <w:r>
        <w:t>☐ Incident Report</w:t>
      </w:r>
    </w:p>
    <w:p>
      <w:r>
        <w:t>☐ Photos</w:t>
      </w:r>
    </w:p>
    <w:p>
      <w:r>
        <w:t>☐ Change Authorization</w:t>
      </w:r>
    </w:p>
    <w:p>
      <w:r>
        <w:t>☐ Invoice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WORK AUTHORIZATION NOTICE</w:t>
      </w:r>
    </w:p>
    <w:p>
      <w:r>
        <w:t>This work order documents the requested and authorized cleaning work for a specific service event or project.</w:t>
      </w:r>
    </w:p>
    <w:p>
      <w:r>
        <w:t>It does not replace a broader service agreement when one is required. Pricing, payment, cancellation, liability, insurance, warranty, dispute, and other contractual terms may be governed by a separate agreement, proposal, purchase order, or policy.</w:t>
      </w:r>
    </w:p>
    <w:p>
      <w:r>
        <w:t>Changes that materially affect the scope, price, or contractual obligations should receive appropriate authorization before work proceeds.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SAFETY NOTICE</w:t>
      </w:r>
    </w:p>
    <w:p>
      <w:r>
        <w:t>Do not use a work order to authorize employees to perform work outside their training, equipment capabilities, company procedures, or legally permitted scope.</w:t>
      </w:r>
    </w:p>
    <w:p>
      <w:r>
        <w:t>Specialized facilities and services may require additional safety procedures, training, insurance, licensing, or regulatory compliance.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approval limits, service categories, work-order statuses, pricing methods, completion requirements, and authorization procedures to match your business.</w:t>
      </w:r>
    </w:p>
    <w:p>
      <w:r>
        <w:t>Template Version: 1.0</w:t>
      </w:r>
    </w:p>
    <w:p>
      <w:r>
        <w:t>Updated: September 2026</w:t>
      </w:r>
    </w:p>
    <w:p>
      <w:r>
        <w:t>Template ID: TPL-OPS-002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