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Commercial Cleaning Walkthrough Form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CLIENT INFORMATION</w:t>
      </w:r>
    </w:p>
    <w:p>
      <w:r>
        <w:t>Company / Organization:</w:t>
      </w:r>
    </w:p>
    <w:p>
      <w:r>
        <w:t>Primary Contact:</w:t>
      </w:r>
    </w:p>
    <w:p>
      <w:r>
        <w:t>Title / Role:</w:t>
      </w:r>
    </w:p>
    <w:p>
      <w:r>
        <w:t>Phone:</w:t>
      </w:r>
    </w:p>
    <w:p>
      <w:r>
        <w:t>Email:</w:t>
      </w:r>
    </w:p>
    <w:p>
      <w:r>
        <w:t>Billing Contact: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FACILITY INFORMATION</w:t>
      </w:r>
    </w:p>
    <w:p>
      <w:r>
        <w:t>Facility Name:</w:t>
      </w:r>
    </w:p>
    <w:p>
      <w:r>
        <w:t>Service Address:</w:t>
      </w:r>
    </w:p>
    <w:p>
      <w:r>
        <w:t>City / State / ZIP:</w:t>
      </w:r>
    </w:p>
    <w:p>
      <w:r>
        <w:t>Walkthrough Date:</w:t>
      </w:r>
    </w:p>
    <w:p>
      <w:r>
        <w:t>Estimator:</w:t>
      </w:r>
    </w:p>
    <w:p>
      <w:r>
        <w:t>Facility Type:</w:t>
      </w:r>
    </w:p>
    <w:p>
      <w:r>
        <w:t>☐ Office</w:t>
      </w:r>
    </w:p>
    <w:p>
      <w:r>
        <w:t>☐ Retail</w:t>
      </w:r>
    </w:p>
    <w:p>
      <w:r>
        <w:t>☐ Medical / Healthcare</w:t>
      </w:r>
    </w:p>
    <w:p>
      <w:r>
        <w:t>☐ Educational</w:t>
      </w:r>
    </w:p>
    <w:p>
      <w:r>
        <w:t>☐ Religious</w:t>
      </w:r>
    </w:p>
    <w:p>
      <w:r>
        <w:t>☐ Industrial / Warehouse</w:t>
      </w:r>
    </w:p>
    <w:p>
      <w:r>
        <w:t>☐ Multi-Tenant</w:t>
      </w:r>
    </w:p>
    <w:p>
      <w:r>
        <w:t>☐ Fitness / Recreation</w:t>
      </w:r>
    </w:p>
    <w:p>
      <w:r>
        <w:t>☐ Property Management</w:t>
      </w:r>
    </w:p>
    <w:p>
      <w:r>
        <w:t>☐ Other:</w:t>
      </w:r>
    </w:p>
    <w:p>
      <w:r>
        <w:t>Approximate Total Square Footage:  sq. ft.</w:t>
      </w:r>
    </w:p>
    <w:p>
      <w:r>
        <w:t>Approximate Cleanable Square Footage:  sq. ft.</w:t>
      </w:r>
    </w:p>
    <w:p>
      <w:r>
        <w:t>Number of Floors:</w:t>
      </w:r>
    </w:p>
    <w:p>
      <w:r>
        <w:t>Elevators:</w:t>
      </w:r>
    </w:p>
    <w:p>
      <w:r>
        <w:t>Stairwells: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FACILITY USE</w:t>
      </w:r>
    </w:p>
    <w:p>
      <w:r>
        <w:t>Approximate Daily Occupancy:</w:t>
      </w:r>
    </w:p>
    <w:p>
      <w:r>
        <w:t>Employees:</w:t>
      </w:r>
    </w:p>
    <w:p>
      <w:r>
        <w:t>Visitors / Customers:</w:t>
      </w:r>
    </w:p>
    <w:p>
      <w:r>
        <w:t>Operating Hours:</w:t>
      </w:r>
    </w:p>
    <w:p>
      <w:r>
        <w:t>Days of Operation:</w:t>
      </w:r>
    </w:p>
    <w:p>
      <w:r>
        <w:t>Current Cleaning Frequency:</w:t>
      </w:r>
    </w:p>
    <w:p>
      <w:r>
        <w:t>Current Cleaning Provider:</w:t>
      </w:r>
    </w:p>
    <w:p>
      <w:r>
        <w:t>☐ None</w:t>
      </w:r>
    </w:p>
    <w:p>
      <w:r>
        <w:t>☐ In-House</w:t>
      </w:r>
    </w:p>
    <w:p>
      <w:r>
        <w:t>☐ Cleaning Contractor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SERVICE REQUIREMENTS</w:t>
      </w:r>
    </w:p>
    <w:p>
      <w:r>
        <w:t>Requested Frequency:</w:t>
      </w:r>
    </w:p>
    <w:p>
      <w:r>
        <w:t>☐ 7x Weekly</w:t>
      </w:r>
    </w:p>
    <w:p>
      <w:r>
        <w:t>☐ 5x Weekly</w:t>
      </w:r>
    </w:p>
    <w:p>
      <w:r>
        <w:t>☐ 3x Weekly</w:t>
      </w:r>
    </w:p>
    <w:p>
      <w:r>
        <w:t>☐ 2x Weekly</w:t>
      </w:r>
    </w:p>
    <w:p>
      <w:r>
        <w:t>☐ Weekly</w:t>
      </w:r>
    </w:p>
    <w:p>
      <w:r>
        <w:t>☐ Monthly</w:t>
      </w:r>
    </w:p>
    <w:p>
      <w:r>
        <w:t>☐ Custom:</w:t>
      </w:r>
    </w:p>
    <w:p>
      <w:r>
        <w:t>Preferred Service Window:</w:t>
      </w:r>
    </w:p>
    <w:p>
      <w:r>
        <w:t>☐ Business Hours</w:t>
      </w:r>
    </w:p>
    <w:p>
      <w:r>
        <w:t>☐ After Hours</w:t>
      </w:r>
    </w:p>
    <w:p>
      <w:r>
        <w:t>☐ Overnight</w:t>
      </w:r>
    </w:p>
    <w:p>
      <w:r>
        <w:t>☐ Early Morning</w:t>
      </w:r>
    </w:p>
    <w:p>
      <w:r>
        <w:t>☐ Flexible</w:t>
      </w:r>
    </w:p>
    <w:p>
      <w:r>
        <w:t>Requested Start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ENTRANCE / LOBBY</w:t>
      </w:r>
    </w:p>
    <w:p>
      <w:r>
        <w:t>Number of Entrances:</w:t>
      </w:r>
    </w:p>
    <w:p>
      <w:r>
        <w:t>Lobby / Reception Areas:</w:t>
      </w:r>
    </w:p>
    <w:p>
      <w:r>
        <w:t>Flooring:</w:t>
      </w:r>
    </w:p>
    <w:p>
      <w:r>
        <w:t>☐ Carpet</w:t>
      </w:r>
    </w:p>
    <w:p>
      <w:r>
        <w:t>☐ Tile</w:t>
      </w:r>
    </w:p>
    <w:p>
      <w:r>
        <w:t>☐ LVT / VCT</w:t>
      </w:r>
    </w:p>
    <w:p>
      <w:r>
        <w:t>☐ Concrete</w:t>
      </w:r>
    </w:p>
    <w:p>
      <w:r>
        <w:t>☐ Stone</w:t>
      </w:r>
    </w:p>
    <w:p>
      <w:r>
        <w:t>☐ Other:</w:t>
      </w:r>
    </w:p>
    <w:p>
      <w:r>
        <w:t>Entry Glass:</w:t>
      </w:r>
    </w:p>
    <w:p>
      <w:r>
        <w:t>☐ Minimal</w:t>
      </w:r>
    </w:p>
    <w:p>
      <w:r>
        <w:t>☐ Moderate</w:t>
      </w:r>
    </w:p>
    <w:p>
      <w:r>
        <w:t>☐ Extensive</w:t>
      </w:r>
    </w:p>
    <w:p>
      <w:r>
        <w:t>Entry Mats:</w:t>
      </w:r>
    </w:p>
    <w:p>
      <w:pPr>
        <w:pStyle w:val="Heading3"/>
        <w:keepNext/>
      </w:pPr>
      <w:r>
        <w:t>Condition /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OFFICES &amp; WORK AREAS</w:t>
      </w:r>
    </w:p>
    <w:p>
      <w:r>
        <w:t>Private Offices:</w:t>
      </w:r>
    </w:p>
    <w:p>
      <w:r>
        <w:t>Open Work Areas:</w:t>
      </w:r>
    </w:p>
    <w:p>
      <w:r>
        <w:t>Cubicles / Workstations:</w:t>
      </w:r>
    </w:p>
    <w:p>
      <w:r>
        <w:t>Shared Desks / Tables:</w:t>
      </w:r>
    </w:p>
    <w:p>
      <w:r>
        <w:t>Conference Rooms:</w:t>
      </w:r>
    </w:p>
    <w:p>
      <w:r>
        <w:t>Training Rooms:</w:t>
      </w:r>
    </w:p>
    <w:p>
      <w:r>
        <w:t>Copy / Mail Rooms:</w:t>
      </w:r>
    </w:p>
    <w:p>
      <w:pPr>
        <w:pStyle w:val="Heading3"/>
        <w:keepNext/>
      </w:pPr>
      <w:r>
        <w:t>Cleaning Expectations</w:t>
      </w:r>
    </w:p>
    <w:p>
      <w:r>
        <w:t>☐ Empty trash</w:t>
      </w:r>
    </w:p>
    <w:p>
      <w:r>
        <w:t>☐ Empty recycling</w:t>
      </w:r>
    </w:p>
    <w:p>
      <w:r>
        <w:t>☐ Dust accessible surfaces</w:t>
      </w:r>
    </w:p>
    <w:p>
      <w:r>
        <w:t>☐ Clean cleared desks</w:t>
      </w:r>
    </w:p>
    <w:p>
      <w:r>
        <w:t>☐ Clean shared tables</w:t>
      </w:r>
    </w:p>
    <w:p>
      <w:r>
        <w:t>☐ Clean high-touch surfaces</w:t>
      </w:r>
    </w:p>
    <w:p>
      <w:r>
        <w:t>☐ Vacuum carpet</w:t>
      </w:r>
    </w:p>
    <w:p>
      <w:r>
        <w:t>☐ Mop hard floors</w:t>
      </w:r>
    </w:p>
    <w:p>
      <w:r>
        <w:t>☐ Interior glass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RESTROOMS</w:t>
      </w:r>
    </w:p>
    <w:p>
      <w:r>
        <w:t>Total Restrooms:</w:t>
      </w:r>
    </w:p>
    <w:p>
      <w:r>
        <w:t>Toilets:</w:t>
      </w:r>
    </w:p>
    <w:p>
      <w:r>
        <w:t>Urinals:</w:t>
      </w:r>
    </w:p>
    <w:p>
      <w:r>
        <w:t>Sinks:</w:t>
      </w:r>
    </w:p>
    <w:p>
      <w:r>
        <w:t>Showers:</w:t>
      </w:r>
    </w:p>
    <w:p>
      <w:r>
        <w:t>Locker Rooms:</w:t>
      </w:r>
    </w:p>
    <w:p>
      <w:pPr>
        <w:pStyle w:val="Heading3"/>
        <w:keepNext/>
      </w:pPr>
      <w:r>
        <w:t>Restroom Condition</w:t>
      </w:r>
    </w:p>
    <w:p>
      <w:r>
        <w:t>☐ Light Use</w:t>
      </w:r>
    </w:p>
    <w:p>
      <w:r>
        <w:t>☐ Moderate Use</w:t>
      </w:r>
    </w:p>
    <w:p>
      <w:r>
        <w:t>☐ Heavy Use</w:t>
      </w:r>
    </w:p>
    <w:p>
      <w:r>
        <w:t>☐ Very Heavy Use</w:t>
      </w:r>
    </w:p>
    <w:p>
      <w:pPr>
        <w:pStyle w:val="Heading3"/>
        <w:keepNext/>
      </w:pPr>
      <w:r>
        <w:t>Consumables</w:t>
      </w:r>
    </w:p>
    <w:p>
      <w:r>
        <w:t>Who supplies restroom consumables?</w:t>
      </w:r>
    </w:p>
    <w:p>
      <w:r>
        <w:t>☐ Client</w:t>
      </w:r>
    </w:p>
    <w:p>
      <w:r>
        <w:t>☐ Cleaning Company</w:t>
      </w:r>
    </w:p>
    <w:p>
      <w:r>
        <w:t>☐ Mixed Responsibility</w:t>
      </w:r>
    </w:p>
    <w:p>
      <w:r>
        <w:t>☐ To Be Determined</w:t>
      </w:r>
    </w:p>
    <w:p>
      <w:r>
        <w:t>Products Required:</w:t>
      </w:r>
    </w:p>
    <w:p>
      <w:r>
        <w:t>☐ Toilet Tissue</w:t>
      </w:r>
    </w:p>
    <w:p>
      <w:r>
        <w:t>☐ Paper Towels</w:t>
      </w:r>
    </w:p>
    <w:p>
      <w:r>
        <w:t>☐ Hand Soap</w:t>
      </w:r>
    </w:p>
    <w:p>
      <w:r>
        <w:t>☐ Sanitary Products</w:t>
      </w:r>
    </w:p>
    <w:p>
      <w:r>
        <w:t>☐ Seat Covers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BREAK ROOMS / KITCHENS</w:t>
      </w:r>
    </w:p>
    <w:p>
      <w:r>
        <w:t>Break Rooms:</w:t>
      </w:r>
    </w:p>
    <w:p>
      <w:r>
        <w:t>Kitchenettes:</w:t>
      </w:r>
    </w:p>
    <w:p>
      <w:r>
        <w:t>Full Kitchens:</w:t>
      </w:r>
    </w:p>
    <w:p>
      <w:r>
        <w:t>Appliances:</w:t>
      </w:r>
    </w:p>
    <w:p>
      <w:r>
        <w:t>☐ Refrigerator</w:t>
      </w:r>
    </w:p>
    <w:p>
      <w:r>
        <w:t>☐ Microwave</w:t>
      </w:r>
    </w:p>
    <w:p>
      <w:r>
        <w:t>☐ Dishwasher</w:t>
      </w:r>
    </w:p>
    <w:p>
      <w:r>
        <w:t>☐ Coffee Equipment</w:t>
      </w:r>
    </w:p>
    <w:p>
      <w:r>
        <w:t>☐ Vending Area</w:t>
      </w:r>
    </w:p>
    <w:p>
      <w:r>
        <w:t>☐ Other:</w:t>
      </w:r>
    </w:p>
    <w:p>
      <w:pPr>
        <w:pStyle w:val="Heading3"/>
        <w:keepNext/>
      </w:pPr>
      <w:r>
        <w:t>Expected Tasks</w:t>
      </w:r>
    </w:p>
    <w:p>
      <w:r>
        <w:t>☐ Counters</w:t>
      </w:r>
    </w:p>
    <w:p>
      <w:r>
        <w:t>☐ Sinks</w:t>
      </w:r>
    </w:p>
    <w:p>
      <w:r>
        <w:t>☐ Appliance Exteriors</w:t>
      </w:r>
    </w:p>
    <w:p>
      <w:r>
        <w:t>☐ Microwave Interiors</w:t>
      </w:r>
    </w:p>
    <w:p>
      <w:r>
        <w:t>☐ Tables / Chairs</w:t>
      </w:r>
    </w:p>
    <w:p>
      <w:r>
        <w:t>☐ Cabinet Fronts</w:t>
      </w:r>
    </w:p>
    <w:p>
      <w:r>
        <w:t>☐ Trash / Recycling</w:t>
      </w:r>
    </w:p>
    <w:p>
      <w:r>
        <w:t>☐ Floors</w:t>
      </w:r>
    </w:p>
    <w:p>
      <w:r>
        <w:t>☐ Consumable Restocking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COMMON AREAS</w:t>
      </w:r>
    </w:p>
    <w:p>
      <w:r>
        <w:t>Waiting Areas:</w:t>
      </w:r>
    </w:p>
    <w:p>
      <w:r>
        <w:t>Lounges:</w:t>
      </w:r>
    </w:p>
    <w:p>
      <w:r>
        <w:t>Dining Areas:</w:t>
      </w:r>
    </w:p>
    <w:p>
      <w:r>
        <w:t>Meeting Spaces:</w:t>
      </w:r>
    </w:p>
    <w:p>
      <w:r>
        <w:t>Other Common Areas: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TRASH &amp; RECYCLING</w:t>
      </w:r>
    </w:p>
    <w:p>
      <w:r>
        <w:t>Approximate Trash Receptacles:</w:t>
      </w:r>
    </w:p>
    <w:p>
      <w:r>
        <w:t>Recycling Receptacles:</w:t>
      </w:r>
    </w:p>
    <w:p>
      <w:r>
        <w:t>Central Waste Location:</w:t>
      </w:r>
    </w:p>
    <w:p>
      <w:r>
        <w:t>Dumpster Location:</w:t>
      </w:r>
    </w:p>
    <w:p>
      <w:r>
        <w:t>Distance / Access Concerns:</w:t>
      </w:r>
    </w:p>
    <w:p>
      <w:r>
        <w:t>Trash Requirements:</w:t>
      </w:r>
    </w:p>
    <w:p>
      <w:r>
        <w:t>☐ Standard Removal</w:t>
      </w:r>
    </w:p>
    <w:p>
      <w:r>
        <w:t>☐ Recycling Separation</w:t>
      </w:r>
    </w:p>
    <w:p>
      <w:r>
        <w:t>☐ Cardboard Breakdown</w:t>
      </w:r>
    </w:p>
    <w:p>
      <w:r>
        <w:t>☐ Exterior Waste Area</w:t>
      </w:r>
    </w:p>
    <w:p>
      <w:r>
        <w:t>☐ Specialty Waste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FLOORING ASSESSMENT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Floor Type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Approx. Sq. Ft.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Condition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Service Needed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Carpet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VCT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LVT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Tile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Hardwood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Concrete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Stone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CARPET CARE</w:t>
      </w:r>
    </w:p>
    <w:p>
      <w:r>
        <w:t>Carpet Condition:</w:t>
      </w:r>
    </w:p>
    <w:p>
      <w:r>
        <w:t>☐ Good</w:t>
      </w:r>
    </w:p>
    <w:p>
      <w:r>
        <w:t>☐ Moderate Wear</w:t>
      </w:r>
    </w:p>
    <w:p>
      <w:r>
        <w:t>☐ Heavy Soil</w:t>
      </w:r>
    </w:p>
    <w:p>
      <w:r>
        <w:t>☐ Significant Staining</w:t>
      </w:r>
    </w:p>
    <w:p>
      <w:r>
        <w:t>Routine Vacuuming Frequency:</w:t>
      </w:r>
    </w:p>
    <w:p>
      <w:r>
        <w:t>Spot Cleaning Required:</w:t>
      </w:r>
    </w:p>
    <w:p>
      <w:r>
        <w:t>☐ Yes</w:t>
      </w:r>
    </w:p>
    <w:p>
      <w:r>
        <w:t>☐ No</w:t>
      </w:r>
    </w:p>
    <w:p>
      <w:r>
        <w:t>Carpet Extraction:</w:t>
      </w:r>
    </w:p>
    <w:p>
      <w:r>
        <w:t>☐ Not Requested</w:t>
      </w:r>
    </w:p>
    <w:p>
      <w:r>
        <w:t>☐ Monthly</w:t>
      </w:r>
    </w:p>
    <w:p>
      <w:r>
        <w:t>☐ Quarterly</w:t>
      </w:r>
    </w:p>
    <w:p>
      <w:r>
        <w:t>☐ Semiannual</w:t>
      </w:r>
    </w:p>
    <w:p>
      <w:r>
        <w:t>☐ Annual</w:t>
      </w:r>
    </w:p>
    <w:p>
      <w:r>
        <w:t>☐ As Needed</w:t>
      </w:r>
    </w:p>
    <w:p>
      <w:r>
        <w:t>Approximate Extraction Area:  sq. ft.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HARD FLOOR CARE</w:t>
      </w:r>
    </w:p>
    <w:p>
      <w:r>
        <w:t>Routine Service:</w:t>
      </w:r>
    </w:p>
    <w:p>
      <w:r>
        <w:t>☐ Sweep / Dust Mop</w:t>
      </w:r>
    </w:p>
    <w:p>
      <w:r>
        <w:t>☐ Damp Mop</w:t>
      </w:r>
    </w:p>
    <w:p>
      <w:r>
        <w:t>☐ Auto Scrub</w:t>
      </w:r>
    </w:p>
    <w:p>
      <w:r>
        <w:t>☐ Other:</w:t>
      </w:r>
    </w:p>
    <w:p>
      <w:r>
        <w:t>Periodic Floor Care:</w:t>
      </w:r>
    </w:p>
    <w:p>
      <w:r>
        <w:t>☐ Machine Scrubbing</w:t>
      </w:r>
    </w:p>
    <w:p>
      <w:r>
        <w:t>☐ Burnishing</w:t>
      </w:r>
    </w:p>
    <w:p>
      <w:r>
        <w:t>☐ Strip &amp; Refinish</w:t>
      </w:r>
    </w:p>
    <w:p>
      <w:r>
        <w:t>☐ Scrub &amp; Recoat</w:t>
      </w:r>
    </w:p>
    <w:p>
      <w:r>
        <w:t>☐ Specialty Stone Care</w:t>
      </w:r>
    </w:p>
    <w:p>
      <w:r>
        <w:t>☐ Other:</w:t>
      </w:r>
    </w:p>
    <w:p>
      <w:r>
        <w:t>Requested Frequency: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WINDOWS &amp; GLASS</w:t>
      </w:r>
    </w:p>
    <w:p>
      <w:r>
        <w:t>Interior Glass:</w:t>
      </w:r>
    </w:p>
    <w:p>
      <w:r>
        <w:t>☐ Minimal</w:t>
      </w:r>
    </w:p>
    <w:p>
      <w:r>
        <w:t>☐ Moderate</w:t>
      </w:r>
    </w:p>
    <w:p>
      <w:r>
        <w:t>☐ Extensive</w:t>
      </w:r>
    </w:p>
    <w:p>
      <w:r>
        <w:t>Interior Windows:</w:t>
      </w:r>
    </w:p>
    <w:p>
      <w:r>
        <w:t>Exterior Windows:</w:t>
      </w:r>
    </w:p>
    <w:p>
      <w:r>
        <w:t>Glass Doors:</w:t>
      </w:r>
    </w:p>
    <w:p>
      <w:r>
        <w:t>Glass Partitions:</w:t>
      </w:r>
    </w:p>
    <w:p>
      <w:r>
        <w:t>Window Cleaning Requested:</w:t>
      </w:r>
    </w:p>
    <w:p>
      <w:r>
        <w:t>☐ No</w:t>
      </w:r>
    </w:p>
    <w:p>
      <w:r>
        <w:t>☐ Interior Only</w:t>
      </w:r>
    </w:p>
    <w:p>
      <w:r>
        <w:t>☐ Exterior Only</w:t>
      </w:r>
    </w:p>
    <w:p>
      <w:r>
        <w:t>☐ Interior &amp; Exterior</w:t>
      </w:r>
    </w:p>
    <w:p>
      <w:r>
        <w:t>Frequency: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HIGH DUSTING</w:t>
      </w:r>
    </w:p>
    <w:p>
      <w:r>
        <w:t>Are elevated surfaces present?</w:t>
      </w:r>
    </w:p>
    <w:p>
      <w:r>
        <w:t>☐ No</w:t>
      </w:r>
    </w:p>
    <w:p>
      <w:r>
        <w:t>☐ Yes</w:t>
      </w:r>
    </w:p>
    <w:p>
      <w:r>
        <w:t>☐ High Ledges</w:t>
      </w:r>
    </w:p>
    <w:p>
      <w:r>
        <w:t>☐ Exposed Pipes</w:t>
      </w:r>
    </w:p>
    <w:p>
      <w:r>
        <w:t>☐ Beams</w:t>
      </w:r>
    </w:p>
    <w:p>
      <w:r>
        <w:t>☐ High Vents</w:t>
      </w:r>
    </w:p>
    <w:p>
      <w:r>
        <w:t>☐ High Fixtures</w:t>
      </w:r>
    </w:p>
    <w:p>
      <w:r>
        <w:t>☐ Warehouse Racking</w:t>
      </w:r>
    </w:p>
    <w:p>
      <w:r>
        <w:t>☐ Other:</w:t>
      </w:r>
    </w:p>
    <w:p>
      <w:r>
        <w:t>Approximate Height:  ft.</w:t>
      </w:r>
    </w:p>
    <w:p>
      <w:r>
        <w:t>Special Equipment Required:</w:t>
      </w:r>
    </w:p>
    <w:p>
      <w:r>
        <w:t>☐ No</w:t>
      </w:r>
    </w:p>
    <w:p>
      <w:r>
        <w:t>☐ Extension Tools</w:t>
      </w:r>
    </w:p>
    <w:p>
      <w:r>
        <w:t>☐ Ladder</w:t>
      </w:r>
    </w:p>
    <w:p>
      <w:r>
        <w:t>☐ Lift / Specialty Equipment</w:t>
      </w:r>
    </w:p>
    <w:p>
      <w:r>
        <w:t>☐ To Be Determined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SPECIALTY AREAS</w:t>
      </w:r>
    </w:p>
    <w:p>
      <w:r>
        <w:t>☐ Executive Offices</w:t>
      </w:r>
    </w:p>
    <w:p>
      <w:r>
        <w:t>☐ Server / IT Rooms</w:t>
      </w:r>
    </w:p>
    <w:p>
      <w:r>
        <w:t>☐ Laboratories</w:t>
      </w:r>
    </w:p>
    <w:p>
      <w:r>
        <w:t>☐ Medical Areas</w:t>
      </w:r>
    </w:p>
    <w:p>
      <w:r>
        <w:t>☐ Food-Service Areas</w:t>
      </w:r>
    </w:p>
    <w:p>
      <w:r>
        <w:t>☐ Fitness Areas</w:t>
      </w:r>
    </w:p>
    <w:p>
      <w:r>
        <w:t>☐ Locker Rooms</w:t>
      </w:r>
    </w:p>
    <w:p>
      <w:r>
        <w:t>☐ Childcare Areas</w:t>
      </w:r>
    </w:p>
    <w:p>
      <w:r>
        <w:t>☐ Production Areas</w:t>
      </w:r>
    </w:p>
    <w:p>
      <w:r>
        <w:t>☐ Warehouses</w:t>
      </w:r>
    </w:p>
    <w:p>
      <w:r>
        <w:t>☐ Loading Areas</w:t>
      </w:r>
    </w:p>
    <w:p>
      <w:r>
        <w:t>☐ Sensitive / Secure Areas</w:t>
      </w:r>
    </w:p>
    <w:p>
      <w:r>
        <w:t>☐ Other:</w:t>
      </w:r>
    </w:p>
    <w:p>
      <w:pPr>
        <w:pStyle w:val="Heading3"/>
        <w:keepNext/>
      </w:pPr>
      <w:r>
        <w:t>Special Requirements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CLEANING CHEMICALS &amp; EQUIPMENT</w:t>
      </w:r>
    </w:p>
    <w:p>
      <w:r>
        <w:t>Cleaning Products Supplied By:</w:t>
      </w:r>
    </w:p>
    <w:p>
      <w:r>
        <w:t>☐ Cleaning Company</w:t>
      </w:r>
    </w:p>
    <w:p>
      <w:r>
        <w:t>☐ Client</w:t>
      </w:r>
    </w:p>
    <w:p>
      <w:r>
        <w:t>☐ Mixed</w:t>
      </w:r>
    </w:p>
    <w:p>
      <w:r>
        <w:t>Equipment Supplied By:</w:t>
      </w:r>
    </w:p>
    <w:p>
      <w:r>
        <w:t>☐ Cleaning Company</w:t>
      </w:r>
    </w:p>
    <w:p>
      <w:r>
        <w:t>☐ Client</w:t>
      </w:r>
    </w:p>
    <w:p>
      <w:r>
        <w:t>☐ Mixed</w:t>
      </w:r>
    </w:p>
    <w:p>
      <w:r>
        <w:t>Onsite Storage Available:</w:t>
      </w:r>
    </w:p>
    <w:p>
      <w:r>
        <w:t>☐ No</w:t>
      </w:r>
    </w:p>
    <w:p>
      <w:r>
        <w:t>☐ Yes</w:t>
      </w:r>
    </w:p>
    <w:p>
      <w:r>
        <w:t>Janitor Closet / Mop Sink:</w:t>
      </w:r>
    </w:p>
    <w:p>
      <w:r>
        <w:t>☐ No</w:t>
      </w:r>
    </w:p>
    <w:p>
      <w:r>
        <w:t>☐ Yes</w:t>
      </w:r>
    </w:p>
    <w:p>
      <w:r>
        <w:t>Water Access:</w:t>
      </w:r>
    </w:p>
    <w:p>
      <w:r>
        <w:t>☐ Adequate</w:t>
      </w:r>
    </w:p>
    <w:p>
      <w:r>
        <w:t>☐ Limited</w:t>
      </w:r>
    </w:p>
    <w:p>
      <w:r>
        <w:t>Electrical Access:</w:t>
      </w:r>
    </w:p>
    <w:p>
      <w:r>
        <w:t>☐ Adequate</w:t>
      </w:r>
    </w:p>
    <w:p>
      <w:r>
        <w:t>☐ Limited</w:t>
      </w:r>
    </w:p>
    <w:p>
      <w:pPr>
        <w:pStyle w:val="Heading3"/>
        <w:keepNext/>
      </w:pPr>
      <w:r>
        <w:t>Product Restrictions</w:t>
      </w:r>
    </w:p>
    <w:p>
      <w:r>
        <w:t>☐ Fragrance Restrictions</w:t>
      </w:r>
    </w:p>
    <w:p>
      <w:r>
        <w:t>☐ Green / Environmentally Preferred Products</w:t>
      </w:r>
    </w:p>
    <w:p>
      <w:r>
        <w:t>☐ Client-Approved Product List</w:t>
      </w:r>
    </w:p>
    <w:p>
      <w:r>
        <w:t>☐ Specialty Surface Products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CONSUMABLE RESPONSIBILITY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Item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Client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Cleaning Company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TBD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Toilet Tissue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Paper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Hand Soap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Trash Liners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Sanitary Products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Air Freshener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ACCESS &amp; SECURITY</w:t>
      </w:r>
    </w:p>
    <w:p>
      <w:r>
        <w:t>Building Access Method:</w:t>
      </w:r>
    </w:p>
    <w:p>
      <w:r>
        <w:t>☐ Key</w:t>
      </w:r>
    </w:p>
    <w:p>
      <w:r>
        <w:t>☐ Access Card</w:t>
      </w:r>
    </w:p>
    <w:p>
      <w:r>
        <w:t>☐ Keypad</w:t>
      </w:r>
    </w:p>
    <w:p>
      <w:r>
        <w:t>☐ Security Desk</w:t>
      </w:r>
    </w:p>
    <w:p>
      <w:r>
        <w:t>☐ Client Contact</w:t>
      </w:r>
    </w:p>
    <w:p>
      <w:r>
        <w:t>☐ Other:</w:t>
      </w:r>
    </w:p>
    <w:p>
      <w:r>
        <w:t>Alarm System:</w:t>
      </w:r>
    </w:p>
    <w:p>
      <w:r>
        <w:t>☐ No</w:t>
      </w:r>
    </w:p>
    <w:p>
      <w:r>
        <w:t>☐ Yes</w:t>
      </w:r>
    </w:p>
    <w:p>
      <w:r>
        <w:t>Security Clearance Required:</w:t>
      </w:r>
    </w:p>
    <w:p>
      <w:r>
        <w:t>☐ No</w:t>
      </w:r>
    </w:p>
    <w:p>
      <w:r>
        <w:t>☐ Yes</w:t>
      </w:r>
    </w:p>
    <w:p>
      <w:r>
        <w:t>Background Checks Required:</w:t>
      </w:r>
    </w:p>
    <w:p>
      <w:r>
        <w:t>☐ No</w:t>
      </w:r>
    </w:p>
    <w:p>
      <w:r>
        <w:t>☐ Yes</w:t>
      </w:r>
    </w:p>
    <w:p>
      <w:r>
        <w:t>Badges Required:</w:t>
      </w:r>
    </w:p>
    <w:p>
      <w:r>
        <w:t>☐ No</w:t>
      </w:r>
    </w:p>
    <w:p>
      <w:r>
        <w:t>☐ Yes</w:t>
      </w:r>
    </w:p>
    <w:p>
      <w:r>
        <w:t>Restricted Areas:</w:t>
      </w:r>
    </w:p>
    <w:p>
      <w:r>
        <w:t>Lock-Up Requirements:</w:t>
      </w:r>
    </w:p>
    <w:p>
      <w:pPr>
        <w:pStyle w:val="Heading3"/>
        <w:keepNext/>
      </w:pPr>
      <w:r>
        <w:t>Access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PARKING &amp; LOGISTICS</w:t>
      </w:r>
    </w:p>
    <w:p>
      <w:r>
        <w:t>Parking:</w:t>
      </w:r>
    </w:p>
    <w:p>
      <w:r>
        <w:t>☐ Onsite</w:t>
      </w:r>
    </w:p>
    <w:p>
      <w:r>
        <w:t>☐ Street</w:t>
      </w:r>
    </w:p>
    <w:p>
      <w:r>
        <w:t>☐ Garage</w:t>
      </w:r>
    </w:p>
    <w:p>
      <w:r>
        <w:t>☐ Paid</w:t>
      </w:r>
    </w:p>
    <w:p>
      <w:r>
        <w:t>☐ Restricted</w:t>
      </w:r>
    </w:p>
    <w:p>
      <w:r>
        <w:t>Loading / Equipment Access:</w:t>
      </w:r>
    </w:p>
    <w:p>
      <w:r>
        <w:t>☐ Easy</w:t>
      </w:r>
    </w:p>
    <w:p>
      <w:r>
        <w:t>☐ Moderate</w:t>
      </w:r>
    </w:p>
    <w:p>
      <w:r>
        <w:t>☐ Difficult</w:t>
      </w:r>
    </w:p>
    <w:p>
      <w:r>
        <w:t>Elevator Required:</w:t>
      </w:r>
    </w:p>
    <w:p>
      <w:r>
        <w:t>☐ No</w:t>
      </w:r>
    </w:p>
    <w:p>
      <w:r>
        <w:t>☐ Yes</w:t>
      </w:r>
    </w:p>
    <w:p>
      <w:r>
        <w:t>Long Equipment Carry:</w:t>
      </w:r>
    </w:p>
    <w:p>
      <w:r>
        <w:t>☐ No</w:t>
      </w:r>
    </w:p>
    <w:p>
      <w:r>
        <w:t>☐ Yes</w:t>
      </w:r>
    </w:p>
    <w:p>
      <w:r>
        <w:t>Travel Between Buildings:</w:t>
      </w:r>
    </w:p>
    <w:p>
      <w:r>
        <w:t>☐ No</w:t>
      </w:r>
    </w:p>
    <w:p>
      <w:r>
        <w:t>☐ Yes</w:t>
      </w:r>
    </w:p>
    <w:p>
      <w:pPr>
        <w:pStyle w:val="Heading3"/>
        <w:keepNext/>
      </w:pPr>
      <w:r>
        <w:t>Logistics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CURRENT SERVICE ISSUES</w:t>
      </w:r>
    </w:p>
    <w:p>
      <w:r>
        <w:t>Why is the client seeking service or considering a change?</w:t>
      </w:r>
    </w:p>
    <w:p>
      <w:r>
        <w:t>☐ Inconsistent Cleaning</w:t>
      </w:r>
    </w:p>
    <w:p>
      <w:r>
        <w:t>☐ Missed Tasks</w:t>
      </w:r>
    </w:p>
    <w:p>
      <w:r>
        <w:t>☐ Restroom Quality</w:t>
      </w:r>
    </w:p>
    <w:p>
      <w:r>
        <w:t>☐ Floor Quality</w:t>
      </w:r>
    </w:p>
    <w:p>
      <w:r>
        <w:t>☐ Poor Communication</w:t>
      </w:r>
    </w:p>
    <w:p>
      <w:r>
        <w:t>☐ Staffing Problems</w:t>
      </w:r>
    </w:p>
    <w:p>
      <w:r>
        <w:t>☐ Security Concerns</w:t>
      </w:r>
    </w:p>
    <w:p>
      <w:r>
        <w:t>☐ High Price</w:t>
      </w:r>
    </w:p>
    <w:p>
      <w:r>
        <w:t>☐ Current Provider Leaving</w:t>
      </w:r>
    </w:p>
    <w:p>
      <w:r>
        <w:t>☐ New Facility</w:t>
      </w:r>
    </w:p>
    <w:p>
      <w:r>
        <w:t>☐ Bringing Service Out of House</w:t>
      </w:r>
    </w:p>
    <w:p>
      <w:r>
        <w:t>☐ Other:</w:t>
      </w:r>
    </w:p>
    <w:p>
      <w:pPr>
        <w:pStyle w:val="Heading3"/>
        <w:keepNext/>
      </w:pPr>
      <w:r>
        <w:t>Client Comments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CLIENT PRIORITIES</w:t>
      </w:r>
    </w:p>
    <w:p>
      <w:r>
        <w:t>Rank or identify the client's most important expectations.</w:t>
      </w:r>
    </w:p>
    <w:p>
      <w:r>
        <w:t>☐ Reliability</w:t>
      </w:r>
    </w:p>
    <w:p>
      <w:r>
        <w:t>☐ Consistency</w:t>
      </w:r>
    </w:p>
    <w:p>
      <w:r>
        <w:t>☐ Restroom Quality</w:t>
      </w:r>
    </w:p>
    <w:p>
      <w:r>
        <w:t>☐ Floor Appearance</w:t>
      </w:r>
    </w:p>
    <w:p>
      <w:r>
        <w:t>☐ Communication</w:t>
      </w:r>
    </w:p>
    <w:p>
      <w:r>
        <w:t>☐ Inspection / Quality Control</w:t>
      </w:r>
    </w:p>
    <w:p>
      <w:r>
        <w:t>☐ Fast Issue Resolution</w:t>
      </w:r>
    </w:p>
    <w:p>
      <w:r>
        <w:t>☐ Security</w:t>
      </w:r>
    </w:p>
    <w:p>
      <w:r>
        <w:t>☐ Consumable Management</w:t>
      </w:r>
    </w:p>
    <w:p>
      <w:r>
        <w:t>☐ Price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TASK FREQUENCY PLANNING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646"/>
        <w:gridCol w:w="1646"/>
        <w:gridCol w:w="1646"/>
        <w:gridCol w:w="1646"/>
        <w:gridCol w:w="1646"/>
        <w:gridCol w:w="1646"/>
      </w:tblGrid>
      <w:tr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Task / Area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Every Visit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Weekly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Monthly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Quarterly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Other</w:t>
            </w:r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Trash / Recycling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Restrooms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Break Rooms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Vacuuming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Hard Floors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Interior Glass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Baseboards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High Dusting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Carpet Extraction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Floor Care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LABOR ESTIMATE</w:t>
      </w:r>
    </w:p>
    <w:p>
      <w:r>
        <w:t>Recommended Crew Size:</w:t>
      </w:r>
    </w:p>
    <w:p>
      <w:r>
        <w:t>Estimated Hours Per Visit:</w:t>
      </w:r>
    </w:p>
    <w:p>
      <w:r>
        <w:t>Estimated Labor Hours Per Visit:</w:t>
      </w:r>
    </w:p>
    <w:p>
      <w:r>
        <w:t>Estimated Visits Per Month:</w:t>
      </w:r>
    </w:p>
    <w:p>
      <w:r>
        <w:t>Estimated Monthly Labor Hours:</w:t>
      </w:r>
    </w:p>
    <w:p>
      <w:r>
        <w:t>Difficulty:</w:t>
      </w:r>
    </w:p>
    <w:p>
      <w:r>
        <w:t>☐ Low</w:t>
      </w:r>
    </w:p>
    <w:p>
      <w:r>
        <w:t>☐ Standard</w:t>
      </w:r>
    </w:p>
    <w:p>
      <w:r>
        <w:t>☐ High</w:t>
      </w:r>
    </w:p>
    <w:p>
      <w:r>
        <w:t>☐ Very High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PRICING INPUTS</w:t>
      </w:r>
    </w:p>
    <w:p>
      <w:r>
        <w:t>Estimated Direct Labor Cost: $</w:t>
      </w:r>
    </w:p>
    <w:p>
      <w:r>
        <w:t>Estimated Supplies / Visit: $</w:t>
      </w:r>
    </w:p>
    <w:p>
      <w:r>
        <w:t>Estimated Consumables / Month: $</w:t>
      </w:r>
    </w:p>
    <w:p>
      <w:r>
        <w:t>Estimated Travel / Visit: $</w:t>
      </w:r>
    </w:p>
    <w:p>
      <w:r>
        <w:t>Estimated Periodic Service Cost: $</w:t>
      </w:r>
    </w:p>
    <w:p>
      <w:r>
        <w:t>Other Cost: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RECOMMENDED PRICING</w:t>
      </w:r>
    </w:p>
    <w:p>
      <w:r>
        <w:t>Price Per Visit: $</w:t>
      </w:r>
    </w:p>
    <w:p>
      <w:r>
        <w:t>Monthly Recurring Price: $</w:t>
      </w:r>
    </w:p>
    <w:p>
      <w:r>
        <w:t>Initial / Deep Cleaning: $</w:t>
      </w:r>
    </w:p>
    <w:p>
      <w:r>
        <w:t>Periodic Services: $</w:t>
      </w:r>
    </w:p>
    <w:p>
      <w:r>
        <w:t>Estimated Annual Contract Value: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SPECIALTY SERVICE OPPORTUNITIES</w:t>
      </w:r>
    </w:p>
    <w:p>
      <w:r>
        <w:t>☐ Carpet Extraction</w:t>
      </w:r>
    </w:p>
    <w:p>
      <w:r>
        <w:t>☐ Floor Scrubbing</w:t>
      </w:r>
    </w:p>
    <w:p>
      <w:r>
        <w:t>☐ Burnishing</w:t>
      </w:r>
    </w:p>
    <w:p>
      <w:r>
        <w:t>☐ Strip &amp; Refinish</w:t>
      </w:r>
    </w:p>
    <w:p>
      <w:r>
        <w:t>☐ Window Cleaning</w:t>
      </w:r>
    </w:p>
    <w:p>
      <w:r>
        <w:t>☐ High Dusting</w:t>
      </w:r>
    </w:p>
    <w:p>
      <w:r>
        <w:t>☐ Upholstery Cleaning</w:t>
      </w:r>
    </w:p>
    <w:p>
      <w:r>
        <w:t>☐ Pressure Washing</w:t>
      </w:r>
    </w:p>
    <w:p>
      <w:r>
        <w:t>☐ Day Porter</w:t>
      </w:r>
    </w:p>
    <w:p>
      <w:r>
        <w:t>☐ Consumable Management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PHOTOS / DOCUMENTATION</w:t>
      </w:r>
    </w:p>
    <w:p>
      <w:r>
        <w:t>☐ Facility Photos Taken</w:t>
      </w:r>
    </w:p>
    <w:p>
      <w:r>
        <w:t>☐ Floor Conditions Documented</w:t>
      </w:r>
    </w:p>
    <w:p>
      <w:r>
        <w:t>☐ Restrooms Documented</w:t>
      </w:r>
    </w:p>
    <w:p>
      <w:r>
        <w:t>☐ Problem Areas Documented</w:t>
      </w:r>
    </w:p>
    <w:p>
      <w:r>
        <w:t>☐ Access Points Documented</w:t>
      </w:r>
    </w:p>
    <w:p>
      <w:r>
        <w:t>☐ Specialty Areas Documented</w:t>
      </w:r>
    </w:p>
    <w:p>
      <w:r>
        <w:t>Photo / File Reference: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ESTIMATOR RECOMMENDATION</w:t>
      </w:r>
    </w:p>
    <w:p>
      <w:r>
        <w:t>Recommended Service Frequency:</w:t>
      </w:r>
    </w:p>
    <w:p>
      <w:r>
        <w:t>Recommended Scope:</w:t>
      </w:r>
    </w:p>
    <w:p>
      <w:r>
        <w:t>Walkthrough Result:</w:t>
      </w:r>
    </w:p>
    <w:p>
      <w:r>
        <w:t>☐ Ready to Bid</w:t>
      </w:r>
    </w:p>
    <w:p>
      <w:r>
        <w:t>☐ Additional Information Required</w:t>
      </w:r>
    </w:p>
    <w:p>
      <w:r>
        <w:t>☐ Second Site Visit Required</w:t>
      </w:r>
    </w:p>
    <w:p>
      <w:r>
        <w:t>☐ Specialty Pricing Required</w:t>
      </w:r>
    </w:p>
    <w:p>
      <w:r>
        <w:t>☐ Outside Service Scope</w:t>
      </w:r>
    </w:p>
    <w:p>
      <w:pPr>
        <w:pStyle w:val="Heading3"/>
        <w:keepNext/>
      </w:pPr>
      <w:r>
        <w:t>Estimator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FOLLOW-UP</w:t>
      </w:r>
    </w:p>
    <w:p>
      <w:r>
        <w:t>Proposal Due Date:</w:t>
      </w:r>
    </w:p>
    <w:p>
      <w:r>
        <w:t>Follow-Up Date:</w:t>
      </w:r>
    </w:p>
    <w:p>
      <w:r>
        <w:t>Decision Date / Bid Deadline:</w:t>
      </w:r>
    </w:p>
    <w:p>
      <w:r>
        <w:t>Assigned To:</w:t>
      </w:r>
    </w:p>
    <w:p>
      <w:r>
        <w:t>Opportunity Status:</w:t>
      </w:r>
    </w:p>
    <w:p>
      <w:r>
        <w:t>☐ Walkthrough Complete</w:t>
      </w:r>
    </w:p>
    <w:p>
      <w:r>
        <w:t>☐ Pricing Required</w:t>
      </w:r>
    </w:p>
    <w:p>
      <w:r>
        <w:t>☐ Proposal In Progress</w:t>
      </w:r>
    </w:p>
    <w:p>
      <w:r>
        <w:t>☐ Proposal Sent</w:t>
      </w:r>
    </w:p>
    <w:p>
      <w:r>
        <w:t>☐ Follow-Up</w:t>
      </w:r>
    </w:p>
    <w:p>
      <w:r>
        <w:t>☐ Won</w:t>
      </w:r>
    </w:p>
    <w:p>
      <w:r>
        <w:t>☐ Lost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&amp; COMPLIANCE NOTE</w:t>
      </w:r>
    </w:p>
    <w:p>
      <w:r>
        <w:t>Commercial facilities can have requirements beyond routine janitorial work.</w:t>
      </w:r>
    </w:p>
    <w:p>
      <w:r>
        <w:t>Healthcare, food-service, industrial, educational, laboratory, government, and other specialized facilities may require additional training, procedures, documentation, security clearance, products, equipment, insurance, or regulatory compliance.</w:t>
      </w:r>
    </w:p>
    <w:p>
      <w:r>
        <w:t>Identify these requirements before preparing a bid or agreeing to perform the work.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walkthrough form to your commercial estimating process and the facility being evaluated.</w:t>
      </w:r>
    </w:p>
    <w:p>
      <w:r>
        <w:t>Square footage alone does not determine cleaning cost. Occupancy, restroom usage, floor types, service frequencies, access, security, consumables, facility condition, and specialty services can materially affect labor requirements and pricing.</w:t>
      </w:r>
    </w:p>
    <w:p>
      <w:r>
        <w:t>Template Version: 1.0</w:t>
      </w:r>
    </w:p>
    <w:p>
      <w:r>
        <w:t>Updated: September 2026</w:t>
      </w:r>
    </w:p>
    <w:p>
      <w:r>
        <w:t>Template ID: TPL-INT-003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