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Deep Cleaning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JOB DETAILS</w:t>
      </w:r>
    </w:p>
    <w:p>
      <w:r>
        <w:t>Customer Name:</w:t>
      </w:r>
    </w:p>
    <w:p>
      <w:r>
        <w:t>Service Address:</w:t>
      </w:r>
    </w:p>
    <w:p>
      <w:r>
        <w:t>Service Date:</w:t>
      </w:r>
    </w:p>
    <w:p>
      <w:r>
        <w:t>Cleaner / Team:</w:t>
      </w:r>
    </w:p>
    <w:p>
      <w:r>
        <w:t>Estimated Service Time:</w:t>
      </w:r>
    </w:p>
    <w:p>
      <w:r>
        <w:t>Property Size:  sq. ft.</w:t>
      </w:r>
    </w:p>
    <w:p>
      <w:r>
        <w:t>Bedrooms:</w:t>
      </w:r>
    </w:p>
    <w:p>
      <w:r>
        <w:t>Bathrooms:</w:t>
      </w:r>
    </w:p>
    <w:p>
      <w:r>
        <w:t>Property Condition:</w:t>
      </w:r>
    </w:p>
    <w:p>
      <w:r>
        <w:t>☐ Light Buildup</w:t>
      </w:r>
    </w:p>
    <w:p>
      <w:r>
        <w:t>☐ Average</w:t>
      </w:r>
    </w:p>
    <w:p>
      <w:r>
        <w:t>☐ Heavy Buildup</w:t>
      </w:r>
    </w:p>
    <w:p>
      <w:r>
        <w:t>☐ Requires Special Attention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KITCHEN</w:t>
      </w:r>
    </w:p>
    <w:p>
      <w:pPr>
        <w:pStyle w:val="Heading2"/>
        <w:keepNext/>
      </w:pPr>
      <w:r>
        <w:t>General Cleaning</w:t>
      </w:r>
    </w:p>
    <w:p>
      <w:r>
        <w:t>☐ Clean and disinfect countertops</w:t>
      </w:r>
    </w:p>
    <w:p>
      <w:r>
        <w:t>☐ Clean sink and faucet</w:t>
      </w:r>
    </w:p>
    <w:p>
      <w:r>
        <w:t>☐ Remove mineral buildup around faucet</w:t>
      </w:r>
    </w:p>
    <w:p>
      <w:r>
        <w:t>☐ Clean backsplash</w:t>
      </w:r>
    </w:p>
    <w:p>
      <w:r>
        <w:t>☐ Clean stovetop</w:t>
      </w:r>
    </w:p>
    <w:p>
      <w:r>
        <w:t>☐ Clean range hood exterior</w:t>
      </w:r>
    </w:p>
    <w:p>
      <w:r>
        <w:t>☐ Clean microwave exterior</w:t>
      </w:r>
    </w:p>
    <w:p>
      <w:r>
        <w:t>☐ Clean microwave interior</w:t>
      </w:r>
    </w:p>
    <w:p>
      <w:r>
        <w:t>☐ Wipe appliance exteriors</w:t>
      </w:r>
    </w:p>
    <w:p>
      <w:r>
        <w:t>☐ Polish stainless steel surfaces</w:t>
      </w:r>
    </w:p>
    <w:p>
      <w:r>
        <w:t>☐ Clean table and chairs</w:t>
      </w:r>
    </w:p>
    <w:p>
      <w:r>
        <w:t>☐ Empty trash</w:t>
      </w:r>
    </w:p>
    <w:p>
      <w:r>
        <w:t>☐ Replace trash liner</w:t>
      </w:r>
    </w:p>
    <w:p>
      <w:pPr>
        <w:pStyle w:val="Heading2"/>
        <w:keepNext/>
      </w:pPr>
      <w:r>
        <w:t>Detail Cleaning</w:t>
      </w:r>
    </w:p>
    <w:p>
      <w:r>
        <w:t>☐ Clean cabinet fronts</w:t>
      </w:r>
    </w:p>
    <w:p>
      <w:r>
        <w:t>☐ Clean drawer fronts</w:t>
      </w:r>
    </w:p>
    <w:p>
      <w:r>
        <w:t>☐ Clean cabinet handles</w:t>
      </w:r>
    </w:p>
    <w:p>
      <w:r>
        <w:t>☐ Remove buildup from cabinet surfaces</w:t>
      </w:r>
    </w:p>
    <w:p>
      <w:r>
        <w:t>☐ Clean appliance handles</w:t>
      </w:r>
    </w:p>
    <w:p>
      <w:r>
        <w:t>☐ Clean around countertop appliances</w:t>
      </w:r>
    </w:p>
    <w:p>
      <w:r>
        <w:t>☐ Clean exposed appliance edges</w:t>
      </w:r>
    </w:p>
    <w:p>
      <w:r>
        <w:t>☐ Clean window sill</w:t>
      </w:r>
    </w:p>
    <w:p>
      <w:r>
        <w:t>☐ Clean reachable window interior</w:t>
      </w:r>
    </w:p>
    <w:p>
      <w:r>
        <w:t>☐ Clean blinds / shutters if included</w:t>
      </w:r>
    </w:p>
    <w:p>
      <w:r>
        <w:t>☐ Clean doors and door frames</w:t>
      </w:r>
    </w:p>
    <w:p>
      <w:r>
        <w:t>☐ Clean light switches</w:t>
      </w:r>
    </w:p>
    <w:p>
      <w:r>
        <w:t>☐ Clean outlet covers</w:t>
      </w:r>
    </w:p>
    <w:p>
      <w:r>
        <w:t>☐ Detail baseboards</w:t>
      </w:r>
    </w:p>
    <w:p>
      <w:r>
        <w:t>☐ Remove cobwebs</w:t>
      </w:r>
    </w:p>
    <w:p>
      <w:r>
        <w:t>☐ Dust reachable light fixtures</w:t>
      </w:r>
    </w:p>
    <w:p>
      <w:r>
        <w:t>☐ Dust reachable vents</w:t>
      </w:r>
    </w:p>
    <w:p>
      <w:pPr>
        <w:pStyle w:val="Heading2"/>
        <w:keepNext/>
      </w:pPr>
      <w:r>
        <w:t>Floors</w:t>
      </w:r>
    </w:p>
    <w:p>
      <w:r>
        <w:t>☐ Vacuum / sweep thoroughly</w:t>
      </w:r>
    </w:p>
    <w:p>
      <w:r>
        <w:t>☐ Vacuum edges and corners</w:t>
      </w:r>
    </w:p>
    <w:p>
      <w:r>
        <w:t>☐ Clean beneath movable small items</w:t>
      </w:r>
    </w:p>
    <w:p>
      <w:r>
        <w:t>☐ Mop floor</w:t>
      </w:r>
    </w:p>
    <w:p>
      <w:r>
        <w:t>☐ Detail floor edges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BATHROOMS</w:t>
      </w:r>
    </w:p>
    <w:p>
      <w:pPr>
        <w:pStyle w:val="Heading2"/>
        <w:keepNext/>
      </w:pPr>
      <w:r>
        <w:t>Fixtures &amp; Surfaces</w:t>
      </w:r>
    </w:p>
    <w:p>
      <w:r>
        <w:t>☐ Clean and disinfect toilet</w:t>
      </w:r>
    </w:p>
    <w:p>
      <w:r>
        <w:t>☐ Clean toilet base and exterior</w:t>
      </w:r>
    </w:p>
    <w:p>
      <w:r>
        <w:t>☐ Clean behind toilet where accessible</w:t>
      </w:r>
    </w:p>
    <w:p>
      <w:r>
        <w:t>☐ Clean sink and faucet</w:t>
      </w:r>
    </w:p>
    <w:p>
      <w:r>
        <w:t>☐ Clean countertop</w:t>
      </w:r>
    </w:p>
    <w:p>
      <w:r>
        <w:t>☐ Clean mirror</w:t>
      </w:r>
    </w:p>
    <w:p>
      <w:r>
        <w:t>☐ Clean bathtub</w:t>
      </w:r>
    </w:p>
    <w:p>
      <w:r>
        <w:t>☐ Clean shower</w:t>
      </w:r>
    </w:p>
    <w:p>
      <w:r>
        <w:t>☐ Clean shower doors</w:t>
      </w:r>
    </w:p>
    <w:p>
      <w:r>
        <w:t>☐ Clean shower tracks</w:t>
      </w:r>
    </w:p>
    <w:p>
      <w:r>
        <w:t>☐ Clean fixtures</w:t>
      </w:r>
    </w:p>
    <w:p>
      <w:r>
        <w:t>☐ Remove soap buildup</w:t>
      </w:r>
    </w:p>
    <w:p>
      <w:r>
        <w:t>☐ Remove accessible mineral buildup</w:t>
      </w:r>
    </w:p>
    <w:p>
      <w:pPr>
        <w:pStyle w:val="Heading2"/>
        <w:keepNext/>
      </w:pPr>
      <w:r>
        <w:t>Detail Cleaning</w:t>
      </w:r>
    </w:p>
    <w:p>
      <w:r>
        <w:t>☐ Clean cabinet fronts</w:t>
      </w:r>
    </w:p>
    <w:p>
      <w:r>
        <w:t>☐ Clean drawer fronts</w:t>
      </w:r>
    </w:p>
    <w:p>
      <w:r>
        <w:t>☐ Clean cabinet handles</w:t>
      </w:r>
    </w:p>
    <w:p>
      <w:r>
        <w:t>☐ Clean shelving surfaces</w:t>
      </w:r>
    </w:p>
    <w:p>
      <w:r>
        <w:t>☐ Clean doors and door frames</w:t>
      </w:r>
    </w:p>
    <w:p>
      <w:r>
        <w:t>☐ Clean light switches</w:t>
      </w:r>
    </w:p>
    <w:p>
      <w:r>
        <w:t>☐ Clean outlet covers</w:t>
      </w:r>
    </w:p>
    <w:p>
      <w:r>
        <w:t>☐ Detail baseboards</w:t>
      </w:r>
    </w:p>
    <w:p>
      <w:r>
        <w:t>☐ Clean window sill</w:t>
      </w:r>
    </w:p>
    <w:p>
      <w:r>
        <w:t>☐ Dust reachable vents</w:t>
      </w:r>
    </w:p>
    <w:p>
      <w:r>
        <w:t>☐ Dust reachable light fixtures</w:t>
      </w:r>
    </w:p>
    <w:p>
      <w:r>
        <w:t>☐ Remove cobwebs</w:t>
      </w:r>
    </w:p>
    <w:p>
      <w:r>
        <w:t>☐ Empty trash</w:t>
      </w:r>
    </w:p>
    <w:p>
      <w:r>
        <w:t>☐ Replace trash liner</w:t>
      </w:r>
    </w:p>
    <w:p>
      <w:pPr>
        <w:pStyle w:val="Heading2"/>
        <w:keepNext/>
      </w:pPr>
      <w:r>
        <w:t>Floors</w:t>
      </w:r>
    </w:p>
    <w:p>
      <w:r>
        <w:t>☐ Vacuum / sweep thoroughly</w:t>
      </w:r>
    </w:p>
    <w:p>
      <w:r>
        <w:t>☐ Clean corners and edges</w:t>
      </w:r>
    </w:p>
    <w:p>
      <w:r>
        <w:t>☐ Mop and disinfect floor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BEDROOMS</w:t>
      </w:r>
    </w:p>
    <w:p>
      <w:r>
        <w:t>☐ Dust all accessible surfaces</w:t>
      </w:r>
    </w:p>
    <w:p>
      <w:r>
        <w:t>☐ Dust furniture</w:t>
      </w:r>
    </w:p>
    <w:p>
      <w:r>
        <w:t>☐ Dust nightstands</w:t>
      </w:r>
    </w:p>
    <w:p>
      <w:r>
        <w:t>☐ Dust lamps</w:t>
      </w:r>
    </w:p>
    <w:p>
      <w:r>
        <w:t>☐ Dust décor and picture frames</w:t>
      </w:r>
    </w:p>
    <w:p>
      <w:r>
        <w:t>☐ Clean mirrors</w:t>
      </w:r>
    </w:p>
    <w:p>
      <w:r>
        <w:t>☐ Dust headboard</w:t>
      </w:r>
    </w:p>
    <w:p>
      <w:r>
        <w:t>☐ Make bed</w:t>
      </w:r>
    </w:p>
    <w:p>
      <w:r>
        <w:t>☐ Change linens if included</w:t>
      </w:r>
    </w:p>
    <w:p>
      <w:r>
        <w:t>☐ Clean window sills</w:t>
      </w:r>
    </w:p>
    <w:p>
      <w:r>
        <w:t>☐ Clean blinds if included</w:t>
      </w:r>
    </w:p>
    <w:p>
      <w:r>
        <w:t>☐ Dust ceiling fan where reachable</w:t>
      </w:r>
    </w:p>
    <w:p>
      <w:r>
        <w:t>☐ Dust reachable light fixtures</w:t>
      </w:r>
    </w:p>
    <w:p>
      <w:r>
        <w:t>☐ Dust reachable vents</w:t>
      </w:r>
    </w:p>
    <w:p>
      <w:r>
        <w:t>☐ Clean doors</w:t>
      </w:r>
    </w:p>
    <w:p>
      <w:r>
        <w:t>☐ Clean door frames</w:t>
      </w:r>
    </w:p>
    <w:p>
      <w:r>
        <w:t>☐ Clean door handles</w:t>
      </w:r>
    </w:p>
    <w:p>
      <w:r>
        <w:t>☐ Clean light switches</w:t>
      </w:r>
    </w:p>
    <w:p>
      <w:r>
        <w:t>☐ Clean outlet covers</w:t>
      </w:r>
    </w:p>
    <w:p>
      <w:r>
        <w:t>☐ Detail baseboards</w:t>
      </w:r>
    </w:p>
    <w:p>
      <w:r>
        <w:t>☐ Remove cobwebs</w:t>
      </w:r>
    </w:p>
    <w:p>
      <w:r>
        <w:t>☐ Empty trash</w:t>
      </w:r>
    </w:p>
    <w:p>
      <w:r>
        <w:t>☐ Vacuum carpet thoroughly</w:t>
      </w:r>
    </w:p>
    <w:p>
      <w:r>
        <w:t>☐ Vacuum edges and corners</w:t>
      </w:r>
    </w:p>
    <w:p>
      <w:r>
        <w:t>☐ Vacuum beneath accessible furniture</w:t>
      </w:r>
    </w:p>
    <w:p>
      <w:r>
        <w:t>☐ Mop hard floors</w:t>
      </w:r>
    </w:p>
    <w:p>
      <w:r>
        <w:t>☐ Detail floor edges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LIVING &amp; FAMILY AREAS</w:t>
      </w:r>
    </w:p>
    <w:p>
      <w:r>
        <w:t>☐ Dust accessible surfaces</w:t>
      </w:r>
    </w:p>
    <w:p>
      <w:r>
        <w:t>☐ Dust furniture</w:t>
      </w:r>
    </w:p>
    <w:p>
      <w:r>
        <w:t>☐ Dust shelves</w:t>
      </w:r>
    </w:p>
    <w:p>
      <w:r>
        <w:t>☐ Dust décor</w:t>
      </w:r>
    </w:p>
    <w:p>
      <w:r>
        <w:t>☐ Dust picture frames</w:t>
      </w:r>
    </w:p>
    <w:p>
      <w:r>
        <w:t>☐ Dust lamps</w:t>
      </w:r>
    </w:p>
    <w:p>
      <w:r>
        <w:t>☐ Clean mirrors</w:t>
      </w:r>
    </w:p>
    <w:p>
      <w:r>
        <w:t>☐ Clean tables</w:t>
      </w:r>
    </w:p>
    <w:p>
      <w:r>
        <w:t>☐ Dust electronics carefully</w:t>
      </w:r>
    </w:p>
    <w:p>
      <w:r>
        <w:t>☐ Clean window sills</w:t>
      </w:r>
    </w:p>
    <w:p>
      <w:r>
        <w:t>☐ Clean blinds if included</w:t>
      </w:r>
    </w:p>
    <w:p>
      <w:r>
        <w:t>☐ Dust ceiling fans where reachable</w:t>
      </w:r>
    </w:p>
    <w:p>
      <w:r>
        <w:t>☐ Dust reachable light fixtures</w:t>
      </w:r>
    </w:p>
    <w:p>
      <w:r>
        <w:t>☐ Dust reachable vents</w:t>
      </w:r>
    </w:p>
    <w:p>
      <w:r>
        <w:t>☐ Clean doors and door frames</w:t>
      </w:r>
    </w:p>
    <w:p>
      <w:r>
        <w:t>☐ Clean door handles</w:t>
      </w:r>
    </w:p>
    <w:p>
      <w:r>
        <w:t>☐ Clean light switches</w:t>
      </w:r>
    </w:p>
    <w:p>
      <w:r>
        <w:t>☐ Clean outlet covers</w:t>
      </w:r>
    </w:p>
    <w:p>
      <w:r>
        <w:t>☐ Detail baseboards</w:t>
      </w:r>
    </w:p>
    <w:p>
      <w:r>
        <w:t>☐ Remove cobwebs</w:t>
      </w:r>
    </w:p>
    <w:p>
      <w:r>
        <w:t>☐ Straighten cushions</w:t>
      </w:r>
    </w:p>
    <w:p>
      <w:r>
        <w:t>☐ Vacuum upholstered furniture if included</w:t>
      </w:r>
    </w:p>
    <w:p>
      <w:r>
        <w:t>☐ Vacuum carpet thoroughly</w:t>
      </w:r>
    </w:p>
    <w:p>
      <w:r>
        <w:t>☐ Vacuum rugs</w:t>
      </w:r>
    </w:p>
    <w:p>
      <w:r>
        <w:t>☐ Vacuum edges and corners</w:t>
      </w:r>
    </w:p>
    <w:p>
      <w:r>
        <w:t>☐ Vacuum beneath accessible furniture</w:t>
      </w:r>
    </w:p>
    <w:p>
      <w:r>
        <w:t>☐ Mop hard floors</w:t>
      </w:r>
    </w:p>
    <w:p>
      <w:r>
        <w:t>☐ Detail floor edges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DINING AREA</w:t>
      </w:r>
    </w:p>
    <w:p>
      <w:r>
        <w:t>☐ Clean dining table</w:t>
      </w:r>
    </w:p>
    <w:p>
      <w:r>
        <w:t>☐ Clean chair surfaces</w:t>
      </w:r>
    </w:p>
    <w:p>
      <w:r>
        <w:t>☐ Dust furniture</w:t>
      </w:r>
    </w:p>
    <w:p>
      <w:r>
        <w:t>☐ Dust décor</w:t>
      </w:r>
    </w:p>
    <w:p>
      <w:r>
        <w:t>☐ Clean mirrors</w:t>
      </w:r>
    </w:p>
    <w:p>
      <w:r>
        <w:t>☐ Dust light fixture where reachable</w:t>
      </w:r>
    </w:p>
    <w:p>
      <w:r>
        <w:t>☐ Clean window sills</w:t>
      </w:r>
    </w:p>
    <w:p>
      <w:r>
        <w:t>☐ Clean blinds if included</w:t>
      </w:r>
    </w:p>
    <w:p>
      <w:r>
        <w:t>☐ Clean doors and frames</w:t>
      </w:r>
    </w:p>
    <w:p>
      <w:r>
        <w:t>☐ Clean switches and outlet covers</w:t>
      </w:r>
    </w:p>
    <w:p>
      <w:r>
        <w:t>☐ Detail baseboards</w:t>
      </w:r>
    </w:p>
    <w:p>
      <w:r>
        <w:t>☐ Remove cobwebs</w:t>
      </w:r>
    </w:p>
    <w:p>
      <w:r>
        <w:t>☐ Vacuum / sweep thoroughly</w:t>
      </w:r>
    </w:p>
    <w:p>
      <w:r>
        <w:t>☐ Vacuum edges and corners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ENTRYWAYS &amp; HALLWAYS</w:t>
      </w:r>
    </w:p>
    <w:p>
      <w:r>
        <w:t>☐ Dust surfaces</w:t>
      </w:r>
    </w:p>
    <w:p>
      <w:r>
        <w:t>☐ Clean entry door interior</w:t>
      </w:r>
    </w:p>
    <w:p>
      <w:r>
        <w:t>☐ Clean door frames</w:t>
      </w:r>
    </w:p>
    <w:p>
      <w:r>
        <w:t>☐ Clean door handles</w:t>
      </w:r>
    </w:p>
    <w:p>
      <w:r>
        <w:t>☐ Clean light switches</w:t>
      </w:r>
    </w:p>
    <w:p>
      <w:r>
        <w:t>☐ Clean outlet covers</w:t>
      </w:r>
    </w:p>
    <w:p>
      <w:r>
        <w:t>☐ Clean mirrors</w:t>
      </w:r>
    </w:p>
    <w:p>
      <w:r>
        <w:t>☐ Clean window sills</w:t>
      </w:r>
    </w:p>
    <w:p>
      <w:r>
        <w:t>☐ Detail baseboards</w:t>
      </w:r>
    </w:p>
    <w:p>
      <w:r>
        <w:t>☐ Dust reachable light fixtures</w:t>
      </w:r>
    </w:p>
    <w:p>
      <w:r>
        <w:t>☐ Remove cobwebs</w:t>
      </w:r>
    </w:p>
    <w:p>
      <w:r>
        <w:t>☐ Vacuum rugs and mats</w:t>
      </w:r>
    </w:p>
    <w:p>
      <w:r>
        <w:t>☐ Vacuum carpet edges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STAIRS</w:t>
      </w:r>
    </w:p>
    <w:p>
      <w:r>
        <w:t>☐ Dust handrails</w:t>
      </w:r>
    </w:p>
    <w:p>
      <w:r>
        <w:t>☐ Clean handrails</w:t>
      </w:r>
    </w:p>
    <w:p>
      <w:r>
        <w:t>☐ Dust balusters</w:t>
      </w:r>
    </w:p>
    <w:p>
      <w:r>
        <w:t>☐ Clean accessible ledges</w:t>
      </w:r>
    </w:p>
    <w:p>
      <w:r>
        <w:t>☐ Detail baseboards</w:t>
      </w:r>
    </w:p>
    <w:p>
      <w:r>
        <w:t>☐ Vacuum stair treads</w:t>
      </w:r>
    </w:p>
    <w:p>
      <w:r>
        <w:t>☐ Vacuum edges and corners</w:t>
      </w:r>
    </w:p>
    <w:p>
      <w:r>
        <w:t>☐ Mop hard-surface stairs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LAUNDRY / UTILITY AREA</w:t>
      </w:r>
    </w:p>
    <w:p>
      <w:r>
        <w:t>☐ Wipe washer exterior</w:t>
      </w:r>
    </w:p>
    <w:p>
      <w:r>
        <w:t>☐ Wipe dryer exterior</w:t>
      </w:r>
    </w:p>
    <w:p>
      <w:r>
        <w:t>☐ Clean utility sink</w:t>
      </w:r>
    </w:p>
    <w:p>
      <w:r>
        <w:t>☐ Dust shelving</w:t>
      </w:r>
    </w:p>
    <w:p>
      <w:r>
        <w:t>☐ Clean cabinet fronts</w:t>
      </w:r>
    </w:p>
    <w:p>
      <w:r>
        <w:t>☐ Clean doors and frames</w:t>
      </w:r>
    </w:p>
    <w:p>
      <w:r>
        <w:t>☐ Clean switches</w:t>
      </w:r>
    </w:p>
    <w:p>
      <w:r>
        <w:t>☐ Detail baseboards</w:t>
      </w:r>
    </w:p>
    <w:p>
      <w:r>
        <w:t>☐ Remove cobwebs</w:t>
      </w:r>
    </w:p>
    <w:p>
      <w:r>
        <w:t>☐ Vacuum / sweep floor</w:t>
      </w:r>
    </w:p>
    <w:p>
      <w:r>
        <w:t>☐ Mop floor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THROUGHOUT THE HOME</w:t>
      </w:r>
    </w:p>
    <w:p>
      <w:r>
        <w:t>☐ Remove cobwebs</w:t>
      </w:r>
    </w:p>
    <w:p>
      <w:r>
        <w:t>☐ Detail baseboards</w:t>
      </w:r>
    </w:p>
    <w:p>
      <w:r>
        <w:t>☐ Clean door surfaces</w:t>
      </w:r>
    </w:p>
    <w:p>
      <w:r>
        <w:t>☐ Clean door frames</w:t>
      </w:r>
    </w:p>
    <w:p>
      <w:r>
        <w:t>☐ Clean door handles</w:t>
      </w:r>
    </w:p>
    <w:p>
      <w:r>
        <w:t>☐ Clean light switches</w:t>
      </w:r>
    </w:p>
    <w:p>
      <w:r>
        <w:t>☐ Clean accessible outlet covers</w:t>
      </w:r>
    </w:p>
    <w:p>
      <w:r>
        <w:t>☐ Clean window sills</w:t>
      </w:r>
    </w:p>
    <w:p>
      <w:r>
        <w:t>☐ Dust blinds where included</w:t>
      </w:r>
    </w:p>
    <w:p>
      <w:r>
        <w:t>☐ Dust ceiling fans where reachable</w:t>
      </w:r>
    </w:p>
    <w:p>
      <w:r>
        <w:t>☐ Dust light fixtures where reachable</w:t>
      </w:r>
    </w:p>
    <w:p>
      <w:r>
        <w:t>☐ Dust vents where reachable</w:t>
      </w:r>
    </w:p>
    <w:p>
      <w:r>
        <w:t>☐ Dust picture frames</w:t>
      </w:r>
    </w:p>
    <w:p>
      <w:r>
        <w:t>☐ Dust lamps</w:t>
      </w:r>
    </w:p>
    <w:p>
      <w:r>
        <w:t>☐ Clean mirrors</w:t>
      </w:r>
    </w:p>
    <w:p>
      <w:r>
        <w:t>☐ Vacuum floor edges and corners</w:t>
      </w:r>
    </w:p>
    <w:p>
      <w:r>
        <w:t>☐ Vacuum rugs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OPTIONAL DEEP-CLEAN ADD-ONS</w:t>
      </w:r>
    </w:p>
    <w:p>
      <w:r>
        <w:t>These services should only be completed when included in the customer's scope.</w:t>
      </w:r>
    </w:p>
    <w:p>
      <w:r>
        <w:t>☐ Inside refrigerator</w:t>
      </w:r>
    </w:p>
    <w:p>
      <w:r>
        <w:t>☐ Inside freezer</w:t>
      </w:r>
    </w:p>
    <w:p>
      <w:r>
        <w:t>☐ Inside oven</w:t>
      </w:r>
    </w:p>
    <w:p>
      <w:r>
        <w:t>☐ Inside kitchen cabinets</w:t>
      </w:r>
    </w:p>
    <w:p>
      <w:r>
        <w:t>☐ Inside bathroom cabinets</w:t>
      </w:r>
    </w:p>
    <w:p>
      <w:r>
        <w:t>☐ Interior windows</w:t>
      </w:r>
    </w:p>
    <w:p>
      <w:r>
        <w:t>☐ Detailed blinds</w:t>
      </w:r>
    </w:p>
    <w:p>
      <w:r>
        <w:t>☐ Washable wall cleaning</w:t>
      </w:r>
    </w:p>
    <w:p>
      <w:r>
        <w:t>☐ Heavy pet-hair removal</w:t>
      </w:r>
    </w:p>
    <w:p>
      <w:r>
        <w:t>☐ Upholstery vacuuming</w:t>
      </w:r>
    </w:p>
    <w:p>
      <w:r>
        <w:t>☐ Laundry</w:t>
      </w:r>
    </w:p>
    <w:p>
      <w:r>
        <w:t>☐ Bed linen changes</w:t>
      </w:r>
    </w:p>
    <w:p>
      <w:r>
        <w:t>☐ Organization</w:t>
      </w:r>
    </w:p>
    <w:p>
      <w:r>
        <w:t>☐ Garage cleaning</w:t>
      </w:r>
    </w:p>
    <w:p>
      <w:r>
        <w:t>☐ Patio / porch cleaning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DO NOT CLEAN / SPECIAL-HANDLING ITEMS</w:t>
      </w:r>
    </w:p>
    <w:p>
      <w:r>
        <w:t>Record surfaces or items requiring special handling.</w:t>
      </w:r>
    </w:p>
    <w:p>
      <w:r>
        <w:t>☐ Natural stone</w:t>
      </w:r>
    </w:p>
    <w:p>
      <w:r>
        <w:t>☐ Unsealed surfaces</w:t>
      </w:r>
    </w:p>
    <w:p>
      <w:r>
        <w:t>☐ Antiques</w:t>
      </w:r>
    </w:p>
    <w:p>
      <w:r>
        <w:t>☐ Artwork</w:t>
      </w:r>
    </w:p>
    <w:p>
      <w:r>
        <w:t>☐ Delicate electronics</w:t>
      </w:r>
    </w:p>
    <w:p>
      <w:r>
        <w:t>☐ Specialty flooring</w:t>
      </w:r>
    </w:p>
    <w:p>
      <w:r>
        <w:t>☐ Fragile décor</w:t>
      </w:r>
    </w:p>
    <w:p>
      <w:r>
        <w:t>☐ Customer-supplied cleaning products</w:t>
      </w:r>
    </w:p>
    <w:p>
      <w:r>
        <w:t>☐ Other:</w:t>
      </w:r>
    </w:p>
    <w:p>
      <w:pPr>
        <w:pStyle w:val="Heading3"/>
        <w:keepNext/>
      </w:pPr>
      <w:r>
        <w:t>Instructions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CUSTOMER-SPECIFIC INSTRUCTIONS</w:t>
      </w:r>
    </w:p>
    <w:p>
      <w:r>
        <w:t>Entry Instructions:</w:t>
      </w:r>
    </w:p>
    <w:p>
      <w:pPr>
        <w:spacing w:after="80"/>
        <w:pBdr>
          <w:bottom w:val="single" w:sz="8" w:color="0B7285"/>
        </w:pBdr>
      </w:pPr>
    </w:p>
    <w:p>
      <w:r>
        <w:t>Pets:</w:t>
      </w:r>
    </w:p>
    <w:p>
      <w:r>
        <w:t>Priority Areas:</w:t>
      </w:r>
    </w:p>
    <w:p>
      <w:pPr>
        <w:spacing w:after="80"/>
        <w:pBdr>
          <w:bottom w:val="single" w:sz="8" w:color="0B7285"/>
        </w:pBdr>
      </w:pPr>
    </w:p>
    <w:p>
      <w:r>
        <w:t>Restricted Areas:</w:t>
      </w:r>
    </w:p>
    <w:p>
      <w:pPr>
        <w:spacing w:after="80"/>
        <w:pBdr>
          <w:bottom w:val="single" w:sz="8" w:color="0B7285"/>
        </w:pBdr>
      </w:pPr>
    </w:p>
    <w:p>
      <w:r>
        <w:t>Known Damage / Pre-Existing Conditions:</w:t>
      </w:r>
    </w:p>
    <w:p>
      <w:pPr>
        <w:spacing w:after="80"/>
        <w:pBdr>
          <w:bottom w:val="single" w:sz="8" w:color="0B7285"/>
        </w:pBdr>
      </w:pPr>
    </w:p>
    <w:p>
      <w:r>
        <w:t>Other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WALKTHROUGH</w:t>
      </w:r>
    </w:p>
    <w:p>
      <w:r>
        <w:t>☐ Kitchen reviewed</w:t>
      </w:r>
    </w:p>
    <w:p>
      <w:r>
        <w:t>☐ Bathrooms reviewed</w:t>
      </w:r>
    </w:p>
    <w:p>
      <w:r>
        <w:t>☐ Bedrooms reviewed</w:t>
      </w:r>
    </w:p>
    <w:p>
      <w:r>
        <w:t>☐ Living areas reviewed</w:t>
      </w:r>
    </w:p>
    <w:p>
      <w:r>
        <w:t>☐ Detail work reviewed</w:t>
      </w:r>
    </w:p>
    <w:p>
      <w:r>
        <w:t>☐ Baseboards reviewed</w:t>
      </w:r>
    </w:p>
    <w:p>
      <w:r>
        <w:t>☐ Doors and switches reviewed</w:t>
      </w:r>
    </w:p>
    <w:p>
      <w:r>
        <w:t>☐ Floors reviewed</w:t>
      </w:r>
    </w:p>
    <w:p>
      <w:r>
        <w:t>☐ Add-ons completed</w:t>
      </w:r>
    </w:p>
    <w:p>
      <w:r>
        <w:t>☐ Customer-specific instructions completed</w:t>
      </w:r>
    </w:p>
    <w:p>
      <w:r>
        <w:t>☐ Supplies and equipment collected</w:t>
      </w:r>
    </w:p>
    <w:p>
      <w:r>
        <w:t>☐ Property secured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ISSUES / FOLLOW-UP</w:t>
      </w:r>
    </w:p>
    <w:p>
      <w:r>
        <w:t>☐ No issues</w:t>
      </w:r>
    </w:p>
    <w:p>
      <w:r>
        <w:t>☐ Additional cleaning recommended</w:t>
      </w:r>
    </w:p>
    <w:p>
      <w:r>
        <w:t>☐ Reclean required</w:t>
      </w:r>
    </w:p>
    <w:p>
      <w:r>
        <w:t>☐ Damage / pre-existing condition documented</w:t>
      </w:r>
    </w:p>
    <w:p>
      <w:r>
        <w:t>☐ Maintenance issue observed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CLEANER COMPLETION</w:t>
      </w:r>
    </w:p>
    <w:p>
      <w:r>
        <w:t>Cleaner / Team Lead:</w:t>
      </w:r>
    </w:p>
    <w:p>
      <w:r>
        <w:t>Start Time:</w:t>
      </w:r>
    </w:p>
    <w:p>
      <w:r>
        <w:t>Completion Time:</w:t>
      </w:r>
    </w:p>
    <w:p>
      <w:r>
        <w:t>Total Labor Hours:</w:t>
      </w:r>
    </w:p>
    <w:p>
      <w:r>
        <w:t>Signature /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QUALITY REVIEW</w:t>
      </w:r>
    </w:p>
    <w:p>
      <w:r>
        <w:t>Reviewed By:</w:t>
      </w:r>
    </w:p>
    <w:p>
      <w:r>
        <w:t>Date:</w:t>
      </w:r>
    </w:p>
    <w:p>
      <w:r>
        <w:t>Result:</w:t>
      </w:r>
    </w:p>
    <w:p>
      <w:r>
        <w:t>☐ Passed</w:t>
      </w:r>
    </w:p>
    <w:p>
      <w:r>
        <w:t>☐ Passed With Notes</w:t>
      </w:r>
    </w:p>
    <w:p>
      <w:r>
        <w:t>☐ Reclean Required</w:t>
      </w:r>
    </w:p>
    <w:p>
      <w:pPr>
        <w:pStyle w:val="Heading3"/>
        <w:keepNext/>
      </w:pPr>
      <w:r>
        <w:t>Quality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IMPORTANT SCOPE NOTE</w:t>
      </w:r>
    </w:p>
    <w:p>
      <w:r>
        <w:t>A deep cleaning service should have a clearly defined scope.</w:t>
      </w:r>
    </w:p>
    <w:p>
      <w:r>
        <w:t>Tasks such as interior ovens, refrigerators, cabinets, windows, heavy wall washing, organization, and other labor-intensive services should not automatically be assumed to be included unless your business chooses to include them.</w:t>
      </w:r>
    </w:p>
    <w:p>
      <w:r>
        <w:t>Defining these services before the job helps prevent scope creep and pricing disputes.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NOTE</w:t>
      </w:r>
    </w:p>
    <w:p>
      <w:r>
        <w:t>Cleaners should follow product labels, equipment instructions, company safety procedures, and applicable workplace requirements.</w:t>
      </w:r>
    </w:p>
    <w:p>
      <w:r>
        <w:t>Do not mix cleaning chemicals unless the products are specifically designed and labeled for that use.</w:t>
      </w:r>
    </w:p>
    <w:p>
      <w:r>
        <w:t>Do not perform work involving hazardous materials, biohazards, mold remediation, pest contamination, unsafe heights, or other specialized hazards unless appropriately trained, equipped, and authorized.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checklist to match your company's actual deep-cleaning service.</w:t>
      </w:r>
    </w:p>
    <w:p>
      <w:r>
        <w:t>Remove tasks you do not offer and clearly identify services that require an additional charge.</w:t>
      </w:r>
    </w:p>
    <w:p>
      <w:r>
        <w:t>Template Version: 1.0</w:t>
      </w:r>
    </w:p>
    <w:p>
      <w:r>
        <w:t>Updated: September 2026</w:t>
      </w:r>
    </w:p>
    <w:p>
      <w:r>
        <w:t>Template ID: TPL-CHK-002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