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House Cleaning Price List Template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HOUSE CLEANING PRICE LIST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RESIDENTIAL CLEANING SERVICES</w:t>
      </w:r>
    </w:p>
    <w:p>
      <w:r>
        <w:t>Use this template to create a clear, customer-friendly price list for your house cleaning business.</w:t>
      </w:r>
    </w:p>
    <w:p>
      <w:r>
        <w:t>Customize all pricing to reflect your local labor costs, service area, supplies, overhead, and target profit margin.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STANDARD CLEANING</w:t>
      </w:r>
    </w:p>
    <w:p>
      <w:r>
        <w:t>Standard cleaning is designed for regularly maintained homes.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Home Size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Starting Price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Up to 1,000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1,001–1,500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1,501–2,000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2,001–2,500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2,501–3,000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3,001–3,500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3,501+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 Quote</w:t>
            </w:r>
          </w:p>
        </w:tc>
      </w:tr>
    </w:tbl>
    <w:p>
      <w:pPr>
        <w:pStyle w:val="Heading3"/>
        <w:keepNext/>
      </w:pPr>
      <w:r>
        <w:t>Typical Standard Cleaning Includes</w:t>
      </w:r>
    </w:p>
    <w:p>
      <w:pPr>
        <w:pStyle w:val="ListBullet"/>
      </w:pPr>
      <w:r>
        <w:t>Dusting accessible surfaces</w:t>
      </w:r>
    </w:p>
    <w:p>
      <w:pPr>
        <w:pStyle w:val="ListBullet"/>
      </w:pPr>
      <w:r>
        <w:t>Kitchen counters and sink</w:t>
      </w:r>
    </w:p>
    <w:p>
      <w:pPr>
        <w:pStyle w:val="ListBullet"/>
      </w:pPr>
      <w:r>
        <w:t>Appliance exteriors</w:t>
      </w:r>
    </w:p>
    <w:p>
      <w:pPr>
        <w:pStyle w:val="ListBullet"/>
      </w:pPr>
      <w:r>
        <w:t>Bathroom cleaning</w:t>
      </w:r>
    </w:p>
    <w:p>
      <w:pPr>
        <w:pStyle w:val="ListBullet"/>
      </w:pPr>
      <w:r>
        <w:t>Mirrors</w:t>
      </w:r>
    </w:p>
    <w:p>
      <w:pPr>
        <w:pStyle w:val="ListBullet"/>
      </w:pPr>
      <w:r>
        <w:t>Trash removal</w:t>
      </w:r>
    </w:p>
    <w:p>
      <w:pPr>
        <w:pStyle w:val="ListBullet"/>
      </w:pPr>
      <w:r>
        <w:t>Vacuuming</w:t>
      </w:r>
    </w:p>
    <w:p>
      <w:pPr>
        <w:pStyle w:val="ListBullet"/>
      </w:pPr>
      <w:r>
        <w:t>Mopping</w:t>
      </w:r>
    </w:p>
    <w:p>
      <w:pPr>
        <w:pStyle w:val="ListBullet"/>
      </w:pPr>
      <w:r>
        <w:t>General surface cleaning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DEEP CLEANING</w:t>
      </w:r>
    </w:p>
    <w:p>
      <w:r>
        <w:t>Deep cleaning includes more detailed work and is often recommended for first-time customers or homes that have not been professionally cleaned recently.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Home Size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Starting Price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Up to 1,000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1,001–1,500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1,501–2,000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2,001–2,500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2,501–3,000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3,001–3,500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3,501+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 Quote</w:t>
            </w:r>
          </w:p>
        </w:tc>
      </w:tr>
    </w:tbl>
    <w:p>
      <w:pPr>
        <w:pStyle w:val="Heading3"/>
        <w:keepNext/>
      </w:pPr>
      <w:r>
        <w:t>Deep Cleaning May Include</w:t>
      </w:r>
    </w:p>
    <w:p>
      <w:pPr>
        <w:pStyle w:val="ListBullet"/>
      </w:pPr>
      <w:r>
        <w:t>Detailed baseboards</w:t>
      </w:r>
    </w:p>
    <w:p>
      <w:pPr>
        <w:pStyle w:val="ListBullet"/>
      </w:pPr>
      <w:r>
        <w:t>Door frames</w:t>
      </w:r>
    </w:p>
    <w:p>
      <w:pPr>
        <w:pStyle w:val="ListBullet"/>
      </w:pPr>
      <w:r>
        <w:t>Cabinet fronts</w:t>
      </w:r>
    </w:p>
    <w:p>
      <w:pPr>
        <w:pStyle w:val="ListBullet"/>
      </w:pPr>
      <w:r>
        <w:t>Additional buildup removal</w:t>
      </w:r>
    </w:p>
    <w:p>
      <w:pPr>
        <w:pStyle w:val="ListBullet"/>
      </w:pPr>
      <w:r>
        <w:t>Detailed bathroom cleaning</w:t>
      </w:r>
    </w:p>
    <w:p>
      <w:pPr>
        <w:pStyle w:val="ListBullet"/>
      </w:pPr>
      <w:r>
        <w:t>Detailed kitchen cleaning</w:t>
      </w:r>
    </w:p>
    <w:p>
      <w:pPr>
        <w:pStyle w:val="ListBullet"/>
      </w:pPr>
      <w:r>
        <w:t>Ceiling fans</w:t>
      </w:r>
    </w:p>
    <w:p>
      <w:pPr>
        <w:pStyle w:val="ListBullet"/>
      </w:pPr>
      <w:r>
        <w:t>Light fixtures</w:t>
      </w:r>
    </w:p>
    <w:p>
      <w:pPr>
        <w:pStyle w:val="ListBullet"/>
      </w:pPr>
      <w:r>
        <w:t>Window sills</w:t>
      </w:r>
    </w:p>
    <w:p>
      <w:pPr>
        <w:pStyle w:val="ListBullet"/>
      </w:pPr>
      <w:r>
        <w:t>Additional dusting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MOVE-IN / MOVE-OUT CLEANING</w:t>
      </w:r>
    </w:p>
    <w:p>
      <w:r>
        <w:t>Designed for empty or mostly empty properties.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Home Size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Starting Price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Up to 1,000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1,001–1,500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1,501–2,000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2,001–2,500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2,501–3,000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3,001–3,500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3,501+ sq. ft.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 Quote</w:t>
            </w:r>
          </w:p>
        </w:tc>
      </w:tr>
    </w:tbl>
    <w:p>
      <w:pPr>
        <w:pStyle w:val="Heading3"/>
        <w:keepNext/>
      </w:pPr>
      <w:r>
        <w:t>Move-In / Move-Out Cleaning May Include</w:t>
      </w:r>
    </w:p>
    <w:p>
      <w:pPr>
        <w:pStyle w:val="ListBullet"/>
      </w:pPr>
      <w:r>
        <w:t>Interior cabinets</w:t>
      </w:r>
    </w:p>
    <w:p>
      <w:pPr>
        <w:pStyle w:val="ListBullet"/>
      </w:pPr>
      <w:r>
        <w:t>Closets</w:t>
      </w:r>
    </w:p>
    <w:p>
      <w:pPr>
        <w:pStyle w:val="ListBullet"/>
      </w:pPr>
      <w:r>
        <w:t>Detailed kitchens</w:t>
      </w:r>
    </w:p>
    <w:p>
      <w:pPr>
        <w:pStyle w:val="ListBullet"/>
      </w:pPr>
      <w:r>
        <w:t>Detailed bathrooms</w:t>
      </w:r>
    </w:p>
    <w:p>
      <w:pPr>
        <w:pStyle w:val="ListBullet"/>
      </w:pPr>
      <w:r>
        <w:t>Baseboards</w:t>
      </w:r>
    </w:p>
    <w:p>
      <w:pPr>
        <w:pStyle w:val="ListBullet"/>
      </w:pPr>
      <w:r>
        <w:t>Doors and trim</w:t>
      </w:r>
    </w:p>
    <w:p>
      <w:pPr>
        <w:pStyle w:val="ListBullet"/>
      </w:pPr>
      <w:r>
        <w:t>Interior appliance cleaning</w:t>
      </w:r>
    </w:p>
    <w:p>
      <w:pPr>
        <w:pStyle w:val="ListBullet"/>
      </w:pPr>
      <w:r>
        <w:t>Empty-home floor cleaning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RECURRING CLEANING PRICING</w:t>
      </w:r>
    </w:p>
    <w:p>
      <w:r>
        <w:t>Recurring customers may receive lower per-visit pricing than one-time cleaning customers.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Price / Discount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Weekly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 or % off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Every 2 Weeks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 or % off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Every 4 Weeks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 or % off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Monthly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 or % off</w:t>
            </w:r>
          </w:p>
        </w:tc>
      </w:tr>
    </w:tbl>
    <w:p>
      <w:r>
        <w:t>Initial Cleaning / First Visit: $</w:t>
      </w:r>
    </w:p>
    <w:p>
      <w:r>
        <w:t>Your first recurring visit may be priced separately if additional work is needed to bring the home to a maintenance-cleaning standard.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BEDROOM &amp; BATHROOM ADJUSTMENTS</w:t>
      </w:r>
    </w:p>
    <w:p>
      <w:r>
        <w:t>Use this section if your pricing includes adjustments based on room count.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Item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Additional Price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Additional Bedroom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Additional Full Bathroom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Additional Half Bathroom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Additional Kitchen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Additional Living Area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OPTIONAL ADD-ON SERVICES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Add-On Service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Starting Price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Inside Refrigerator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Inside Oven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Interior Windows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Inside Cabinets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Blinds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Detailed Baseboards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Bed Linen Change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Laundry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Dishes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Pet Hair Removal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Wall Spot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Organization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Garage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Patio / Porch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CONDITION ADJUSTMENTS</w:t>
      </w:r>
    </w:p>
    <w:p>
      <w:r>
        <w:t>Some properties require more labor than a typical maintenance cleaning.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Condition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Adjustment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Light / Well Maintained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 or %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Average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 or %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Heavy Buildup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 or %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Excessive Pet Hair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 or %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Heavy Grease / Kitchen Buildup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 or %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 Assessment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Quote Required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MINIMUM SERVICE CHARGE</w:t>
      </w:r>
    </w:p>
    <w:p>
      <w:r>
        <w:t>Minimum Cleaning Charge: $</w:t>
      </w:r>
    </w:p>
    <w:p>
      <w:r>
        <w:t>This minimum helps cover travel, setup, supplies, scheduling, and other fixed costs associated with each appointment.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HOURLY SERVICE</w:t>
      </w:r>
    </w:p>
    <w:p>
      <w:r>
        <w:t>If hourly cleaning is offered:</w:t>
      </w:r>
    </w:p>
    <w:p>
      <w:r>
        <w:t>Hourly Rate Per Cleaner: $</w:t>
      </w:r>
    </w:p>
    <w:p>
      <w:r>
        <w:t>or</w:t>
      </w:r>
    </w:p>
    <w:p>
      <w:r>
        <w:t>Hourly Rate Per Crew: $</w:t>
      </w:r>
    </w:p>
    <w:p>
      <w:r>
        <w:t>Minimum Hours:</w:t>
      </w:r>
    </w:p>
    <w:p>
      <w:r>
        <w:t>Hourly pricing should clearly state whether the rate is per cleaner or for the entire cleaning team.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TRAVEL / SERVICE AREA FEES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Service Area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Fee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Primary Service Area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Included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Extended Service Area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Outside Standard Service Area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 Quote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SPECIAL SERVICE FEES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Service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Fee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Same-Day Booking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Weekend Service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Holiday Service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Key Pickup / Special Access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Parking / Toll Charges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PAYMENT INFORMATION</w:t>
      </w:r>
    </w:p>
    <w:p>
      <w:r>
        <w:t>Accepted Payment Methods:</w:t>
      </w:r>
    </w:p>
    <w:p>
      <w:r>
        <w:t>☐ Credit Card</w:t>
      </w:r>
    </w:p>
    <w:p>
      <w:r>
        <w:t>☐ ACH / Bank Transfer</w:t>
      </w:r>
    </w:p>
    <w:p>
      <w:r>
        <w:t>☐ Cash</w:t>
      </w:r>
    </w:p>
    <w:p>
      <w:r>
        <w:t>☐ Check</w:t>
      </w:r>
    </w:p>
    <w:p>
      <w:r>
        <w:t>☐ Other:</w:t>
      </w:r>
    </w:p>
    <w:p>
      <w:r>
        <w:t>Payment Due:</w:t>
      </w:r>
    </w:p>
    <w:p>
      <w:r>
        <w:t>Cancellation Policy:</w:t>
      </w:r>
    </w:p>
    <w:p>
      <w:r>
        <w:t>Rescheduling Policy: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PRICING NOTES</w:t>
      </w:r>
    </w:p>
    <w:p>
      <w:r>
        <w:t>Prices shown are starting prices unless otherwise stated.</w:t>
      </w:r>
    </w:p>
    <w:p>
      <w:r>
        <w:t>Final pricing may depend on:</w:t>
      </w:r>
    </w:p>
    <w:p>
      <w:pPr>
        <w:pStyle w:val="ListBullet"/>
      </w:pPr>
      <w:r>
        <w:t>Property size</w:t>
      </w:r>
    </w:p>
    <w:p>
      <w:pPr>
        <w:pStyle w:val="ListBullet"/>
      </w:pPr>
      <w:r>
        <w:t>Number of bedrooms and bathrooms</w:t>
      </w:r>
    </w:p>
    <w:p>
      <w:pPr>
        <w:pStyle w:val="ListBullet"/>
      </w:pPr>
      <w:r>
        <w:t>Property condition</w:t>
      </w:r>
    </w:p>
    <w:p>
      <w:pPr>
        <w:pStyle w:val="ListBullet"/>
      </w:pPr>
      <w:r>
        <w:t>Cleaning frequency</w:t>
      </w:r>
    </w:p>
    <w:p>
      <w:pPr>
        <w:pStyle w:val="ListBullet"/>
      </w:pPr>
      <w:r>
        <w:t>Requested services</w:t>
      </w:r>
    </w:p>
    <w:p>
      <w:pPr>
        <w:pStyle w:val="ListBullet"/>
      </w:pPr>
      <w:r>
        <w:t>Add-ons</w:t>
      </w:r>
    </w:p>
    <w:p>
      <w:pPr>
        <w:pStyle w:val="ListBullet"/>
      </w:pPr>
      <w:r>
        <w:t>Pets</w:t>
      </w:r>
    </w:p>
    <w:p>
      <w:pPr>
        <w:pStyle w:val="ListBullet"/>
      </w:pPr>
      <w:r>
        <w:t>Accessibility</w:t>
      </w:r>
    </w:p>
    <w:p>
      <w:pPr>
        <w:pStyle w:val="ListBullet"/>
      </w:pPr>
      <w:r>
        <w:t>Travel</w:t>
      </w:r>
    </w:p>
    <w:p>
      <w:pPr>
        <w:pStyle w:val="ListBullet"/>
      </w:pPr>
      <w:r>
        <w:t>Labor requirements</w:t>
      </w:r>
    </w:p>
    <w:p>
      <w:pPr>
        <w:pStyle w:val="ListBullet"/>
      </w:pPr>
      <w:r>
        <w:t>Local market conditions</w:t>
      </w:r>
    </w:p>
    <w:p>
      <w:r>
        <w:t>A final quote should be provided before service when the total price cannot be determined from the published price list.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Do not copy another cleaning company's prices without understanding your own costs.</w:t>
      </w:r>
    </w:p>
    <w:p>
      <w:r>
        <w:t>Your pricing should account for labor, payroll burden, supplies, travel, payment processing, insurance, overhead, taxes where applicable, and desired profit.</w:t>
      </w:r>
    </w:p>
    <w:p>
      <w:r>
        <w:t>Pricing practices and tax requirements vary by jurisdiction.</w:t>
      </w:r>
    </w:p>
    <w:p>
      <w:r>
        <w:t>This template is provided for general informational and business-use purposes. It is not financial, tax, accounting, or legal advice.</w:t>
      </w:r>
    </w:p>
    <w:p>
      <w:r>
        <w:t>Template Version: 1.0</w:t>
      </w:r>
    </w:p>
    <w:p>
      <w:r>
        <w:t>Updated: September 2026</w:t>
      </w:r>
    </w:p>
    <w:p>
      <w:r>
        <w:t>Template ID: TPL-PRI-001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