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</w:pPr>
      <w:r>
        <w:t>Janitorial Cleaning Checklist</w:t>
      </w:r>
    </w:p>
    <w:p>
      <w:pPr>
        <w:pStyle w:val="Subtitle"/>
        <w:keepNext/>
      </w:pPr>
      <w:r>
        <w:t>Practical cleaning business template • Customize fields before use</w:t>
      </w:r>
    </w:p>
    <w:p>
      <w:pPr>
        <w:spacing w:after="200"/>
      </w:pPr>
      <w:r>
        <w:rPr>
          <w:b/>
          <w:color w:val="0B7285"/>
        </w:rPr>
        <w:t xml:space="preserve">Brand customization: </w:t>
      </w:r>
      <w:r>
        <w:rPr>
          <w:i/>
          <w:color w:val="5B6870"/>
          <w:sz w:val="18"/>
        </w:rPr>
        <w:t>This TidyOps-branded example shows a finished presentation. Replace the logo, colors, company details, and placeholders with your own brand before use.</w:t>
      </w:r>
    </w:p>
    <w:p>
      <w:r>
        <w:t>[YOUR COMPANY NAME]</w:t>
      </w:r>
    </w:p>
    <w:p>
      <w:r>
        <w:t>[Phone Number]</w:t>
      </w:r>
    </w:p>
    <w:p>
      <w:r>
        <w:t>[Email Address]</w:t>
      </w:r>
    </w:p>
    <w:p>
      <w:r>
        <w:t>[Website]</w:t>
      </w:r>
    </w:p>
    <w:p>
      <w:pPr>
        <w:spacing w:after="80"/>
        <w:pBdr>
          <w:bottom w:val="single" w:sz="8" w:color="0B7285"/>
        </w:pBdr>
      </w:pPr>
    </w:p>
    <w:p>
      <w:pPr>
        <w:pStyle w:val="Heading2"/>
        <w:keepNext/>
      </w:pPr>
      <w:r>
        <w:t>FACILITY &amp; SERVICE DETAILS</w:t>
      </w:r>
    </w:p>
    <w:p>
      <w:r>
        <w:t>Client / Facility:</w:t>
      </w:r>
    </w:p>
    <w:p>
      <w:r>
        <w:t>Service Address:</w:t>
      </w:r>
    </w:p>
    <w:p>
      <w:r>
        <w:t>Service Date:</w:t>
      </w:r>
    </w:p>
    <w:p>
      <w:r>
        <w:t>Cleaner / Crew:</w:t>
      </w:r>
    </w:p>
    <w:p>
      <w:r>
        <w:t>Building Contact:</w:t>
      </w:r>
    </w:p>
    <w:p>
      <w:r>
        <w:t>Service Frequency:</w:t>
      </w:r>
    </w:p>
    <w:p>
      <w:r>
        <w:t>☐ Daily</w:t>
      </w:r>
    </w:p>
    <w:p>
      <w:r>
        <w:t>☐ 5x Weekly</w:t>
      </w:r>
    </w:p>
    <w:p>
      <w:r>
        <w:t>☐ 3x Weekly</w:t>
      </w:r>
    </w:p>
    <w:p>
      <w:r>
        <w:t>☐ 2x Weekly</w:t>
      </w:r>
    </w:p>
    <w:p>
      <w:r>
        <w:t>☐ Weekly</w:t>
      </w:r>
    </w:p>
    <w:p>
      <w:r>
        <w:t>☐ Custom:</w:t>
      </w:r>
    </w:p>
    <w:p>
      <w:r>
        <w:t>Service Window:</w:t>
      </w:r>
    </w:p>
    <w:p>
      <w:r>
        <w:t>Cleanable Area:  sq. ft.</w:t>
      </w:r>
    </w:p>
    <w:p>
      <w:r>
        <w:t>Floors / Levels:</w:t>
      </w:r>
    </w:p>
    <w:p>
      <w:r>
        <w:t>Facility Type:</w:t>
      </w:r>
    </w:p>
    <w:p>
      <w:r>
        <w:t>☐ Office</w:t>
      </w:r>
    </w:p>
    <w:p>
      <w:r>
        <w:t>☐ Retail</w:t>
      </w:r>
    </w:p>
    <w:p>
      <w:r>
        <w:t>☐ School / Education</w:t>
      </w:r>
    </w:p>
    <w:p>
      <w:r>
        <w:t>☐ Church / Religious Facility</w:t>
      </w:r>
    </w:p>
    <w:p>
      <w:r>
        <w:t>☐ Community Facility</w:t>
      </w:r>
    </w:p>
    <w:p>
      <w:r>
        <w:t>☐ Medical / Healthcare*</w:t>
      </w:r>
    </w:p>
    <w:p>
      <w:r>
        <w:t>☐ Warehouse / Industrial</w:t>
      </w:r>
    </w:p>
    <w:p>
      <w:r>
        <w:t>☐ Multi-Tenant Building</w:t>
      </w:r>
    </w:p>
    <w:p>
      <w:r>
        <w:t>☐ Other:</w:t>
      </w:r>
    </w:p>
    <w:p>
      <w:r>
        <w:t>*Specialized facilities may require additional training, procedures, products, or regulatory compliance beyond this general template.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ENTRANCES &amp; LOBBIES</w:t>
      </w:r>
    </w:p>
    <w:p>
      <w:r>
        <w:t>☐ Empty trash and replace liners</w:t>
      </w:r>
    </w:p>
    <w:p>
      <w:r>
        <w:t>☐ Remove litter and debris</w:t>
      </w:r>
    </w:p>
    <w:p>
      <w:r>
        <w:t>☐ Clean entrance doors</w:t>
      </w:r>
    </w:p>
    <w:p>
      <w:r>
        <w:t>☐ Clean door glass</w:t>
      </w:r>
    </w:p>
    <w:p>
      <w:r>
        <w:t>☐ Clean handles and push plates</w:t>
      </w:r>
    </w:p>
    <w:p>
      <w:r>
        <w:t>☐ Clean reception surfaces</w:t>
      </w:r>
    </w:p>
    <w:p>
      <w:r>
        <w:t>☐ Dust furniture and décor</w:t>
      </w:r>
    </w:p>
    <w:p>
      <w:r>
        <w:t>☐ Clean high-touch surfaces</w:t>
      </w:r>
    </w:p>
    <w:p>
      <w:r>
        <w:t>☐ Clean mirrors</w:t>
      </w:r>
    </w:p>
    <w:p>
      <w:r>
        <w:t>☐ Straighten furniture</w:t>
      </w:r>
    </w:p>
    <w:p>
      <w:r>
        <w:t>☐ Vacuum entry mats</w:t>
      </w:r>
    </w:p>
    <w:p>
      <w:r>
        <w:t>☐ Vacuum carpet</w:t>
      </w:r>
    </w:p>
    <w:p>
      <w:r>
        <w:t>☐ Sweep hard floors</w:t>
      </w:r>
    </w:p>
    <w:p>
      <w:r>
        <w:t>☐ Mop hard floors</w:t>
      </w:r>
    </w:p>
    <w:p>
      <w:r>
        <w:t>☐ Remove cobwebs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OFFICES &amp; WORK AREAS</w:t>
      </w:r>
    </w:p>
    <w:p>
      <w:r>
        <w:t>☐ Empty trash</w:t>
      </w:r>
    </w:p>
    <w:p>
      <w:r>
        <w:t>☐ Empty recycling</w:t>
      </w:r>
    </w:p>
    <w:p>
      <w:r>
        <w:t>☐ Replace liners</w:t>
      </w:r>
    </w:p>
    <w:p>
      <w:r>
        <w:t>☐ Dust accessible surfaces</w:t>
      </w:r>
    </w:p>
    <w:p>
      <w:r>
        <w:t>☐ Wipe cleared work surfaces as authorized</w:t>
      </w:r>
    </w:p>
    <w:p>
      <w:r>
        <w:t>☐ Clean shared worktables</w:t>
      </w:r>
    </w:p>
    <w:p>
      <w:r>
        <w:t>☐ Clean high-touch surfaces</w:t>
      </w:r>
    </w:p>
    <w:p>
      <w:r>
        <w:t>☐ Clean door handles</w:t>
      </w:r>
    </w:p>
    <w:p>
      <w:r>
        <w:t>☐ Spot-clean doors</w:t>
      </w:r>
    </w:p>
    <w:p>
      <w:r>
        <w:t>☐ Spot-clean interior glass</w:t>
      </w:r>
    </w:p>
    <w:p>
      <w:r>
        <w:t>☐ Vacuum carpet</w:t>
      </w:r>
    </w:p>
    <w:p>
      <w:r>
        <w:t>☐ Vacuum rugs</w:t>
      </w:r>
    </w:p>
    <w:p>
      <w:r>
        <w:t>☐ Sweep hard floors</w:t>
      </w:r>
    </w:p>
    <w:p>
      <w:r>
        <w:t>☐ Mop hard floors</w:t>
      </w:r>
    </w:p>
    <w:p>
      <w:pPr>
        <w:pStyle w:val="Heading3"/>
        <w:keepNext/>
      </w:pPr>
      <w:r>
        <w:t>Workstation Instructions</w:t>
      </w:r>
    </w:p>
    <w:p>
      <w:r>
        <w:t>☐ Do not move documents</w:t>
      </w:r>
    </w:p>
    <w:p>
      <w:r>
        <w:t>☐ Do not move personal belongings</w:t>
      </w:r>
    </w:p>
    <w:p>
      <w:r>
        <w:t>☐ Clean desks only when cleared</w:t>
      </w:r>
    </w:p>
    <w:p>
      <w:r>
        <w:t>☐ Follow client-specific instructions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RESTROOMS</w:t>
      </w:r>
    </w:p>
    <w:p>
      <w:r>
        <w:t>☐ Place appropriate safety signage before wet cleaning</w:t>
      </w:r>
    </w:p>
    <w:p>
      <w:r>
        <w:t>☐ Empty trash</w:t>
      </w:r>
    </w:p>
    <w:p>
      <w:r>
        <w:t>☐ Replace liners</w:t>
      </w:r>
    </w:p>
    <w:p>
      <w:r>
        <w:t>☐ Empty sanitary receptacles where applicable</w:t>
      </w:r>
    </w:p>
    <w:p>
      <w:r>
        <w:t>☐ Clean and disinfect toilets</w:t>
      </w:r>
    </w:p>
    <w:p>
      <w:r>
        <w:t>☐ Clean and disinfect urinals</w:t>
      </w:r>
    </w:p>
    <w:p>
      <w:r>
        <w:t>☐ Clean toilet seats and exterior surfaces</w:t>
      </w:r>
    </w:p>
    <w:p>
      <w:r>
        <w:t>☐ Clean sinks and faucets</w:t>
      </w:r>
    </w:p>
    <w:p>
      <w:r>
        <w:t>☐ Clean countertops</w:t>
      </w:r>
    </w:p>
    <w:p>
      <w:r>
        <w:t>☐ Clean mirrors</w:t>
      </w:r>
    </w:p>
    <w:p>
      <w:r>
        <w:t>☐ Clean partitions</w:t>
      </w:r>
    </w:p>
    <w:p>
      <w:r>
        <w:t>☐ Clean dispensers</w:t>
      </w:r>
    </w:p>
    <w:p>
      <w:r>
        <w:t>☐ Clean door handles</w:t>
      </w:r>
    </w:p>
    <w:p>
      <w:r>
        <w:t>☐ Clean high-touch surfaces</w:t>
      </w:r>
    </w:p>
    <w:p>
      <w:r>
        <w:t>☐ Refill toilet tissue</w:t>
      </w:r>
    </w:p>
    <w:p>
      <w:r>
        <w:t>☐ Refill paper towels</w:t>
      </w:r>
    </w:p>
    <w:p>
      <w:r>
        <w:t>☐ Refill hand soap</w:t>
      </w:r>
    </w:p>
    <w:p>
      <w:r>
        <w:t>☐ Refill other client-provided consumables</w:t>
      </w:r>
    </w:p>
    <w:p>
      <w:r>
        <w:t>☐ Sweep floor</w:t>
      </w:r>
    </w:p>
    <w:p>
      <w:r>
        <w:t>☐ Mop floor</w:t>
      </w:r>
    </w:p>
    <w:p>
      <w:r>
        <w:t>☐ Report leaks, damage, or supply shortages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BREAK ROOMS / KITCHENETTES</w:t>
      </w:r>
    </w:p>
    <w:p>
      <w:r>
        <w:t>☐ Empty trash and recycling</w:t>
      </w:r>
    </w:p>
    <w:p>
      <w:r>
        <w:t>☐ Replace liners</w:t>
      </w:r>
    </w:p>
    <w:p>
      <w:r>
        <w:t>☐ Clean countertops</w:t>
      </w:r>
    </w:p>
    <w:p>
      <w:r>
        <w:t>☐ Clean sink and faucet</w:t>
      </w:r>
    </w:p>
    <w:p>
      <w:r>
        <w:t>☐ Clean backsplash</w:t>
      </w:r>
    </w:p>
    <w:p>
      <w:r>
        <w:t>☐ Wipe appliance exteriors</w:t>
      </w:r>
    </w:p>
    <w:p>
      <w:r>
        <w:t>☐ Clean microwave interior</w:t>
      </w:r>
    </w:p>
    <w:p>
      <w:r>
        <w:t>☐ Clean microwave exterior</w:t>
      </w:r>
    </w:p>
    <w:p>
      <w:r>
        <w:t>☐ Wipe cabinet fronts</w:t>
      </w:r>
    </w:p>
    <w:p>
      <w:r>
        <w:t>☐ Clean tables</w:t>
      </w:r>
    </w:p>
    <w:p>
      <w:r>
        <w:t>☐ Wipe chairs</w:t>
      </w:r>
    </w:p>
    <w:p>
      <w:r>
        <w:t>☐ Refill supplies if included</w:t>
      </w:r>
    </w:p>
    <w:p>
      <w:r>
        <w:t>☐ Sweep / vacuum floor</w:t>
      </w:r>
    </w:p>
    <w:p>
      <w:r>
        <w:t>☐ Mop floor</w:t>
      </w:r>
    </w:p>
    <w:p>
      <w:pPr>
        <w:pStyle w:val="Heading3"/>
        <w:keepNext/>
      </w:pPr>
      <w:r>
        <w:t>Food &amp; Refrigerator Policy</w:t>
      </w:r>
    </w:p>
    <w:p>
      <w:r>
        <w:t>☐ Do not remove food unless authorized</w:t>
      </w:r>
    </w:p>
    <w:p>
      <w:r>
        <w:t>☐ Remove expired food according to client schedule</w:t>
      </w:r>
    </w:p>
    <w:p>
      <w:r>
        <w:t>☐ Follow client-specific refrigerator procedure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CONFERENCE / MEETING ROOMS</w:t>
      </w:r>
    </w:p>
    <w:p>
      <w:r>
        <w:t>☐ Empty trash</w:t>
      </w:r>
    </w:p>
    <w:p>
      <w:r>
        <w:t>☐ Replace liners</w:t>
      </w:r>
    </w:p>
    <w:p>
      <w:r>
        <w:t>☐ Clean tables</w:t>
      </w:r>
    </w:p>
    <w:p>
      <w:r>
        <w:t>☐ Clean high-touch surfaces</w:t>
      </w:r>
    </w:p>
    <w:p>
      <w:r>
        <w:t>☐ Clean permitted whiteboards</w:t>
      </w:r>
    </w:p>
    <w:p>
      <w:r>
        <w:t>☐ Spot-clean glass</w:t>
      </w:r>
    </w:p>
    <w:p>
      <w:r>
        <w:t>☐ Dust accessible surfaces</w:t>
      </w:r>
    </w:p>
    <w:p>
      <w:r>
        <w:t>☐ Straighten chairs</w:t>
      </w:r>
    </w:p>
    <w:p>
      <w:r>
        <w:t>☐ Vacuum carpet</w:t>
      </w:r>
    </w:p>
    <w:p>
      <w:r>
        <w:t>☐ Sweep hard floors</w:t>
      </w:r>
    </w:p>
    <w:p>
      <w:r>
        <w:t>☐ Mop hard floors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HALLWAYS &amp; CORRIDORS</w:t>
      </w:r>
    </w:p>
    <w:p>
      <w:r>
        <w:t>☐ Remove litter</w:t>
      </w:r>
    </w:p>
    <w:p>
      <w:r>
        <w:t>☐ Empty trash receptacles</w:t>
      </w:r>
    </w:p>
    <w:p>
      <w:r>
        <w:t>☐ Dust accessible ledges</w:t>
      </w:r>
    </w:p>
    <w:p>
      <w:r>
        <w:t>☐ Clean high-touch surfaces</w:t>
      </w:r>
    </w:p>
    <w:p>
      <w:r>
        <w:t>☐ Spot-clean doors</w:t>
      </w:r>
    </w:p>
    <w:p>
      <w:r>
        <w:t>☐ Spot-clean walls where included</w:t>
      </w:r>
    </w:p>
    <w:p>
      <w:r>
        <w:t>☐ Spot-clean interior glass</w:t>
      </w:r>
    </w:p>
    <w:p>
      <w:r>
        <w:t>☐ Vacuum carpet</w:t>
      </w:r>
    </w:p>
    <w:p>
      <w:r>
        <w:t>☐ Sweep hard floors</w:t>
      </w:r>
    </w:p>
    <w:p>
      <w:r>
        <w:t>☐ Mop hard floors</w:t>
      </w:r>
    </w:p>
    <w:p>
      <w:r>
        <w:t>☐ Remove cobwebs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ELEVATORS</w:t>
      </w:r>
    </w:p>
    <w:p>
      <w:r>
        <w:t>☐ Remove trash and debris</w:t>
      </w:r>
    </w:p>
    <w:p>
      <w:r>
        <w:t>☐ Clean doors</w:t>
      </w:r>
    </w:p>
    <w:p>
      <w:r>
        <w:t>☐ Clean interior wall surfaces as appropriate</w:t>
      </w:r>
    </w:p>
    <w:p>
      <w:r>
        <w:t>☐ Clean control panel</w:t>
      </w:r>
    </w:p>
    <w:p>
      <w:r>
        <w:t>☐ Clean buttons</w:t>
      </w:r>
    </w:p>
    <w:p>
      <w:r>
        <w:t>☐ Clean handrails</w:t>
      </w:r>
    </w:p>
    <w:p>
      <w:r>
        <w:t>☐ Clean mirrors</w:t>
      </w:r>
    </w:p>
    <w:p>
      <w:r>
        <w:t>☐ Vacuum / sweep floor</w:t>
      </w:r>
    </w:p>
    <w:p>
      <w:r>
        <w:t>☐ Mop floor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STAIRWELLS</w:t>
      </w:r>
    </w:p>
    <w:p>
      <w:r>
        <w:t>☐ Remove trash and debris</w:t>
      </w:r>
    </w:p>
    <w:p>
      <w:r>
        <w:t>☐ Dust ledges</w:t>
      </w:r>
    </w:p>
    <w:p>
      <w:r>
        <w:t>☐ Clean doors and handles</w:t>
      </w:r>
    </w:p>
    <w:p>
      <w:r>
        <w:t>☐ Clean handrails</w:t>
      </w:r>
    </w:p>
    <w:p>
      <w:r>
        <w:t>☐ Remove cobwebs</w:t>
      </w:r>
    </w:p>
    <w:p>
      <w:r>
        <w:t>☐ Vacuum stairs</w:t>
      </w:r>
    </w:p>
    <w:p>
      <w:r>
        <w:t>☐ Sweep stairs</w:t>
      </w:r>
    </w:p>
    <w:p>
      <w:r>
        <w:t>☐ Mop hard-surface stairs</w:t>
      </w:r>
    </w:p>
    <w:p>
      <w:r>
        <w:t>☐ Report lighting or safety concerns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COMMON AREAS</w:t>
      </w:r>
    </w:p>
    <w:p>
      <w:r>
        <w:t>☐ Empty trash</w:t>
      </w:r>
    </w:p>
    <w:p>
      <w:r>
        <w:t>☐ Replace liners</w:t>
      </w:r>
    </w:p>
    <w:p>
      <w:r>
        <w:t>☐ Dust accessible surfaces</w:t>
      </w:r>
    </w:p>
    <w:p>
      <w:r>
        <w:t>☐ Clean tables</w:t>
      </w:r>
    </w:p>
    <w:p>
      <w:r>
        <w:t>☐ Clean high-touch surfaces</w:t>
      </w:r>
    </w:p>
    <w:p>
      <w:r>
        <w:t>☐ Straighten furniture</w:t>
      </w:r>
    </w:p>
    <w:p>
      <w:r>
        <w:t>☐ Clean mirrors</w:t>
      </w:r>
    </w:p>
    <w:p>
      <w:r>
        <w:t>☐ Vacuum carpet</w:t>
      </w:r>
    </w:p>
    <w:p>
      <w:r>
        <w:t>☐ Vacuum rugs</w:t>
      </w:r>
    </w:p>
    <w:p>
      <w:r>
        <w:t>☐ Sweep hard floors</w:t>
      </w:r>
    </w:p>
    <w:p>
      <w:r>
        <w:t>☐ Mop hard floors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RETAIL / PUBLIC AREAS</w:t>
      </w:r>
    </w:p>
    <w:p>
      <w:r>
        <w:t>Complete when applicable.</w:t>
      </w:r>
    </w:p>
    <w:p>
      <w:r>
        <w:t>☐ Remove litter</w:t>
      </w:r>
    </w:p>
    <w:p>
      <w:r>
        <w:t>☐ Empty trash</w:t>
      </w:r>
    </w:p>
    <w:p>
      <w:r>
        <w:t>☐ Clean counters as authorized</w:t>
      </w:r>
    </w:p>
    <w:p>
      <w:r>
        <w:t>☐ Clean high-touch surfaces</w:t>
      </w:r>
    </w:p>
    <w:p>
      <w:r>
        <w:t>☐ Clean entrance glass</w:t>
      </w:r>
    </w:p>
    <w:p>
      <w:r>
        <w:t>☐ Spot-clean display glass</w:t>
      </w:r>
    </w:p>
    <w:p>
      <w:r>
        <w:t>☐ Dust accessible surfaces</w:t>
      </w:r>
    </w:p>
    <w:p>
      <w:r>
        <w:t>☐ Clean fitting rooms</w:t>
      </w:r>
    </w:p>
    <w:p>
      <w:r>
        <w:t>☐ Vacuum carpet</w:t>
      </w:r>
    </w:p>
    <w:p>
      <w:r>
        <w:t>☐ Sweep hard floors</w:t>
      </w:r>
    </w:p>
    <w:p>
      <w:r>
        <w:t>☐ Mop hard floors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WAREHOUSE / BACK-OF-HOUSE AREAS</w:t>
      </w:r>
    </w:p>
    <w:p>
      <w:r>
        <w:t>Complete when included in the service agreement.</w:t>
      </w:r>
    </w:p>
    <w:p>
      <w:r>
        <w:t>☐ Empty designated trash</w:t>
      </w:r>
    </w:p>
    <w:p>
      <w:r>
        <w:t>☐ Remove loose litter</w:t>
      </w:r>
    </w:p>
    <w:p>
      <w:r>
        <w:t>☐ Clean employee break areas</w:t>
      </w:r>
    </w:p>
    <w:p>
      <w:r>
        <w:t>☐ Clean designated restrooms</w:t>
      </w:r>
    </w:p>
    <w:p>
      <w:r>
        <w:t>☐ Clean office areas</w:t>
      </w:r>
    </w:p>
    <w:p>
      <w:r>
        <w:t>☐ Sweep designated floors</w:t>
      </w:r>
    </w:p>
    <w:p>
      <w:r>
        <w:t>☐ Clean high-touch surfaces</w:t>
      </w:r>
    </w:p>
    <w:p>
      <w:r>
        <w:t>☐ Clean entry / exit areas</w:t>
      </w:r>
    </w:p>
    <w:p>
      <w:r>
        <w:t>☐ Specialized industrial cleaning not included unless separately authorized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TRASH &amp; RECYCLING</w:t>
      </w:r>
    </w:p>
    <w:p>
      <w:r>
        <w:t>☐ Empty designated trash receptacles</w:t>
      </w:r>
    </w:p>
    <w:p>
      <w:r>
        <w:t>☐ Replace liners</w:t>
      </w:r>
    </w:p>
    <w:p>
      <w:r>
        <w:t>☐ Empty recycling</w:t>
      </w:r>
    </w:p>
    <w:p>
      <w:r>
        <w:t>☐ Transport waste to designated location</w:t>
      </w:r>
    </w:p>
    <w:p>
      <w:r>
        <w:t>☐ Break down boxes if included</w:t>
      </w:r>
    </w:p>
    <w:p>
      <w:r>
        <w:t>☐ Clean visibly soiled receptacles</w:t>
      </w:r>
    </w:p>
    <w:p>
      <w:r>
        <w:t>☐ Secure dumpster / waste area as instructed</w:t>
      </w:r>
    </w:p>
    <w:p>
      <w:r>
        <w:t>☐ Follow facility waste-separation requirements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FLOOR CARE</w:t>
      </w:r>
    </w:p>
    <w:p>
      <w:pPr>
        <w:pStyle w:val="Heading2"/>
        <w:keepNext/>
      </w:pPr>
      <w:r>
        <w:t>Carpet</w:t>
      </w:r>
    </w:p>
    <w:p>
      <w:r>
        <w:t>☐ Vacuum traffic areas</w:t>
      </w:r>
    </w:p>
    <w:p>
      <w:r>
        <w:t>☐ Vacuum edges as scheduled</w:t>
      </w:r>
    </w:p>
    <w:p>
      <w:r>
        <w:t>☐ Spot-clean carpet if included</w:t>
      </w:r>
    </w:p>
    <w:p>
      <w:r>
        <w:t>☐ Report significant stains</w:t>
      </w:r>
    </w:p>
    <w:p>
      <w:r>
        <w:t>☐ Carpet extraction completed if scheduled</w:t>
      </w:r>
    </w:p>
    <w:p>
      <w:pPr>
        <w:pStyle w:val="Heading2"/>
        <w:keepNext/>
      </w:pPr>
      <w:r>
        <w:t>Hard Floors</w:t>
      </w:r>
    </w:p>
    <w:p>
      <w:r>
        <w:t>☐ Sweep / dust mop</w:t>
      </w:r>
    </w:p>
    <w:p>
      <w:r>
        <w:t>☐ Damp mop</w:t>
      </w:r>
    </w:p>
    <w:p>
      <w:r>
        <w:t>☐ Wet mop where required</w:t>
      </w:r>
    </w:p>
    <w:p>
      <w:r>
        <w:t>☐ Spot-clean spills</w:t>
      </w:r>
    </w:p>
    <w:p>
      <w:r>
        <w:t>☐ Clean edges as scheduled</w:t>
      </w:r>
    </w:p>
    <w:p>
      <w:r>
        <w:t>☐ Burnish if scheduled</w:t>
      </w:r>
    </w:p>
    <w:p>
      <w:r>
        <w:t>☐ Scrub if scheduled</w:t>
      </w:r>
    </w:p>
    <w:p>
      <w:r>
        <w:t>☐ Strip / refinish if scheduled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HIGH-TOUCH SURFACES</w:t>
      </w:r>
    </w:p>
    <w:p>
      <w:r>
        <w:t>Clean according to the agreed service scope.</w:t>
      </w:r>
    </w:p>
    <w:p>
      <w:r>
        <w:t>☐ Door handles</w:t>
      </w:r>
    </w:p>
    <w:p>
      <w:r>
        <w:t>☐ Push plates</w:t>
      </w:r>
    </w:p>
    <w:p>
      <w:r>
        <w:t>☐ Light switches</w:t>
      </w:r>
    </w:p>
    <w:p>
      <w:r>
        <w:t>☐ Elevator buttons</w:t>
      </w:r>
    </w:p>
    <w:p>
      <w:r>
        <w:t>☐ Handrails</w:t>
      </w:r>
    </w:p>
    <w:p>
      <w:r>
        <w:t>☐ Shared counters</w:t>
      </w:r>
    </w:p>
    <w:p>
      <w:r>
        <w:t>☐ Break-room surfaces</w:t>
      </w:r>
    </w:p>
    <w:p>
      <w:r>
        <w:t>☐ Restroom fixtures</w:t>
      </w:r>
    </w:p>
    <w:p>
      <w:r>
        <w:t>☐ Dispensers</w:t>
      </w:r>
    </w:p>
    <w:p>
      <w:r>
        <w:t>☐ Other: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CONSUMABLE INVENTORY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2469"/>
        <w:gridCol w:w="2469"/>
        <w:gridCol w:w="2469"/>
        <w:gridCol w:w="2469"/>
      </w:tblGrid>
      <w:tr>
        <w:tc>
          <w:tcPr>
            <w:tcW w:type="dxa" w:w="2469"/>
            <w:vAlign w:val="center"/>
            <w:shd w:fill="EAF4F6"/>
          </w:tcPr>
          <w:p>
            <w:pPr>
              <w:spacing w:after="40" w:before="40"/>
            </w:pPr>
            <w:r>
              <w:t>Item</w:t>
            </w:r>
          </w:p>
        </w:tc>
        <w:tc>
          <w:tcPr>
            <w:tcW w:type="dxa" w:w="2469"/>
            <w:vAlign w:val="center"/>
            <w:shd w:fill="EAF4F6"/>
          </w:tcPr>
          <w:p>
            <w:pPr>
              <w:spacing w:after="40" w:before="40"/>
            </w:pPr>
            <w:r>
              <w:t>Adequate</w:t>
            </w:r>
          </w:p>
        </w:tc>
        <w:tc>
          <w:tcPr>
            <w:tcW w:type="dxa" w:w="2469"/>
            <w:vAlign w:val="center"/>
            <w:shd w:fill="EAF4F6"/>
          </w:tcPr>
          <w:p>
            <w:pPr>
              <w:spacing w:after="40" w:before="40"/>
            </w:pPr>
            <w:r>
              <w:t>Low</w:t>
            </w:r>
          </w:p>
        </w:tc>
        <w:tc>
          <w:tcPr>
            <w:tcW w:type="dxa" w:w="2469"/>
            <w:vAlign w:val="center"/>
            <w:shd w:fill="EAF4F6"/>
          </w:tcPr>
          <w:p>
            <w:pPr>
              <w:spacing w:after="40" w:before="40"/>
            </w:pPr>
            <w:r>
              <w:t>Out</w:t>
            </w:r>
          </w:p>
        </w:tc>
      </w:tr>
      <w:tr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Toilet tissue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Paper towels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Hand soap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Trash liners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Sanitary products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Cleaning chemicals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Other: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</w:tbl>
    <w:p>
      <w:pPr>
        <w:pStyle w:val="Heading3"/>
        <w:keepNext/>
      </w:pPr>
      <w:r>
        <w:t>Supplies Requiring Reorder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PERIODIC JANITORIAL TASKS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3293"/>
        <w:gridCol w:w="3293"/>
        <w:gridCol w:w="3293"/>
      </w:tblGrid>
      <w:tr>
        <w:tc>
          <w:tcPr>
            <w:tcW w:type="dxa" w:w="3293"/>
            <w:vAlign w:val="center"/>
            <w:shd w:fill="EAF4F6"/>
          </w:tcPr>
          <w:p>
            <w:pPr>
              <w:spacing w:after="40" w:before="40"/>
            </w:pPr>
            <w:r>
              <w:t>Task</w:t>
            </w:r>
          </w:p>
        </w:tc>
        <w:tc>
          <w:tcPr>
            <w:tcW w:type="dxa" w:w="3293"/>
            <w:vAlign w:val="center"/>
            <w:shd w:fill="EAF4F6"/>
          </w:tcPr>
          <w:p>
            <w:pPr>
              <w:spacing w:after="40" w:before="40"/>
            </w:pPr>
            <w:r>
              <w:t>Frequency</w:t>
            </w:r>
          </w:p>
        </w:tc>
        <w:tc>
          <w:tcPr>
            <w:tcW w:type="dxa" w:w="3293"/>
            <w:vAlign w:val="center"/>
            <w:shd w:fill="EAF4F6"/>
          </w:tcPr>
          <w:p>
            <w:pPr>
              <w:spacing w:after="40" w:before="40"/>
            </w:pPr>
            <w:r>
              <w:t>Completed</w:t>
            </w:r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Detail baseboards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Dust vents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High dusting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Interior windows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Exterior entry glass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Blinds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Carpet extraction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Floor scrubbing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Floor burnishing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Strip / refinish floors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Upholstery cleaning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Deep restroom cleaning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Other: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</w:tbl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FACILITY-SPECIFIC TASKS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3293"/>
        <w:gridCol w:w="3293"/>
        <w:gridCol w:w="3293"/>
      </w:tblGrid>
      <w:tr>
        <w:tc>
          <w:tcPr>
            <w:tcW w:type="dxa" w:w="3293"/>
            <w:vAlign w:val="center"/>
            <w:shd w:fill="EAF4F6"/>
          </w:tcPr>
          <w:p>
            <w:pPr>
              <w:spacing w:after="40" w:before="40"/>
            </w:pPr>
            <w:r>
              <w:t>Area / Task</w:t>
            </w:r>
          </w:p>
        </w:tc>
        <w:tc>
          <w:tcPr>
            <w:tcW w:type="dxa" w:w="3293"/>
            <w:vAlign w:val="center"/>
            <w:shd w:fill="EAF4F6"/>
          </w:tcPr>
          <w:p>
            <w:pPr>
              <w:spacing w:after="40" w:before="40"/>
            </w:pPr>
            <w:r>
              <w:t>Frequency</w:t>
            </w:r>
          </w:p>
        </w:tc>
        <w:tc>
          <w:tcPr>
            <w:tcW w:type="dxa" w:w="3293"/>
            <w:vAlign w:val="center"/>
            <w:shd w:fill="EAF4F6"/>
          </w:tcPr>
          <w:p>
            <w:pPr>
              <w:spacing w:after="40" w:before="40"/>
            </w:pPr>
            <w:r>
              <w:t>Completed</w:t>
            </w:r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</w:tbl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ACCESS &amp; SECURITY</w:t>
      </w:r>
    </w:p>
    <w:p>
      <w:r>
        <w:t>Entry Method:</w:t>
      </w:r>
    </w:p>
    <w:p>
      <w:r>
        <w:t>Alarm Procedure:</w:t>
      </w:r>
    </w:p>
    <w:p>
      <w:r>
        <w:t>Key / Access Card Instructions:</w:t>
      </w:r>
    </w:p>
    <w:p>
      <w:r>
        <w:t>Restricted Areas:</w:t>
      </w:r>
    </w:p>
    <w:p>
      <w:r>
        <w:t>Lock-Up Procedure:</w:t>
      </w:r>
    </w:p>
    <w:p>
      <w:pPr>
        <w:pStyle w:val="Heading3"/>
        <w:keepNext/>
      </w:pPr>
      <w:r>
        <w:t>Security Check</w:t>
      </w:r>
    </w:p>
    <w:p>
      <w:r>
        <w:t>☐ Keys / cards accounted for</w:t>
      </w:r>
    </w:p>
    <w:p>
      <w:r>
        <w:t>☐ Restricted areas avoided</w:t>
      </w:r>
    </w:p>
    <w:p>
      <w:r>
        <w:t>☐ Doors secured</w:t>
      </w:r>
    </w:p>
    <w:p>
      <w:r>
        <w:t>☐ Windows checked as required</w:t>
      </w:r>
    </w:p>
    <w:p>
      <w:r>
        <w:t>☐ Lights set as instructed</w:t>
      </w:r>
    </w:p>
    <w:p>
      <w:r>
        <w:t>☐ Alarm set if required</w:t>
      </w:r>
    </w:p>
    <w:p>
      <w:r>
        <w:t>☐ Facility locked according to procedure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FACILITY ISSUES</w:t>
      </w:r>
    </w:p>
    <w:p>
      <w:r>
        <w:t>☐ No issues observed</w:t>
      </w:r>
    </w:p>
    <w:p>
      <w:r>
        <w:t>☐ Plumbing leak</w:t>
      </w:r>
    </w:p>
    <w:p>
      <w:r>
        <w:t>☐ Clogged fixture</w:t>
      </w:r>
    </w:p>
    <w:p>
      <w:r>
        <w:t>☐ Broken dispenser</w:t>
      </w:r>
    </w:p>
    <w:p>
      <w:r>
        <w:t>☐ Lighting issue</w:t>
      </w:r>
    </w:p>
    <w:p>
      <w:r>
        <w:t>☐ Door / lock issue</w:t>
      </w:r>
    </w:p>
    <w:p>
      <w:r>
        <w:t>☐ Flooring damage</w:t>
      </w:r>
    </w:p>
    <w:p>
      <w:r>
        <w:t>☐ Broken glass</w:t>
      </w:r>
    </w:p>
    <w:p>
      <w:r>
        <w:t>☐ Pest evidence</w:t>
      </w:r>
    </w:p>
    <w:p>
      <w:r>
        <w:t>☐ Spill / contamination concern</w:t>
      </w:r>
    </w:p>
    <w:p>
      <w:r>
        <w:t>☐ Low consumables</w:t>
      </w:r>
    </w:p>
    <w:p>
      <w:r>
        <w:t>☐ Safety hazard</w:t>
      </w:r>
    </w:p>
    <w:p>
      <w:r>
        <w:t>☐ Other:</w:t>
      </w:r>
    </w:p>
    <w:p>
      <w:pPr>
        <w:pStyle w:val="Heading3"/>
        <w:keepNext/>
      </w:pPr>
      <w:r>
        <w:t>Notes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r>
        <w:t>☐ Client notified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QUALITY CONTROL INSPECTION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2469"/>
        <w:gridCol w:w="2469"/>
        <w:gridCol w:w="2469"/>
        <w:gridCol w:w="2469"/>
      </w:tblGrid>
      <w:tr>
        <w:tc>
          <w:tcPr>
            <w:tcW w:type="dxa" w:w="2469"/>
            <w:vAlign w:val="center"/>
            <w:shd w:fill="EAF4F6"/>
          </w:tcPr>
          <w:p>
            <w:pPr>
              <w:spacing w:after="40" w:before="40"/>
            </w:pPr>
            <w:r>
              <w:t>Area</w:t>
            </w:r>
          </w:p>
        </w:tc>
        <w:tc>
          <w:tcPr>
            <w:tcW w:type="dxa" w:w="2469"/>
            <w:vAlign w:val="center"/>
            <w:shd w:fill="EAF4F6"/>
          </w:tcPr>
          <w:p>
            <w:pPr>
              <w:spacing w:after="40" w:before="40"/>
            </w:pPr>
            <w:r>
              <w:t>Passed</w:t>
            </w:r>
          </w:p>
        </w:tc>
        <w:tc>
          <w:tcPr>
            <w:tcW w:type="dxa" w:w="2469"/>
            <w:vAlign w:val="center"/>
            <w:shd w:fill="EAF4F6"/>
          </w:tcPr>
          <w:p>
            <w:pPr>
              <w:spacing w:after="40" w:before="40"/>
            </w:pPr>
            <w:r>
              <w:t>Needs Attention</w:t>
            </w:r>
          </w:p>
        </w:tc>
        <w:tc>
          <w:tcPr>
            <w:tcW w:type="dxa" w:w="2469"/>
            <w:vAlign w:val="center"/>
            <w:shd w:fill="EAF4F6"/>
          </w:tcPr>
          <w:p>
            <w:pPr>
              <w:spacing w:after="40" w:before="40"/>
            </w:pPr>
            <w:r>
              <w:t>N/A</w:t>
            </w:r>
          </w:p>
        </w:tc>
      </w:tr>
      <w:tr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Entrances / Lobby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Offices / Work Areas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Restrooms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Break Rooms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Common Areas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Hallways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Elevators / Stairs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Trash / Recycling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Carpet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Hard Floors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</w:tbl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COMPLETION</w:t>
      </w:r>
    </w:p>
    <w:p>
      <w:r>
        <w:t>Cleaner / Crew Lead:</w:t>
      </w:r>
    </w:p>
    <w:p>
      <w:r>
        <w:t>Start Time:</w:t>
      </w:r>
    </w:p>
    <w:p>
      <w:r>
        <w:t>Completion Time:</w:t>
      </w:r>
    </w:p>
    <w:p>
      <w:r>
        <w:t>Total Labor Hours:</w:t>
      </w:r>
    </w:p>
    <w:p>
      <w:r>
        <w:t>Service Result:</w:t>
      </w:r>
    </w:p>
    <w:p>
      <w:r>
        <w:t>☐ Complete</w:t>
      </w:r>
    </w:p>
    <w:p>
      <w:r>
        <w:t>☐ Complete With Notes</w:t>
      </w:r>
    </w:p>
    <w:p>
      <w:r>
        <w:t>☐ Follow-Up Required</w:t>
      </w:r>
    </w:p>
    <w:p>
      <w:r>
        <w:t>☐ Reclean Required</w:t>
      </w:r>
    </w:p>
    <w:p>
      <w:pPr>
        <w:pStyle w:val="Heading3"/>
        <w:keepNext/>
      </w:pPr>
      <w:r>
        <w:t>Completion Notes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SUPERVISOR REVIEW</w:t>
      </w:r>
    </w:p>
    <w:p>
      <w:r>
        <w:t>Reviewed By:</w:t>
      </w:r>
    </w:p>
    <w:p>
      <w:r>
        <w:t>Date / Time:</w:t>
      </w:r>
    </w:p>
    <w:p>
      <w:r>
        <w:t>Result:</w:t>
      </w:r>
    </w:p>
    <w:p>
      <w:r>
        <w:t>☐ Passed</w:t>
      </w:r>
    </w:p>
    <w:p>
      <w:r>
        <w:t>☐ Passed With Notes</w:t>
      </w:r>
    </w:p>
    <w:p>
      <w:r>
        <w:t>☐ Corrective Action Required</w:t>
      </w:r>
    </w:p>
    <w:p>
      <w:pPr>
        <w:pStyle w:val="Heading3"/>
        <w:keepNext/>
      </w:pPr>
      <w:r>
        <w:t>Corrective Action / Notes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pStyle w:val="Heading2"/>
        <w:keepNext/>
      </w:pPr>
      <w:r>
        <w:t>IMPORTANT SCOPE NOTE</w:t>
      </w:r>
    </w:p>
    <w:p>
      <w:r>
        <w:t>A janitorial checklist should match the client's actual contract and facility requirements.</w:t>
      </w:r>
    </w:p>
    <w:p>
      <w:r>
        <w:t>Clearly define which tasks occur every visit and which are daily, weekly, monthly, quarterly, or separately billed periodic services.</w:t>
      </w:r>
    </w:p>
    <w:p>
      <w:r>
        <w:t>Do not assume that specialized floor care, window cleaning, hazardous-material cleanup, biohazard services, industrial cleaning, medical disinfection, or other specialized services are included in a general janitorial agreement.</w:t>
      </w:r>
    </w:p>
    <w:p>
      <w:pPr>
        <w:spacing w:after="80"/>
        <w:pBdr>
          <w:bottom w:val="single" w:sz="8" w:color="0B7285"/>
        </w:pBdr>
      </w:pPr>
    </w:p>
    <w:p>
      <w:pPr>
        <w:pStyle w:val="Heading2"/>
        <w:keepNext/>
      </w:pPr>
      <w:r>
        <w:t>SAFETY &amp; FACILITY NOTE</w:t>
      </w:r>
    </w:p>
    <w:p>
      <w:r>
        <w:t>Use appropriate signage and personal protective equipment when required.</w:t>
      </w:r>
    </w:p>
    <w:p>
      <w:r>
        <w:t>Follow product labels, Safety Data Sheets, equipment instructions, company procedures, client facility rules, and applicable workplace requirements.</w:t>
      </w:r>
    </w:p>
    <w:p>
      <w:r>
        <w:t>Some facilities—including healthcare, food-service, industrial, educational, and other regulated environments—may require specialized procedures, training, products, documentation, or regulatory compliance beyond this general template.</w:t>
      </w:r>
    </w:p>
    <w:p>
      <w:pPr>
        <w:spacing w:after="80"/>
        <w:pBdr>
          <w:bottom w:val="single" w:sz="8" w:color="0B7285"/>
        </w:pBdr>
      </w:pPr>
    </w:p>
    <w:p>
      <w:pPr>
        <w:pStyle w:val="Heading2"/>
        <w:keepNext/>
      </w:pPr>
      <w:r>
        <w:t>TEMPLATE CUSTOMIZATION NOTICE</w:t>
      </w:r>
    </w:p>
    <w:p>
      <w:r>
        <w:t>Customize this checklist for each facility's scope of work, task frequencies, floor types, access requirements, consumable responsibilities, safety procedures, and quality standards.</w:t>
      </w:r>
    </w:p>
    <w:p>
      <w:r>
        <w:t>Template Version: 1.0</w:t>
      </w:r>
    </w:p>
    <w:p>
      <w:r>
        <w:t>Updated: September 2026</w:t>
      </w:r>
    </w:p>
    <w:p>
      <w:r>
        <w:t>Template ID: TPL-CHK-006</w:t>
      </w:r>
    </w:p>
    <w:p>
      <w:r>
        <w:t>Provided by TidyOps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181" w:bottom="1037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B6870"/>
        <w:sz w:val="16"/>
      </w:rPr>
      <w:t xml:space="preserve">TidyOps  •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234440" cy="345643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tidyops-template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34440" cy="345643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 w:eastAsia="Aptos"/>
      <w:color w:val="183B5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B7285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83B56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183B56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0B7285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ptos" w:hAnsi="Aptos"/>
      <w:i/>
      <w:iCs/>
      <w:color w:val="5B6870"/>
      <w:spacing w:val="15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9" w:lineRule="auto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00" w:line="259" w:lineRule="auto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