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Move Out Cleaning Checklist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1"/>
        <w:keepNext/>
      </w:pPr>
      <w:r>
        <w:t>MOVE-OUT CLEANING CHECKLIST</w:t>
      </w:r>
    </w:p>
    <w:p>
      <w:r>
        <w:t>[YOUR COMPANY NAME]</w:t>
      </w:r>
    </w:p>
    <w:p>
      <w:r>
        <w:t>[Phone Number]</w:t>
      </w:r>
    </w:p>
    <w:p>
      <w:r>
        <w:t>[Email Address]</w:t>
      </w:r>
    </w:p>
    <w:p>
      <w:r>
        <w:t>[Website]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JOB DETAILS</w:t>
      </w:r>
    </w:p>
    <w:p>
      <w:r>
        <w:t>Customer / Client:</w:t>
      </w:r>
    </w:p>
    <w:p>
      <w:r>
        <w:t>Property Address:</w:t>
      </w:r>
    </w:p>
    <w:p>
      <w:r>
        <w:t>Unit #:</w:t>
      </w:r>
    </w:p>
    <w:p>
      <w:r>
        <w:t>Service Date:</w:t>
      </w:r>
    </w:p>
    <w:p>
      <w:r>
        <w:t>Cleaner / Team:</w:t>
      </w:r>
    </w:p>
    <w:p>
      <w:r>
        <w:t>Property Type:</w:t>
      </w:r>
    </w:p>
    <w:p>
      <w:r>
        <w:t>☐ House</w:t>
      </w:r>
    </w:p>
    <w:p>
      <w:r>
        <w:t>☐ Apartment</w:t>
      </w:r>
    </w:p>
    <w:p>
      <w:r>
        <w:t>☐ Condo</w:t>
      </w:r>
    </w:p>
    <w:p>
      <w:r>
        <w:t>☐ Townhome</w:t>
      </w:r>
    </w:p>
    <w:p>
      <w:r>
        <w:t>☐ Other:</w:t>
      </w:r>
    </w:p>
    <w:p>
      <w:r>
        <w:t>Approximate Size:  sq. ft.</w:t>
      </w:r>
    </w:p>
    <w:p>
      <w:r>
        <w:t>Bedrooms:</w:t>
      </w:r>
    </w:p>
    <w:p>
      <w:r>
        <w:t>Bathrooms:</w:t>
      </w:r>
    </w:p>
    <w:p>
      <w:r>
        <w:t>Property Status:</w:t>
      </w:r>
    </w:p>
    <w:p>
      <w:r>
        <w:t>☐ Completely Vacant</w:t>
      </w:r>
    </w:p>
    <w:p>
      <w:r>
        <w:t>☐ Mostly Vacant</w:t>
      </w:r>
    </w:p>
    <w:p>
      <w:r>
        <w:t>☐ Furniture Remaining</w:t>
      </w:r>
    </w:p>
    <w:p>
      <w:r>
        <w:t>☐ Occupied</w:t>
      </w:r>
    </w:p>
    <w:p>
      <w:r>
        <w:t>Utilities Available:</w:t>
      </w:r>
    </w:p>
    <w:p>
      <w:r>
        <w:t>☐ Electricity</w:t>
      </w:r>
    </w:p>
    <w:p>
      <w:r>
        <w:t>☐ Water</w:t>
      </w:r>
    </w:p>
    <w:p>
      <w:r>
        <w:t>☐ Hot Water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BEFORE CLEANING</w:t>
      </w:r>
    </w:p>
    <w:p>
      <w:r>
        <w:t>☐ Confirm property access</w:t>
      </w:r>
    </w:p>
    <w:p>
      <w:r>
        <w:t>☐ Confirm utilities are available</w:t>
      </w:r>
    </w:p>
    <w:p>
      <w:r>
        <w:t>☐ Walk through property</w:t>
      </w:r>
    </w:p>
    <w:p>
      <w:r>
        <w:t>☐ Identify pre-existing damage</w:t>
      </w:r>
    </w:p>
    <w:p>
      <w:r>
        <w:t>☐ Photograph/document concerns if required</w:t>
      </w:r>
    </w:p>
    <w:p>
      <w:r>
        <w:t>☐ Identify items left behind</w:t>
      </w:r>
    </w:p>
    <w:p>
      <w:r>
        <w:t>☐ Confirm cleaning scope</w:t>
      </w:r>
    </w:p>
    <w:p>
      <w:r>
        <w:t>☐ Confirm requested add-ons</w:t>
      </w:r>
    </w:p>
    <w:p>
      <w:r>
        <w:t>☐ Identify surfaces requiring special care</w:t>
      </w:r>
    </w:p>
    <w:p>
      <w:r>
        <w:t>☐ Confirm trash-removal expectations</w:t>
      </w:r>
    </w:p>
    <w:p>
      <w:pPr>
        <w:pStyle w:val="Heading3"/>
        <w:keepNext/>
      </w:pPr>
      <w:r>
        <w:t>Pre-Cleaning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KITCHEN</w:t>
      </w:r>
    </w:p>
    <w:p>
      <w:pPr>
        <w:pStyle w:val="Heading2"/>
        <w:keepNext/>
      </w:pPr>
      <w:r>
        <w:t>Appliances</w:t>
      </w:r>
    </w:p>
    <w:p>
      <w:r>
        <w:t>☐ Clean refrigerator exterior</w:t>
      </w:r>
    </w:p>
    <w:p>
      <w:r>
        <w:t>☐ Clean refrigerator interior</w:t>
      </w:r>
    </w:p>
    <w:p>
      <w:r>
        <w:t>☐ Clean refrigerator shelves and drawers</w:t>
      </w:r>
    </w:p>
    <w:p>
      <w:r>
        <w:t>☐ Clean freezer interior</w:t>
      </w:r>
    </w:p>
    <w:p>
      <w:r>
        <w:t>☐ Clean oven exterior</w:t>
      </w:r>
    </w:p>
    <w:p>
      <w:r>
        <w:t>☐ Clean oven interior</w:t>
      </w:r>
    </w:p>
    <w:p>
      <w:r>
        <w:t>☐ Clean oven racks</w:t>
      </w:r>
    </w:p>
    <w:p>
      <w:r>
        <w:t>☐ Clean stovetop</w:t>
      </w:r>
    </w:p>
    <w:p>
      <w:r>
        <w:t>☐ Clean burners / grates where applicable</w:t>
      </w:r>
    </w:p>
    <w:p>
      <w:r>
        <w:t>☐ Clean range hood exterior</w:t>
      </w:r>
    </w:p>
    <w:p>
      <w:r>
        <w:t>☐ Clean microwave exterior</w:t>
      </w:r>
    </w:p>
    <w:p>
      <w:r>
        <w:t>☐ Clean microwave interior</w:t>
      </w:r>
    </w:p>
    <w:p>
      <w:r>
        <w:t>☐ Clean dishwasher exterior</w:t>
      </w:r>
    </w:p>
    <w:p>
      <w:r>
        <w:t>☐ Clean other appliance exteriors</w:t>
      </w:r>
    </w:p>
    <w:p>
      <w:pPr>
        <w:pStyle w:val="Heading2"/>
        <w:keepNext/>
      </w:pPr>
      <w:r>
        <w:t>Cabinets &amp; Drawers</w:t>
      </w:r>
    </w:p>
    <w:p>
      <w:r>
        <w:t>☐ Clean cabinet fronts</w:t>
      </w:r>
    </w:p>
    <w:p>
      <w:r>
        <w:t>☐ Clean cabinet handles</w:t>
      </w:r>
    </w:p>
    <w:p>
      <w:r>
        <w:t>☐ Clean inside upper cabinets</w:t>
      </w:r>
    </w:p>
    <w:p>
      <w:r>
        <w:t>☐ Clean inside lower cabinets</w:t>
      </w:r>
    </w:p>
    <w:p>
      <w:r>
        <w:t>☐ Clean inside drawers</w:t>
      </w:r>
    </w:p>
    <w:p>
      <w:r>
        <w:t>☐ Remove crumbs and debris</w:t>
      </w:r>
    </w:p>
    <w:p>
      <w:r>
        <w:t>☐ Clean shelving</w:t>
      </w:r>
    </w:p>
    <w:p>
      <w:pPr>
        <w:pStyle w:val="Heading2"/>
        <w:keepNext/>
      </w:pPr>
      <w:r>
        <w:t>Surfaces &amp; Fixtures</w:t>
      </w:r>
    </w:p>
    <w:p>
      <w:r>
        <w:t>☐ Clean and disinfect countertops</w:t>
      </w:r>
    </w:p>
    <w:p>
      <w:r>
        <w:t>☐ Clean backsplash</w:t>
      </w:r>
    </w:p>
    <w:p>
      <w:r>
        <w:t>☐ Clean sink</w:t>
      </w:r>
    </w:p>
    <w:p>
      <w:r>
        <w:t>☐ Clean faucet</w:t>
      </w:r>
    </w:p>
    <w:p>
      <w:r>
        <w:t>☐ Remove accessible mineral buildup</w:t>
      </w:r>
    </w:p>
    <w:p>
      <w:r>
        <w:t>☐ Clean window sill</w:t>
      </w:r>
    </w:p>
    <w:p>
      <w:r>
        <w:t>☐ Clean interior window if included</w:t>
      </w:r>
    </w:p>
    <w:p>
      <w:r>
        <w:t>☐ Clean blinds if included</w:t>
      </w:r>
    </w:p>
    <w:p>
      <w:r>
        <w:t>☐ Clean doors</w:t>
      </w:r>
    </w:p>
    <w:p>
      <w:r>
        <w:t>☐ Clean door frames</w:t>
      </w:r>
    </w:p>
    <w:p>
      <w:r>
        <w:t>☐ Clean handles</w:t>
      </w:r>
    </w:p>
    <w:p>
      <w:r>
        <w:t>☐ Clean light switches</w:t>
      </w:r>
    </w:p>
    <w:p>
      <w:r>
        <w:t>☐ Clean outlet covers</w:t>
      </w:r>
    </w:p>
    <w:p>
      <w:r>
        <w:t>☐ Dust reachable light fixtures</w:t>
      </w:r>
    </w:p>
    <w:p>
      <w:r>
        <w:t>☐ Dust reachable vents</w:t>
      </w:r>
    </w:p>
    <w:p>
      <w:r>
        <w:t>☐ Remove cobwebs</w:t>
      </w:r>
    </w:p>
    <w:p>
      <w:r>
        <w:t>☐ Detail baseboards</w:t>
      </w:r>
    </w:p>
    <w:p>
      <w:pPr>
        <w:pStyle w:val="Heading2"/>
        <w:keepNext/>
      </w:pPr>
      <w:r>
        <w:t>Floors</w:t>
      </w:r>
    </w:p>
    <w:p>
      <w:r>
        <w:t>☐ Vacuum / sweep thoroughly</w:t>
      </w:r>
    </w:p>
    <w:p>
      <w:r>
        <w:t>☐ Clean corners and edges</w:t>
      </w:r>
    </w:p>
    <w:p>
      <w:r>
        <w:t>☐ Clean beneath appliances where safely accessible</w:t>
      </w:r>
    </w:p>
    <w:p>
      <w:r>
        <w:t>☐ Mop floor</w:t>
      </w:r>
    </w:p>
    <w:p>
      <w:r>
        <w:t>☐ Detail floor edges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BATHROOMS</w:t>
      </w:r>
    </w:p>
    <w:p>
      <w:r>
        <w:t>☐ Clean and disinfect toilet</w:t>
      </w:r>
    </w:p>
    <w:p>
      <w:r>
        <w:t>☐ Clean toilet exterior and base</w:t>
      </w:r>
    </w:p>
    <w:p>
      <w:r>
        <w:t>☐ Clean behind toilet where accessible</w:t>
      </w:r>
    </w:p>
    <w:p>
      <w:r>
        <w:t>☐ Clean bathtub</w:t>
      </w:r>
    </w:p>
    <w:p>
      <w:r>
        <w:t>☐ Clean shower</w:t>
      </w:r>
    </w:p>
    <w:p>
      <w:r>
        <w:t>☐ Clean shower doors</w:t>
      </w:r>
    </w:p>
    <w:p>
      <w:r>
        <w:t>☐ Clean shower tracks</w:t>
      </w:r>
    </w:p>
    <w:p>
      <w:r>
        <w:t>☐ Clean sink</w:t>
      </w:r>
    </w:p>
    <w:p>
      <w:r>
        <w:t>☐ Clean faucet</w:t>
      </w:r>
    </w:p>
    <w:p>
      <w:r>
        <w:t>☐ Clean countertop</w:t>
      </w:r>
    </w:p>
    <w:p>
      <w:r>
        <w:t>☐ Clean mirror</w:t>
      </w:r>
    </w:p>
    <w:p>
      <w:r>
        <w:t>☐ Clean fixtures</w:t>
      </w:r>
    </w:p>
    <w:p>
      <w:r>
        <w:t>☐ Remove soap buildup</w:t>
      </w:r>
    </w:p>
    <w:p>
      <w:r>
        <w:t>☐ Remove accessible mineral buildup</w:t>
      </w:r>
    </w:p>
    <w:p>
      <w:r>
        <w:t>☐ Clean cabinet fronts</w:t>
      </w:r>
    </w:p>
    <w:p>
      <w:r>
        <w:t>☐ Clean cabinet interiors</w:t>
      </w:r>
    </w:p>
    <w:p>
      <w:r>
        <w:t>☐ Clean drawer interiors</w:t>
      </w:r>
    </w:p>
    <w:p>
      <w:r>
        <w:t>☐ Clean shelving</w:t>
      </w:r>
    </w:p>
    <w:p>
      <w:r>
        <w:t>☐ Clean medicine cabinet if included</w:t>
      </w:r>
    </w:p>
    <w:p>
      <w:r>
        <w:t>☐ Clean doors and frames</w:t>
      </w:r>
    </w:p>
    <w:p>
      <w:r>
        <w:t>☐ Clean handles</w:t>
      </w:r>
    </w:p>
    <w:p>
      <w:r>
        <w:t>☐ Clean light switches</w:t>
      </w:r>
    </w:p>
    <w:p>
      <w:r>
        <w:t>☐ Clean outlet covers</w:t>
      </w:r>
    </w:p>
    <w:p>
      <w:r>
        <w:t>☐ Dust reachable vents</w:t>
      </w:r>
    </w:p>
    <w:p>
      <w:r>
        <w:t>☐ Dust reachable light fixtures</w:t>
      </w:r>
    </w:p>
    <w:p>
      <w:r>
        <w:t>☐ Detail baseboards</w:t>
      </w:r>
    </w:p>
    <w:p>
      <w:r>
        <w:t>☐ Remove cobwebs</w:t>
      </w:r>
    </w:p>
    <w:p>
      <w:r>
        <w:t>☐ Vacuum / sweep floor</w:t>
      </w:r>
    </w:p>
    <w:p>
      <w:r>
        <w:t>☐ Mop and disinfect floor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BEDROOMS</w:t>
      </w:r>
    </w:p>
    <w:p>
      <w:r>
        <w:t>☐ Dust all accessible surfaces</w:t>
      </w:r>
    </w:p>
    <w:p>
      <w:r>
        <w:t>☐ Clean shelves</w:t>
      </w:r>
    </w:p>
    <w:p>
      <w:r>
        <w:t>☐ Clean closet shelves</w:t>
      </w:r>
    </w:p>
    <w:p>
      <w:r>
        <w:t>☐ Clean closet rods</w:t>
      </w:r>
    </w:p>
    <w:p>
      <w:r>
        <w:t>☐ Vacuum / wipe closet interiors</w:t>
      </w:r>
    </w:p>
    <w:p>
      <w:r>
        <w:t>☐ Clean mirrors</w:t>
      </w:r>
    </w:p>
    <w:p>
      <w:r>
        <w:t>☐ Clean window sills</w:t>
      </w:r>
    </w:p>
    <w:p>
      <w:r>
        <w:t>☐ Clean interior windows if included</w:t>
      </w:r>
    </w:p>
    <w:p>
      <w:r>
        <w:t>☐ Clean blinds if included</w:t>
      </w:r>
    </w:p>
    <w:p>
      <w:r>
        <w:t>☐ Dust ceiling fans where reachable</w:t>
      </w:r>
    </w:p>
    <w:p>
      <w:r>
        <w:t>☐ Dust reachable light fixtures</w:t>
      </w:r>
    </w:p>
    <w:p>
      <w:r>
        <w:t>☐ Dust reachable vents</w:t>
      </w:r>
    </w:p>
    <w:p>
      <w:r>
        <w:t>☐ Clean doors</w:t>
      </w:r>
    </w:p>
    <w:p>
      <w:r>
        <w:t>☐ Clean door frames</w:t>
      </w:r>
    </w:p>
    <w:p>
      <w:r>
        <w:t>☐ Clean handles</w:t>
      </w:r>
    </w:p>
    <w:p>
      <w:r>
        <w:t>☐ Clean light switches</w:t>
      </w:r>
    </w:p>
    <w:p>
      <w:r>
        <w:t>☐ Clean outlet covers</w:t>
      </w:r>
    </w:p>
    <w:p>
      <w:r>
        <w:t>☐ Detail baseboards</w:t>
      </w:r>
    </w:p>
    <w:p>
      <w:r>
        <w:t>☐ Remove cobwebs</w:t>
      </w:r>
    </w:p>
    <w:p>
      <w:r>
        <w:t>☐ Vacuum carpet thoroughly</w:t>
      </w:r>
    </w:p>
    <w:p>
      <w:r>
        <w:t>☐ Vacuum edges and corners</w:t>
      </w:r>
    </w:p>
    <w:p>
      <w:r>
        <w:t>☐ Mop hard floors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LIVING &amp; FAMILY AREAS</w:t>
      </w:r>
    </w:p>
    <w:p>
      <w:r>
        <w:t>☐ Dust accessible surfaces</w:t>
      </w:r>
    </w:p>
    <w:p>
      <w:r>
        <w:t>☐ Clean built-in shelving</w:t>
      </w:r>
    </w:p>
    <w:p>
      <w:r>
        <w:t>☐ Clean fireplace exterior if included</w:t>
      </w:r>
    </w:p>
    <w:p>
      <w:r>
        <w:t>☐ Clean mirrors</w:t>
      </w:r>
    </w:p>
    <w:p>
      <w:r>
        <w:t>☐ Clean window sills</w:t>
      </w:r>
    </w:p>
    <w:p>
      <w:r>
        <w:t>☐ Clean interior windows if included</w:t>
      </w:r>
    </w:p>
    <w:p>
      <w:r>
        <w:t>☐ Clean blinds if included</w:t>
      </w:r>
    </w:p>
    <w:p>
      <w:r>
        <w:t>☐ Dust ceiling fans where reachable</w:t>
      </w:r>
    </w:p>
    <w:p>
      <w:r>
        <w:t>☐ Dust reachable light fixtures</w:t>
      </w:r>
    </w:p>
    <w:p>
      <w:r>
        <w:t>☐ Dust reachable vents</w:t>
      </w:r>
    </w:p>
    <w:p>
      <w:r>
        <w:t>☐ Clean doors and frames</w:t>
      </w:r>
    </w:p>
    <w:p>
      <w:r>
        <w:t>☐ Clean handles</w:t>
      </w:r>
    </w:p>
    <w:p>
      <w:r>
        <w:t>☐ Clean light switches</w:t>
      </w:r>
    </w:p>
    <w:p>
      <w:r>
        <w:t>☐ Clean outlet covers</w:t>
      </w:r>
    </w:p>
    <w:p>
      <w:r>
        <w:t>☐ Detail baseboards</w:t>
      </w:r>
    </w:p>
    <w:p>
      <w:r>
        <w:t>☐ Remove cobwebs</w:t>
      </w:r>
    </w:p>
    <w:p>
      <w:r>
        <w:t>☐ Vacuum carpet thoroughly</w:t>
      </w:r>
    </w:p>
    <w:p>
      <w:r>
        <w:t>☐ Vacuum edges and corners</w:t>
      </w:r>
    </w:p>
    <w:p>
      <w:r>
        <w:t>☐ Vacuum rugs if remaining</w:t>
      </w:r>
    </w:p>
    <w:p>
      <w:r>
        <w:t>☐ Mop hard floors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DINING AREA</w:t>
      </w:r>
    </w:p>
    <w:p>
      <w:r>
        <w:t>☐ Dust surfaces</w:t>
      </w:r>
    </w:p>
    <w:p>
      <w:r>
        <w:t>☐ Clean built-ins</w:t>
      </w:r>
    </w:p>
    <w:p>
      <w:r>
        <w:t>☐ Clean window sills</w:t>
      </w:r>
    </w:p>
    <w:p>
      <w:r>
        <w:t>☐ Clean interior windows if included</w:t>
      </w:r>
    </w:p>
    <w:p>
      <w:r>
        <w:t>☐ Clean blinds if included</w:t>
      </w:r>
    </w:p>
    <w:p>
      <w:r>
        <w:t>☐ Dust reachable light fixture</w:t>
      </w:r>
    </w:p>
    <w:p>
      <w:r>
        <w:t>☐ Clean doors and frames</w:t>
      </w:r>
    </w:p>
    <w:p>
      <w:r>
        <w:t>☐ Clean switches and outlet covers</w:t>
      </w:r>
    </w:p>
    <w:p>
      <w:r>
        <w:t>☐ Detail baseboards</w:t>
      </w:r>
    </w:p>
    <w:p>
      <w:r>
        <w:t>☐ Remove cobwebs</w:t>
      </w:r>
    </w:p>
    <w:p>
      <w:r>
        <w:t>☐ Vacuum / sweep thoroughly</w:t>
      </w:r>
    </w:p>
    <w:p>
      <w:r>
        <w:t>☐ Mop hard floors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CLOSETS &amp; STORAGE AREAS</w:t>
      </w:r>
    </w:p>
    <w:p>
      <w:r>
        <w:t>☐ Remove loose debris</w:t>
      </w:r>
    </w:p>
    <w:p>
      <w:r>
        <w:t>☐ Dust shelving</w:t>
      </w:r>
    </w:p>
    <w:p>
      <w:r>
        <w:t>☐ Wipe shelving</w:t>
      </w:r>
    </w:p>
    <w:p>
      <w:r>
        <w:t>☐ Clean closet rods</w:t>
      </w:r>
    </w:p>
    <w:p>
      <w:r>
        <w:t>☐ Clean doors and handles</w:t>
      </w:r>
    </w:p>
    <w:p>
      <w:r>
        <w:t>☐ Clean light switches</w:t>
      </w:r>
    </w:p>
    <w:p>
      <w:r>
        <w:t>☐ Detail baseboards</w:t>
      </w:r>
    </w:p>
    <w:p>
      <w:r>
        <w:t>☐ Vacuum / sweep floor</w:t>
      </w:r>
    </w:p>
    <w:p>
      <w:r>
        <w:t>☐ Mop hard floors where applicable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LAUNDRY / UTILITY AREA</w:t>
      </w:r>
    </w:p>
    <w:p>
      <w:r>
        <w:t>☐ Clean washer exterior</w:t>
      </w:r>
    </w:p>
    <w:p>
      <w:r>
        <w:t>☐ Clean dryer exterior</w:t>
      </w:r>
    </w:p>
    <w:p>
      <w:r>
        <w:t>☐ Clean utility sink</w:t>
      </w:r>
    </w:p>
    <w:p>
      <w:r>
        <w:t>☐ Clean cabinet interiors</w:t>
      </w:r>
    </w:p>
    <w:p>
      <w:r>
        <w:t>☐ Clean cabinet exteriors</w:t>
      </w:r>
    </w:p>
    <w:p>
      <w:r>
        <w:t>☐ Clean shelving</w:t>
      </w:r>
    </w:p>
    <w:p>
      <w:r>
        <w:t>☐ Clean doors and frames</w:t>
      </w:r>
    </w:p>
    <w:p>
      <w:r>
        <w:t>☐ Clean switches</w:t>
      </w:r>
    </w:p>
    <w:p>
      <w:r>
        <w:t>☐ Detail baseboards</w:t>
      </w:r>
    </w:p>
    <w:p>
      <w:r>
        <w:t>☐ Remove cobwebs</w:t>
      </w:r>
    </w:p>
    <w:p>
      <w:r>
        <w:t>☐ Vacuum / sweep floor</w:t>
      </w:r>
    </w:p>
    <w:p>
      <w:r>
        <w:t>☐ Mop floor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ENTRYWAYS &amp; HALLWAYS</w:t>
      </w:r>
    </w:p>
    <w:p>
      <w:r>
        <w:t>☐ Clean entry door interior</w:t>
      </w:r>
    </w:p>
    <w:p>
      <w:r>
        <w:t>☐ Clean doors and frames</w:t>
      </w:r>
    </w:p>
    <w:p>
      <w:r>
        <w:t>☐ Clean handles</w:t>
      </w:r>
    </w:p>
    <w:p>
      <w:r>
        <w:t>☐ Clean light switches</w:t>
      </w:r>
    </w:p>
    <w:p>
      <w:r>
        <w:t>☐ Clean outlet covers</w:t>
      </w:r>
    </w:p>
    <w:p>
      <w:r>
        <w:t>☐ Clean mirrors</w:t>
      </w:r>
    </w:p>
    <w:p>
      <w:r>
        <w:t>☐ Clean window sills</w:t>
      </w:r>
    </w:p>
    <w:p>
      <w:r>
        <w:t>☐ Dust reachable fixtures</w:t>
      </w:r>
    </w:p>
    <w:p>
      <w:r>
        <w:t>☐ Detail baseboards</w:t>
      </w:r>
    </w:p>
    <w:p>
      <w:r>
        <w:t>☐ Remove cobwebs</w:t>
      </w:r>
    </w:p>
    <w:p>
      <w:r>
        <w:t>☐ Vacuum carpet</w:t>
      </w:r>
    </w:p>
    <w:p>
      <w:r>
        <w:t>☐ Vacuum edges</w:t>
      </w:r>
    </w:p>
    <w:p>
      <w:r>
        <w:t>☐ Sweep hard floors</w:t>
      </w:r>
    </w:p>
    <w:p>
      <w:r>
        <w:t>☐ Mop hard floors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STAIRS</w:t>
      </w:r>
    </w:p>
    <w:p>
      <w:r>
        <w:t>☐ Dust and clean handrails</w:t>
      </w:r>
    </w:p>
    <w:p>
      <w:r>
        <w:t>☐ Clean balusters where included</w:t>
      </w:r>
    </w:p>
    <w:p>
      <w:r>
        <w:t>☐ Clean ledges</w:t>
      </w:r>
    </w:p>
    <w:p>
      <w:r>
        <w:t>☐ Detail baseboards</w:t>
      </w:r>
    </w:p>
    <w:p>
      <w:r>
        <w:t>☐ Vacuum stairs</w:t>
      </w:r>
    </w:p>
    <w:p>
      <w:r>
        <w:t>☐ Vacuum corners and edges</w:t>
      </w:r>
    </w:p>
    <w:p>
      <w:r>
        <w:t>☐ Mop hard-surface stairs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GARAGE / PATIO / BALCONY</w:t>
      </w:r>
    </w:p>
    <w:p>
      <w:r>
        <w:t>Complete only if included.</w:t>
      </w:r>
    </w:p>
    <w:p>
      <w:r>
        <w:t>☐ Sweep garage</w:t>
      </w:r>
    </w:p>
    <w:p>
      <w:r>
        <w:t>☐ Remove accessible cobwebs</w:t>
      </w:r>
    </w:p>
    <w:p>
      <w:r>
        <w:t>☐ Sweep patio</w:t>
      </w:r>
    </w:p>
    <w:p>
      <w:r>
        <w:t>☐ Sweep balcony</w:t>
      </w:r>
    </w:p>
    <w:p>
      <w:r>
        <w:t>☐ Remove loose debris</w:t>
      </w:r>
    </w:p>
    <w:p>
      <w:r>
        <w:t>☐ Clean accessible door glass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WHOLE-PROPERTY DETAIL</w:t>
      </w:r>
    </w:p>
    <w:p>
      <w:r>
        <w:t>☐ Remove cobwebs</w:t>
      </w:r>
    </w:p>
    <w:p>
      <w:r>
        <w:t>☐ Clean baseboards</w:t>
      </w:r>
    </w:p>
    <w:p>
      <w:r>
        <w:t>☐ Clean doors</w:t>
      </w:r>
    </w:p>
    <w:p>
      <w:r>
        <w:t>☐ Clean door frames</w:t>
      </w:r>
    </w:p>
    <w:p>
      <w:r>
        <w:t>☐ Clean handles</w:t>
      </w:r>
    </w:p>
    <w:p>
      <w:r>
        <w:t>☐ Clean light switches</w:t>
      </w:r>
    </w:p>
    <w:p>
      <w:r>
        <w:t>☐ Clean accessible outlet covers</w:t>
      </w:r>
    </w:p>
    <w:p>
      <w:r>
        <w:t>☐ Clean window sills</w:t>
      </w:r>
    </w:p>
    <w:p>
      <w:r>
        <w:t>☐ Clean blinds if included</w:t>
      </w:r>
    </w:p>
    <w:p>
      <w:r>
        <w:t>☐ Clean interior windows if included</w:t>
      </w:r>
    </w:p>
    <w:p>
      <w:r>
        <w:t>☐ Dust ceiling fans where reachable</w:t>
      </w:r>
    </w:p>
    <w:p>
      <w:r>
        <w:t>☐ Dust reachable light fixtures</w:t>
      </w:r>
    </w:p>
    <w:p>
      <w:r>
        <w:t>☐ Dust reachable vents</w:t>
      </w:r>
    </w:p>
    <w:p>
      <w:r>
        <w:t>☐ Clean mirrors</w:t>
      </w:r>
    </w:p>
    <w:p>
      <w:r>
        <w:t>☐ Vacuum edges and corners</w:t>
      </w:r>
    </w:p>
    <w:p>
      <w:r>
        <w:t>☐ Vacuum carpet</w:t>
      </w:r>
    </w:p>
    <w:p>
      <w:r>
        <w:t>☐ Sweep hard floors</w:t>
      </w:r>
    </w:p>
    <w:p>
      <w:r>
        <w:t>☐ Mop hard floors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OPTIONAL ADD-ONS</w:t>
      </w:r>
    </w:p>
    <w:p>
      <w:r>
        <w:t>☐ Interior windows</w:t>
      </w:r>
    </w:p>
    <w:p>
      <w:r>
        <w:t>☐ Blinds</w:t>
      </w:r>
    </w:p>
    <w:p>
      <w:r>
        <w:t>☐ Carpet extraction</w:t>
      </w:r>
    </w:p>
    <w:p>
      <w:r>
        <w:t>☐ Wall washing</w:t>
      </w:r>
    </w:p>
    <w:p>
      <w:r>
        <w:t>☐ Heavy grease removal</w:t>
      </w:r>
    </w:p>
    <w:p>
      <w:r>
        <w:t>☐ Heavy pet-hair removal</w:t>
      </w:r>
    </w:p>
    <w:p>
      <w:r>
        <w:t>☐ Garage cleaning</w:t>
      </w:r>
    </w:p>
    <w:p>
      <w:r>
        <w:t>☐ Patio / balcony cleaning</w:t>
      </w:r>
    </w:p>
    <w:p>
      <w:r>
        <w:t>☐ Trash / item removal</w:t>
      </w:r>
    </w:p>
    <w:p>
      <w:r>
        <w:t>☐ Appliance pull-out cleaning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ITEMS LEFT AT PROPERTY</w:t>
      </w:r>
    </w:p>
    <w:p>
      <w:r>
        <w:t>☐ No items remaining</w:t>
      </w:r>
    </w:p>
    <w:p>
      <w:r>
        <w:t>☐ Items remaining — client notified</w:t>
      </w:r>
    </w:p>
    <w:p>
      <w:pPr>
        <w:pStyle w:val="Heading3"/>
        <w:keepNext/>
      </w:pPr>
      <w:r>
        <w:t>Items / Locations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Removal Authorized:</w:t>
      </w:r>
    </w:p>
    <w:p>
      <w:r>
        <w:t>☐ Yes</w:t>
      </w:r>
    </w:p>
    <w:p>
      <w:r>
        <w:t>☐ No</w:t>
      </w:r>
    </w:p>
    <w:p>
      <w:r>
        <w:t>☐ Not Applicable</w:t>
      </w:r>
    </w:p>
    <w:p>
      <w:r>
        <w:t>Do not dispose of customer, tenant, landlord, or property-management belongings unless disposal has been clearly authorized.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DAMAGE / MAINTENANCE OBSERVATIONS</w:t>
      </w:r>
    </w:p>
    <w:p>
      <w:r>
        <w:t>Cleaning teams can record visible concerns without attempting to diagnose or repair them.</w:t>
      </w:r>
    </w:p>
    <w:p>
      <w:r>
        <w:t>☐ No concerns observed</w:t>
      </w:r>
    </w:p>
    <w:p>
      <w:r>
        <w:t>☐ Wall / paint damage</w:t>
      </w:r>
    </w:p>
    <w:p>
      <w:r>
        <w:t>☐ Flooring damage</w:t>
      </w:r>
    </w:p>
    <w:p>
      <w:r>
        <w:t>☐ Broken fixture</w:t>
      </w:r>
    </w:p>
    <w:p>
      <w:r>
        <w:t>☐ Plumbing concern</w:t>
      </w:r>
    </w:p>
    <w:p>
      <w:r>
        <w:t>☐ Appliance concern</w:t>
      </w:r>
    </w:p>
    <w:p>
      <w:r>
        <w:t>☐ Cabinet damage</w:t>
      </w:r>
    </w:p>
    <w:p>
      <w:r>
        <w:t>☐ Window / blind damage</w:t>
      </w:r>
    </w:p>
    <w:p>
      <w:r>
        <w:t>☐ Excessive staining</w:t>
      </w:r>
    </w:p>
    <w:p>
      <w:r>
        <w:t>☐ Pest evidence</w:t>
      </w:r>
    </w:p>
    <w:p>
      <w:r>
        <w:t>☐ Other: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FINAL PROPERTY INSPECTION</w:t>
      </w:r>
    </w:p>
    <w:p>
      <w:pPr>
        <w:pStyle w:val="Heading2"/>
        <w:keepNext/>
      </w:pPr>
      <w:r>
        <w:t>Kitchen</w:t>
      </w:r>
    </w:p>
    <w:p>
      <w:r>
        <w:t>☐ Appliances complete</w:t>
      </w:r>
    </w:p>
    <w:p>
      <w:r>
        <w:t>☐ Cabinets and drawers complete</w:t>
      </w:r>
    </w:p>
    <w:p>
      <w:r>
        <w:t>☐ Counters and sink complete</w:t>
      </w:r>
    </w:p>
    <w:p>
      <w:r>
        <w:t>☐ Detail work complete</w:t>
      </w:r>
    </w:p>
    <w:p>
      <w:r>
        <w:t>☐ Floor complete</w:t>
      </w:r>
    </w:p>
    <w:p>
      <w:pPr>
        <w:pStyle w:val="Heading2"/>
        <w:keepNext/>
      </w:pPr>
      <w:r>
        <w:t>Bathrooms</w:t>
      </w:r>
    </w:p>
    <w:p>
      <w:r>
        <w:t>☐ Fixtures complete</w:t>
      </w:r>
    </w:p>
    <w:p>
      <w:r>
        <w:t>☐ Cabinets complete</w:t>
      </w:r>
    </w:p>
    <w:p>
      <w:r>
        <w:t>☐ Mirrors complete</w:t>
      </w:r>
    </w:p>
    <w:p>
      <w:r>
        <w:t>☐ Detail work complete</w:t>
      </w:r>
    </w:p>
    <w:p>
      <w:r>
        <w:t>☐ Floors complete</w:t>
      </w:r>
    </w:p>
    <w:p>
      <w:pPr>
        <w:pStyle w:val="Heading2"/>
        <w:keepNext/>
      </w:pPr>
      <w:r>
        <w:t>Bedrooms &amp; Living Areas</w:t>
      </w:r>
    </w:p>
    <w:p>
      <w:r>
        <w:t>☐ Closets complete</w:t>
      </w:r>
    </w:p>
    <w:p>
      <w:r>
        <w:t>☐ Surfaces complete</w:t>
      </w:r>
    </w:p>
    <w:p>
      <w:r>
        <w:t>☐ Doors / switches complete</w:t>
      </w:r>
    </w:p>
    <w:p>
      <w:r>
        <w:t>☐ Baseboards complete</w:t>
      </w:r>
    </w:p>
    <w:p>
      <w:r>
        <w:t>☐ Floors complete</w:t>
      </w:r>
    </w:p>
    <w:p>
      <w:pPr>
        <w:pStyle w:val="Heading2"/>
        <w:keepNext/>
      </w:pPr>
      <w:r>
        <w:t>Final Checks</w:t>
      </w:r>
    </w:p>
    <w:p>
      <w:r>
        <w:t>☐ All rooms inspected</w:t>
      </w:r>
    </w:p>
    <w:p>
      <w:r>
        <w:t>☐ Add-ons completed</w:t>
      </w:r>
    </w:p>
    <w:p>
      <w:r>
        <w:t>☐ Trash handled according to instructions</w:t>
      </w:r>
    </w:p>
    <w:p>
      <w:r>
        <w:t>☐ No cleaning supplies left behind</w:t>
      </w:r>
    </w:p>
    <w:p>
      <w:r>
        <w:t>☐ No personal items accidentally removed</w:t>
      </w:r>
    </w:p>
    <w:p>
      <w:r>
        <w:t>☐ Photos completed if required</w:t>
      </w:r>
    </w:p>
    <w:p>
      <w:r>
        <w:t>☐ Issues documented</w:t>
      </w:r>
    </w:p>
    <w:p>
      <w:r>
        <w:t>☐ Windows closed</w:t>
      </w:r>
    </w:p>
    <w:p>
      <w:r>
        <w:t>☐ Lights set as instructed</w:t>
      </w:r>
    </w:p>
    <w:p>
      <w:r>
        <w:t>☐ Property locked</w:t>
      </w:r>
    </w:p>
    <w:p>
      <w:r>
        <w:t>☐ Keys / access device returned as instructed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COMPLETION</w:t>
      </w:r>
    </w:p>
    <w:p>
      <w:r>
        <w:t>Cleaner / Team Lead:</w:t>
      </w:r>
    </w:p>
    <w:p>
      <w:r>
        <w:t>Start Time:</w:t>
      </w:r>
    </w:p>
    <w:p>
      <w:r>
        <w:t>Completion Time:</w:t>
      </w:r>
    </w:p>
    <w:p>
      <w:r>
        <w:t>Total Labor Hours:</w:t>
      </w:r>
    </w:p>
    <w:p>
      <w:r>
        <w:t>Result:</w:t>
      </w:r>
    </w:p>
    <w:p>
      <w:r>
        <w:t>☐ Complete</w:t>
      </w:r>
    </w:p>
    <w:p>
      <w:r>
        <w:t>☐ Complete With Notes</w:t>
      </w:r>
    </w:p>
    <w:p>
      <w:r>
        <w:t>☐ Follow-Up Required</w:t>
      </w:r>
    </w:p>
    <w:p>
      <w:r>
        <w:t>☐ Reclean Required</w:t>
      </w:r>
    </w:p>
    <w:p>
      <w:pPr>
        <w:pStyle w:val="Heading3"/>
        <w:keepNext/>
      </w:pPr>
      <w:r>
        <w:t>Completion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CLIENT / PROPERTY MANAGER REVIEW</w:t>
      </w:r>
    </w:p>
    <w:p>
      <w:r>
        <w:t>Reviewed By:</w:t>
      </w:r>
    </w:p>
    <w:p>
      <w:r>
        <w:t>Company:</w:t>
      </w:r>
    </w:p>
    <w:p>
      <w:r>
        <w:t>Date:</w:t>
      </w:r>
    </w:p>
    <w:p>
      <w:r>
        <w:t>Result:</w:t>
      </w:r>
    </w:p>
    <w:p>
      <w:r>
        <w:t>☐ Accepted</w:t>
      </w:r>
    </w:p>
    <w:p>
      <w:r>
        <w:t>☐ Accepted With Notes</w:t>
      </w:r>
    </w:p>
    <w:p>
      <w:r>
        <w:t>☐ Follow-Up Requested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IMPORTANT SCOPE NOTE</w:t>
      </w:r>
    </w:p>
    <w:p>
      <w:r>
        <w:t>“Move-out cleaning” does not have one universal scope.</w:t>
      </w:r>
    </w:p>
    <w:p>
      <w:r>
        <w:t>Before quoting the job, clearly establish whether services such as appliance interiors, cabinet interiors, windows, blinds, walls, carpet extraction, garages, balconies, and trash removal are included.</w:t>
      </w:r>
    </w:p>
    <w:p>
      <w:r>
        <w:t>This helps prevent scope creep and disagreements at completion.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SAFETY NOTE</w:t>
      </w:r>
    </w:p>
    <w:p>
      <w:r>
        <w:t>Do not move heavy appliances, climb to unsafe heights, handle abandoned chemicals, dispose of unknown materials, or perform hazardous or specialized remediation unless properly trained, equipped, and authorized.</w:t>
      </w:r>
    </w:p>
    <w:p>
      <w:r>
        <w:t>Follow product labels, equipment instructions, and applicable workplace requirements.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TEMPLATE CUSTOMIZATION NOTICE</w:t>
      </w:r>
    </w:p>
    <w:p>
      <w:r>
        <w:t>Customize this checklist for your company's actual move-out cleaning service and the requirements of each customer, landlord, or property-management client.</w:t>
      </w:r>
    </w:p>
    <w:p>
      <w:r>
        <w:t>Template Version: 1.0</w:t>
      </w:r>
    </w:p>
    <w:p>
      <w:r>
        <w:t>Updated: September 2026</w:t>
      </w:r>
    </w:p>
    <w:p>
      <w:r>
        <w:t>Template ID: TPL-CHK-003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