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New Cleaner Onboarding Checklist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r>
        <w:t>[YOUR COMPANY NAME]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NEW TEAM MEMBER INFORMATION</w:t>
      </w:r>
    </w:p>
    <w:p>
      <w:r>
        <w:t>Employee / Team Member:</w:t>
      </w:r>
    </w:p>
    <w:p>
      <w:r>
        <w:t>Position:</w:t>
      </w:r>
    </w:p>
    <w:p>
      <w:r>
        <w:t>Supervisor / Manager:</w:t>
      </w:r>
    </w:p>
    <w:p>
      <w:r>
        <w:t>Hire Date:</w:t>
      </w:r>
    </w:p>
    <w:p>
      <w:r>
        <w:t>First Workday:</w:t>
      </w:r>
    </w:p>
    <w:p>
      <w:r>
        <w:t>Employment Type:</w:t>
      </w:r>
    </w:p>
    <w:p>
      <w:r>
        <w:t>☐ Full-Time</w:t>
      </w:r>
    </w:p>
    <w:p>
      <w:r>
        <w:t>☐ Part-Time</w:t>
      </w:r>
    </w:p>
    <w:p>
      <w:r>
        <w:t>☐ Seasonal</w:t>
      </w:r>
    </w:p>
    <w:p>
      <w:r>
        <w:t>☐ Other:</w:t>
      </w:r>
    </w:p>
    <w:p>
      <w:r>
        <w:t>Primary Team / Location: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1. PRE-START CHECKLIST</w:t>
      </w:r>
    </w:p>
    <w:p>
      <w:r>
        <w:t>Complete before the cleaner's first scheduled workday.</w:t>
      </w:r>
    </w:p>
    <w:p>
      <w:r>
        <w:t>☐ Offer / engagement documents completed</w:t>
      </w:r>
    </w:p>
    <w:p>
      <w:r>
        <w:t>☐ Start date confirmed</w:t>
      </w:r>
    </w:p>
    <w:p>
      <w:r>
        <w:t>☐ Pay information communicated</w:t>
      </w:r>
    </w:p>
    <w:p>
      <w:r>
        <w:t>☐ Expected schedule communicated</w:t>
      </w:r>
    </w:p>
    <w:p>
      <w:r>
        <w:t>☐ Reporting location confirmed</w:t>
      </w:r>
    </w:p>
    <w:p>
      <w:r>
        <w:t>☐ Supervisor assigned</w:t>
      </w:r>
    </w:p>
    <w:p>
      <w:r>
        <w:t>☐ First-day instructions sent</w:t>
      </w:r>
    </w:p>
    <w:p>
      <w:r>
        <w:t>☐ Dress / uniform expectations communicated</w:t>
      </w:r>
    </w:p>
    <w:p>
      <w:r>
        <w:t>☐ Required documents identified</w:t>
      </w:r>
    </w:p>
    <w:p>
      <w:r>
        <w:t>☐ Required screening completed where applicable</w:t>
      </w:r>
    </w:p>
    <w:p>
      <w:r>
        <w:t>☐ Required driving documentation completed where applicable</w:t>
      </w:r>
    </w:p>
    <w:p>
      <w:r>
        <w:t>☐ Employee record created</w:t>
      </w:r>
    </w:p>
    <w:p>
      <w:r>
        <w:t>☐ Payroll setup initiated</w:t>
      </w:r>
    </w:p>
    <w:p>
      <w:r>
        <w:t>☐ Emergency contact process completed where appropriate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2. FIRST-DAY ORIENTATION</w:t>
      </w:r>
    </w:p>
    <w:p>
      <w:r>
        <w:t>☐ Welcome and company introduction</w:t>
      </w:r>
    </w:p>
    <w:p>
      <w:r>
        <w:t>☐ Company mission / values reviewed</w:t>
      </w:r>
    </w:p>
    <w:p>
      <w:r>
        <w:t>☐ Organization / team structure explained</w:t>
      </w:r>
    </w:p>
    <w:p>
      <w:r>
        <w:t>☐ Role responsibilities reviewed</w:t>
      </w:r>
    </w:p>
    <w:p>
      <w:r>
        <w:t>☐ Job expectations reviewed</w:t>
      </w:r>
    </w:p>
    <w:p>
      <w:r>
        <w:t>☐ Work schedule explained</w:t>
      </w:r>
    </w:p>
    <w:p>
      <w:r>
        <w:t>☐ Attendance expectations reviewed</w:t>
      </w:r>
    </w:p>
    <w:p>
      <w:r>
        <w:t>☐ Call-out / absence procedure reviewed</w:t>
      </w:r>
    </w:p>
    <w:p>
      <w:r>
        <w:t>☐ Communication expectations reviewed</w:t>
      </w:r>
    </w:p>
    <w:p>
      <w:r>
        <w:t>☐ Timekeeping procedure explained</w:t>
      </w:r>
    </w:p>
    <w:p>
      <w:r>
        <w:t>☐ Break procedures reviewed</w:t>
      </w:r>
    </w:p>
    <w:p>
      <w:r>
        <w:t>☐ Pay schedule explained</w:t>
      </w:r>
    </w:p>
    <w:p>
      <w:r>
        <w:t>☐ Questions answered</w:t>
      </w:r>
    </w:p>
    <w:p>
      <w:r>
        <w:t>Orientation Completed By:</w:t>
      </w:r>
    </w:p>
    <w:p>
      <w:r>
        <w:t>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3. POLICIES &amp; PROCEDURES</w:t>
      </w:r>
    </w:p>
    <w:p>
      <w:r>
        <w:t>Review applicable company policies.</w:t>
      </w:r>
    </w:p>
    <w:p>
      <w:r>
        <w:t>☐ Attendance / punctuality</w:t>
      </w:r>
    </w:p>
    <w:p>
      <w:r>
        <w:t>☐ Scheduling</w:t>
      </w:r>
    </w:p>
    <w:p>
      <w:r>
        <w:t>☐ Timekeeping</w:t>
      </w:r>
    </w:p>
    <w:p>
      <w:r>
        <w:t>☐ Customer communication</w:t>
      </w:r>
    </w:p>
    <w:p>
      <w:r>
        <w:t>☐ Professional conduct</w:t>
      </w:r>
    </w:p>
    <w:p>
      <w:r>
        <w:t>☐ Uniform / appearance</w:t>
      </w:r>
    </w:p>
    <w:p>
      <w:r>
        <w:t>☐ Phone use</w:t>
      </w:r>
    </w:p>
    <w:p>
      <w:r>
        <w:t>☐ Social media / customer privacy</w:t>
      </w:r>
    </w:p>
    <w:p>
      <w:r>
        <w:t>☐ Keys and access codes</w:t>
      </w:r>
    </w:p>
    <w:p>
      <w:r>
        <w:t>☐ Alarm procedures</w:t>
      </w:r>
    </w:p>
    <w:p>
      <w:r>
        <w:t>☐ Customer property</w:t>
      </w:r>
    </w:p>
    <w:p>
      <w:r>
        <w:t>☐ Lost and found</w:t>
      </w:r>
    </w:p>
    <w:p>
      <w:r>
        <w:t>☐ Damage / breakage reporting</w:t>
      </w:r>
    </w:p>
    <w:p>
      <w:r>
        <w:t>☐ Complaints / service recovery</w:t>
      </w:r>
    </w:p>
    <w:p>
      <w:r>
        <w:t>☐ Harassment / discrimination policies</w:t>
      </w:r>
    </w:p>
    <w:p>
      <w:r>
        <w:t>☐ Workplace safety</w:t>
      </w:r>
    </w:p>
    <w:p>
      <w:r>
        <w:t>☐ Incident reporting</w:t>
      </w:r>
    </w:p>
    <w:p>
      <w:r>
        <w:t>☐ Vehicle / driving policy if applicable</w:t>
      </w:r>
    </w:p>
    <w:p>
      <w:r>
        <w:t>☐ Equipment use</w:t>
      </w:r>
    </w:p>
    <w:p>
      <w:r>
        <w:t>☐ Chemical handling</w:t>
      </w:r>
    </w:p>
    <w:p>
      <w:r>
        <w:t>☐ Other: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4. CUSTOMER PRIVACY &amp; SECURITY</w:t>
      </w:r>
    </w:p>
    <w:p>
      <w:r>
        <w:t>☐ Customer privacy expectations reviewed</w:t>
      </w:r>
    </w:p>
    <w:p>
      <w:r>
        <w:t>☐ Access information handling reviewed</w:t>
      </w:r>
    </w:p>
    <w:p>
      <w:r>
        <w:t>☐ Key-control procedure reviewed</w:t>
      </w:r>
    </w:p>
    <w:p>
      <w:r>
        <w:t>☐ Lockbox / smart-lock procedure reviewed</w:t>
      </w:r>
    </w:p>
    <w:p>
      <w:r>
        <w:t>☐ Alarm procedure reviewed</w:t>
      </w:r>
    </w:p>
    <w:p>
      <w:r>
        <w:t>☐ Restricted-area policy reviewed</w:t>
      </w:r>
    </w:p>
    <w:p>
      <w:r>
        <w:t>☐ Customer photography policy reviewed</w:t>
      </w:r>
    </w:p>
    <w:p>
      <w:r>
        <w:t>☐ Personal information handling reviewed</w:t>
      </w:r>
    </w:p>
    <w:p>
      <w:r>
        <w:t>☐ Lost-property procedure reviewed</w:t>
      </w:r>
    </w:p>
    <w:p>
      <w:r>
        <w:t>☐ Property security / lock-up procedure reviewed</w:t>
      </w:r>
    </w:p>
    <w:p>
      <w:pPr>
        <w:pStyle w:val="Heading3"/>
        <w:keepNext/>
      </w:pPr>
      <w:r>
        <w:t>Key Security Rule</w:t>
      </w:r>
    </w:p>
    <w:p>
      <w:r>
        <w:t>Customer keys, alarm information, door codes, and other access credentials should only be handled and stored according to approved company procedures.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5. SAFETY ORIENTATION</w:t>
      </w:r>
    </w:p>
    <w:p>
      <w:r>
        <w:t>☐ General workplace safety reviewed</w:t>
      </w:r>
    </w:p>
    <w:p>
      <w:r>
        <w:t>☐ Required PPE explained</w:t>
      </w:r>
    </w:p>
    <w:p>
      <w:r>
        <w:t>☐ Slip / trip / fall prevention reviewed</w:t>
      </w:r>
    </w:p>
    <w:p>
      <w:r>
        <w:t>☐ Wet-floor signage reviewed</w:t>
      </w:r>
    </w:p>
    <w:p>
      <w:r>
        <w:t>☐ Safe lifting reviewed</w:t>
      </w:r>
    </w:p>
    <w:p>
      <w:r>
        <w:t>☐ Ladder safety reviewed if applicable</w:t>
      </w:r>
    </w:p>
    <w:p>
      <w:r>
        <w:t>☐ Electrical hazards reviewed</w:t>
      </w:r>
    </w:p>
    <w:p>
      <w:r>
        <w:t>☐ Sharps / hazardous-object procedure reviewed</w:t>
      </w:r>
    </w:p>
    <w:p>
      <w:r>
        <w:t>☐ Blood / bodily-fluid procedure reviewed where applicable</w:t>
      </w:r>
    </w:p>
    <w:p>
      <w:r>
        <w:t>☐ Incident / injury reporting reviewed</w:t>
      </w:r>
    </w:p>
    <w:p>
      <w:r>
        <w:t>☐ Emergency procedure reviewed</w:t>
      </w:r>
    </w:p>
    <w:p>
      <w:r>
        <w:t>☐ Stop-work / supervisor escalation procedure reviewed</w:t>
      </w:r>
    </w:p>
    <w:p>
      <w:r>
        <w:t>Safety Orientation Completed By:</w:t>
      </w:r>
    </w:p>
    <w:p>
      <w:r>
        <w:t>Date: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6. CLEANING CHEMICAL TRAINING</w:t>
      </w:r>
    </w:p>
    <w:p>
      <w:r>
        <w:t>☐ Approved products identified</w:t>
      </w:r>
    </w:p>
    <w:p>
      <w:r>
        <w:t>☐ Product labels reviewed</w:t>
      </w:r>
    </w:p>
    <w:p>
      <w:r>
        <w:t>☐ Safety Data Sheet access explained</w:t>
      </w:r>
    </w:p>
    <w:p>
      <w:r>
        <w:t>☐ Dilution procedures reviewed</w:t>
      </w:r>
    </w:p>
    <w:p>
      <w:r>
        <w:t>☐ Chemical storage reviewed</w:t>
      </w:r>
    </w:p>
    <w:p>
      <w:r>
        <w:t>☐ Spray bottle labeling reviewed</w:t>
      </w:r>
    </w:p>
    <w:p>
      <w:r>
        <w:t>☐ Product compatibility reviewed</w:t>
      </w:r>
    </w:p>
    <w:p>
      <w:r>
        <w:t>☐ Never-mix rules reviewed</w:t>
      </w:r>
    </w:p>
    <w:p>
      <w:r>
        <w:t>☐ Ventilation requirements reviewed</w:t>
      </w:r>
    </w:p>
    <w:p>
      <w:r>
        <w:t>☐ PPE requirements reviewed</w:t>
      </w:r>
    </w:p>
    <w:p>
      <w:r>
        <w:t>☐ Spill procedure reviewed</w:t>
      </w:r>
    </w:p>
    <w:p>
      <w:pPr>
        <w:pStyle w:val="Heading3"/>
        <w:keepNext/>
      </w:pPr>
      <w:r>
        <w:t>Cleaner Demonstrates</w:t>
      </w:r>
    </w:p>
    <w:p>
      <w:r>
        <w:t>☐ Correct product selection</w:t>
      </w:r>
    </w:p>
    <w:p>
      <w:r>
        <w:t>☐ Correct dilution</w:t>
      </w:r>
    </w:p>
    <w:p>
      <w:r>
        <w:t>☐ Correct labeling</w:t>
      </w:r>
    </w:p>
    <w:p>
      <w:r>
        <w:t>☐ Correct PPE</w:t>
      </w:r>
    </w:p>
    <w:p>
      <w:r>
        <w:t>☐ Safe storage</w:t>
      </w:r>
    </w:p>
    <w:p>
      <w:r>
        <w:t>☐ Knows when to stop and ask for help</w:t>
      </w:r>
    </w:p>
    <w:p>
      <w:r>
        <w:t>Trainer Initials: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7. EQUIPMENT TRAINING</w:t>
      </w:r>
    </w:p>
    <w:p>
      <w:r>
        <w:t>Train only on equipment the cleaner is expected and authorized to use.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Equipment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Explained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Demonstrated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Cleaner Demonstrated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Vacuum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Mop System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Microfiber System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Duster / Extension Tool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Carpet Equipment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Floor Machine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8. SUPPLIES &amp; COLOR-CODING SYSTEM</w:t>
      </w:r>
    </w:p>
    <w:p>
      <w:r>
        <w:t>☐ Cleaning cloth system reviewed</w:t>
      </w:r>
    </w:p>
    <w:p>
      <w:r>
        <w:t>☐ Color coding explained</w:t>
      </w:r>
    </w:p>
    <w:p>
      <w:r>
        <w:t>☐ Mop system reviewed</w:t>
      </w:r>
    </w:p>
    <w:p>
      <w:r>
        <w:t>☐ Trash-liner procedures reviewed</w:t>
      </w:r>
    </w:p>
    <w:p>
      <w:r>
        <w:t>☐ Supply quantities explained</w:t>
      </w:r>
    </w:p>
    <w:p>
      <w:r>
        <w:t>☐ Restocking procedure reviewed</w:t>
      </w:r>
    </w:p>
    <w:p>
      <w:r>
        <w:t>☐ Dirty-cloth handling reviewed</w:t>
      </w:r>
    </w:p>
    <w:p>
      <w:r>
        <w:t>☐ Laundry procedure reviewed</w:t>
      </w:r>
    </w:p>
    <w:p>
      <w:r>
        <w:t>☐ Equipment cleaning procedure reviewed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9. STANDARD CLEANING PROCESS</w:t>
      </w:r>
    </w:p>
    <w:p>
      <w:r>
        <w:t>☐ Job checklist reviewed</w:t>
      </w:r>
    </w:p>
    <w:p>
      <w:r>
        <w:t>☐ Recommended cleaning sequence explained</w:t>
      </w:r>
    </w:p>
    <w:p>
      <w:r>
        <w:t>☐ Top-to-bottom cleaning reviewed</w:t>
      </w:r>
    </w:p>
    <w:p>
      <w:r>
        <w:t>☐ Clean-to-dirty workflow reviewed</w:t>
      </w:r>
    </w:p>
    <w:p>
      <w:r>
        <w:t>☐ Cross-contamination prevention reviewed</w:t>
      </w:r>
    </w:p>
    <w:p>
      <w:r>
        <w:t>☐ Room completion standard demonstrated</w:t>
      </w:r>
    </w:p>
    <w:p>
      <w:r>
        <w:t>☐ Final walkthrough procedure reviewed</w:t>
      </w:r>
    </w:p>
    <w:p>
      <w:r>
        <w:t>☐ Job completion process reviewed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10. KITCHEN TRAINING</w:t>
      </w:r>
    </w:p>
    <w:p>
      <w:r>
        <w:t>Cleaner has been trained on:</w:t>
      </w:r>
    </w:p>
    <w:p>
      <w:r>
        <w:t>☐ Countertops</w:t>
      </w:r>
    </w:p>
    <w:p>
      <w:r>
        <w:t>☐ Sinks / faucets</w:t>
      </w:r>
    </w:p>
    <w:p>
      <w:r>
        <w:t>☐ Stovetops</w:t>
      </w:r>
    </w:p>
    <w:p>
      <w:r>
        <w:t>☐ Appliance exteriors</w:t>
      </w:r>
    </w:p>
    <w:p>
      <w:r>
        <w:t>☐ Microwave</w:t>
      </w:r>
    </w:p>
    <w:p>
      <w:r>
        <w:t>☐ Cabinet fronts</w:t>
      </w:r>
    </w:p>
    <w:p>
      <w:r>
        <w:t>☐ Trash</w:t>
      </w:r>
    </w:p>
    <w:p>
      <w:r>
        <w:t>☐ Floors</w:t>
      </w:r>
    </w:p>
    <w:p>
      <w:r>
        <w:t>☐ Specialty surfaces</w:t>
      </w:r>
    </w:p>
    <w:p>
      <w:r>
        <w:t>☐ Add-on services</w:t>
      </w:r>
    </w:p>
    <w:p>
      <w:r>
        <w:t>Competency:</w:t>
      </w:r>
    </w:p>
    <w:p>
      <w:r>
        <w:t>☐ Training Needed</w:t>
      </w:r>
    </w:p>
    <w:p>
      <w:r>
        <w:t>☐ Developing</w:t>
      </w:r>
    </w:p>
    <w:p>
      <w:r>
        <w:t>☐ Meets Standard</w:t>
      </w:r>
    </w:p>
    <w:p>
      <w:r>
        <w:t>Trainer Initials: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11. BATHROOM TRAINING</w:t>
      </w:r>
    </w:p>
    <w:p>
      <w:r>
        <w:t>Cleaner has been trained on:</w:t>
      </w:r>
    </w:p>
    <w:p>
      <w:r>
        <w:t>☐ Toilets</w:t>
      </w:r>
    </w:p>
    <w:p>
      <w:r>
        <w:t>☐ Sinks / faucets</w:t>
      </w:r>
    </w:p>
    <w:p>
      <w:r>
        <w:t>☐ Counters</w:t>
      </w:r>
    </w:p>
    <w:p>
      <w:r>
        <w:t>☐ Mirrors</w:t>
      </w:r>
    </w:p>
    <w:p>
      <w:r>
        <w:t>☐ Showers</w:t>
      </w:r>
    </w:p>
    <w:p>
      <w:r>
        <w:t>☐ Tubs</w:t>
      </w:r>
    </w:p>
    <w:p>
      <w:r>
        <w:t>☐ Shower glass</w:t>
      </w:r>
    </w:p>
    <w:p>
      <w:r>
        <w:t>☐ Fixtures</w:t>
      </w:r>
    </w:p>
    <w:p>
      <w:r>
        <w:t>☐ Trash</w:t>
      </w:r>
    </w:p>
    <w:p>
      <w:r>
        <w:t>☐ Floors</w:t>
      </w:r>
    </w:p>
    <w:p>
      <w:r>
        <w:t>☐ Cross-contamination prevention</w:t>
      </w:r>
    </w:p>
    <w:p>
      <w:r>
        <w:t>Competency:</w:t>
      </w:r>
    </w:p>
    <w:p>
      <w:r>
        <w:t>☐ Training Needed</w:t>
      </w:r>
    </w:p>
    <w:p>
      <w:r>
        <w:t>☐ Developing</w:t>
      </w:r>
    </w:p>
    <w:p>
      <w:r>
        <w:t>☐ Meets Standard</w:t>
      </w:r>
    </w:p>
    <w:p>
      <w:r>
        <w:t>Trainer Initials: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12. BEDROOM &amp; LIVING-AREA TRAINING</w:t>
      </w:r>
    </w:p>
    <w:p>
      <w:r>
        <w:t>☐ Dusting</w:t>
      </w:r>
    </w:p>
    <w:p>
      <w:r>
        <w:t>☐ Furniture surfaces</w:t>
      </w:r>
    </w:p>
    <w:p>
      <w:r>
        <w:t>☐ Bed making if included</w:t>
      </w:r>
    </w:p>
    <w:p>
      <w:r>
        <w:t>☐ Linen changes if included</w:t>
      </w:r>
    </w:p>
    <w:p>
      <w:r>
        <w:t>☐ Mirrors</w:t>
      </w:r>
    </w:p>
    <w:p>
      <w:r>
        <w:t>☐ Glass</w:t>
      </w:r>
    </w:p>
    <w:p>
      <w:r>
        <w:t>☐ Vacuuming</w:t>
      </w:r>
    </w:p>
    <w:p>
      <w:r>
        <w:t>☐ Hard-floor cleaning</w:t>
      </w:r>
    </w:p>
    <w:p>
      <w:r>
        <w:t>☐ Baseboards</w:t>
      </w:r>
    </w:p>
    <w:p>
      <w:r>
        <w:t>☐ Detail work</w:t>
      </w:r>
    </w:p>
    <w:p>
      <w:r>
        <w:t>☐ Final room presentation</w:t>
      </w:r>
    </w:p>
    <w:p>
      <w:r>
        <w:t>Competency:</w:t>
      </w:r>
    </w:p>
    <w:p>
      <w:r>
        <w:t>☐ Training Needed</w:t>
      </w:r>
    </w:p>
    <w:p>
      <w:r>
        <w:t>☐ Developing</w:t>
      </w:r>
    </w:p>
    <w:p>
      <w:r>
        <w:t>☐ Meets Standard</w:t>
      </w:r>
    </w:p>
    <w:p>
      <w:r>
        <w:t>Trainer Initials: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13. SURFACE CARE</w:t>
      </w:r>
    </w:p>
    <w:p>
      <w:r>
        <w:t>Training completed for common surfaces:</w:t>
      </w:r>
    </w:p>
    <w:p>
      <w:r>
        <w:t>☐ Granite / natural stone</w:t>
      </w:r>
    </w:p>
    <w:p>
      <w:r>
        <w:t>☐ Quartz</w:t>
      </w:r>
    </w:p>
    <w:p>
      <w:r>
        <w:t>☐ Stainless steel</w:t>
      </w:r>
    </w:p>
    <w:p>
      <w:r>
        <w:t>☐ Glass</w:t>
      </w:r>
    </w:p>
    <w:p>
      <w:r>
        <w:t>☐ Hardwood</w:t>
      </w:r>
    </w:p>
    <w:p>
      <w:r>
        <w:t>☐ Tile</w:t>
      </w:r>
    </w:p>
    <w:p>
      <w:r>
        <w:t>☐ LVT / vinyl</w:t>
      </w:r>
    </w:p>
    <w:p>
      <w:r>
        <w:t>☐ Laminate</w:t>
      </w:r>
    </w:p>
    <w:p>
      <w:r>
        <w:t>☐ Painted surfaces</w:t>
      </w:r>
    </w:p>
    <w:p>
      <w:r>
        <w:t>☐ Specialty fixtures</w:t>
      </w:r>
    </w:p>
    <w:p>
      <w:r>
        <w:t>☐ Other:</w:t>
      </w:r>
    </w:p>
    <w:p>
      <w:r>
        <w:t>Cleaner understands:</w:t>
      </w:r>
    </w:p>
    <w:p>
      <w:r>
        <w:t>☐ Do not guess when surface compatibility is uncertain</w:t>
      </w:r>
    </w:p>
    <w:p>
      <w:r>
        <w:t>☐ Follow approved product procedures</w:t>
      </w:r>
    </w:p>
    <w:p>
      <w:r>
        <w:t>☐ Stop and contact supervisor when uncertain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14. DAMAGE &amp; INCIDENT PROCEDURES</w:t>
      </w:r>
    </w:p>
    <w:p>
      <w:r>
        <w:t>Cleaner knows what to do when:</w:t>
      </w:r>
    </w:p>
    <w:p>
      <w:r>
        <w:t>☐ An item is accidentally broken</w:t>
      </w:r>
    </w:p>
    <w:p>
      <w:r>
        <w:t>☐ Existing damage is discovered</w:t>
      </w:r>
    </w:p>
    <w:p>
      <w:r>
        <w:t>☐ Property damage may have occurred</w:t>
      </w:r>
    </w:p>
    <w:p>
      <w:r>
        <w:t>☐ A spill occurs</w:t>
      </w:r>
    </w:p>
    <w:p>
      <w:r>
        <w:t>☐ A customer reports a problem</w:t>
      </w:r>
    </w:p>
    <w:p>
      <w:r>
        <w:t>☐ An injury occurs</w:t>
      </w:r>
    </w:p>
    <w:p>
      <w:r>
        <w:t>☐ An unsafe condition is discovered</w:t>
      </w:r>
    </w:p>
    <w:p>
      <w:r>
        <w:t>☐ A key / access credential is lost</w:t>
      </w:r>
    </w:p>
    <w:p>
      <w:r>
        <w:t>☐ A security issue occurs</w:t>
      </w:r>
    </w:p>
    <w:p>
      <w:pPr>
        <w:pStyle w:val="Heading3"/>
        <w:keepNext/>
      </w:pPr>
      <w:r>
        <w:t>Core Procedure</w:t>
      </w:r>
    </w:p>
    <w:p>
      <w:r>
        <w:t>☐ Stop if necessary</w:t>
      </w:r>
    </w:p>
    <w:p>
      <w:r>
        <w:t>☐ Protect people / property from additional harm</w:t>
      </w:r>
    </w:p>
    <w:p>
      <w:r>
        <w:t>☐ Notify supervisor</w:t>
      </w:r>
    </w:p>
    <w:p>
      <w:r>
        <w:t>☐ Document according to company procedure</w:t>
      </w:r>
    </w:p>
    <w:p>
      <w:r>
        <w:t>☐ Do not conceal the incident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15. CUSTOMER SERVICE TRAINING</w:t>
      </w:r>
    </w:p>
    <w:p>
      <w:r>
        <w:t>☐ Greeting customers professionally</w:t>
      </w:r>
    </w:p>
    <w:p>
      <w:r>
        <w:t>☐ Respecting customer privacy</w:t>
      </w:r>
    </w:p>
    <w:p>
      <w:r>
        <w:t>☐ Handling customer questions</w:t>
      </w:r>
    </w:p>
    <w:p>
      <w:r>
        <w:t>☐ Handling out-of-scope requests</w:t>
      </w:r>
    </w:p>
    <w:p>
      <w:r>
        <w:t>☐ Avoiding arguments with customers</w:t>
      </w:r>
    </w:p>
    <w:p>
      <w:r>
        <w:t>☐ Escalating complaints</w:t>
      </w:r>
    </w:p>
    <w:p>
      <w:r>
        <w:t>☐ Maintaining professional boundaries</w:t>
      </w:r>
    </w:p>
    <w:p>
      <w:r>
        <w:t>☐ Protecting confidential information</w:t>
      </w:r>
    </w:p>
    <w:p>
      <w:r>
        <w:t>☐ Leaving the property professionally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16. MOBILE APP / SOFTWARE TRAINING</w:t>
      </w:r>
    </w:p>
    <w:p>
      <w:r>
        <w:t>Complete for systems used by your company.</w:t>
      </w:r>
    </w:p>
    <w:p>
      <w:r>
        <w:t>☐ Login established</w:t>
      </w:r>
    </w:p>
    <w:p>
      <w:r>
        <w:t>☐ Schedule access demonstrated</w:t>
      </w:r>
    </w:p>
    <w:p>
      <w:r>
        <w:t>☐ Job details located</w:t>
      </w:r>
    </w:p>
    <w:p>
      <w:r>
        <w:t>☐ Customer instructions located</w:t>
      </w:r>
    </w:p>
    <w:p>
      <w:r>
        <w:t>☐ Checklist accessed</w:t>
      </w:r>
    </w:p>
    <w:p>
      <w:r>
        <w:t>☐ Task completion demonstrated</w:t>
      </w:r>
    </w:p>
    <w:p>
      <w:r>
        <w:t>☐ Notes entered</w:t>
      </w:r>
    </w:p>
    <w:p>
      <w:r>
        <w:t>☐ Photos uploaded if applicable</w:t>
      </w:r>
    </w:p>
    <w:p>
      <w:r>
        <w:t>☐ Time tracking demonstrated</w:t>
      </w:r>
    </w:p>
    <w:p>
      <w:r>
        <w:t>☐ Issue reporting demonstrated</w:t>
      </w:r>
    </w:p>
    <w:p>
      <w:r>
        <w:t>☐ Job completion demonstrated</w:t>
      </w:r>
    </w:p>
    <w:p>
      <w:r>
        <w:t>☐ Team communication demonstrated</w:t>
      </w:r>
    </w:p>
    <w:p>
      <w:r>
        <w:t>System / App: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17. UNIFORM &amp; EQUIPMENT ISSUED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Item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Quantity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Issued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Returned If Applicable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Shirt / Uniform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Name Badge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Cleaning Kit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PPE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Key / Access Item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Equipment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18. SHADOW / TRAINING SHIFTS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6"/>
        <w:gridCol w:w="1976"/>
        <w:gridCol w:w="1976"/>
        <w:gridCol w:w="1976"/>
        <w:gridCol w:w="1976"/>
      </w:tblGrid>
      <w:tr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Date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Trainer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Job / Service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Hours</w:t>
            </w:r>
          </w:p>
        </w:tc>
        <w:tc>
          <w:tcPr>
            <w:tcW w:type="dxa" w:w="1976"/>
            <w:vAlign w:val="center"/>
            <w:shd w:fill="EAF4F6"/>
          </w:tcPr>
          <w:p>
            <w:pPr>
              <w:spacing w:after="40" w:before="40"/>
            </w:pPr>
            <w:r>
              <w:t>Result</w:t>
            </w:r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1976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19. SKILLS ASSESSMENT</w:t>
      </w:r>
    </w:p>
    <w:p>
      <w:r>
        <w:t>Rate each skill:</w:t>
      </w:r>
    </w:p>
    <w:p>
      <w:r>
        <w:t>3 = Meets Standard</w:t>
      </w:r>
    </w:p>
    <w:p>
      <w:r>
        <w:t>2 = Developing</w:t>
      </w:r>
    </w:p>
    <w:p>
      <w:r>
        <w:t>1 = Additional Training Required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Skill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Score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Kitchen Cleaning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Bathroom Cleaning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Dusting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Vacuuming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Hard-Floor Cleaning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Detail Work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Product Selection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Equipment Use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Checklist Compliance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Time Management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Customer Service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Safety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Communication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Property Care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20. FIELD-READINESS REVIEW</w:t>
      </w:r>
    </w:p>
    <w:p>
      <w:r>
        <w:t>Before assigning independent work:</w:t>
      </w:r>
    </w:p>
    <w:p>
      <w:r>
        <w:t>☐ Understands standard cleaning process</w:t>
      </w:r>
    </w:p>
    <w:p>
      <w:r>
        <w:t>☐ Meets kitchen standard</w:t>
      </w:r>
    </w:p>
    <w:p>
      <w:r>
        <w:t>☐ Meets bathroom standard</w:t>
      </w:r>
    </w:p>
    <w:p>
      <w:r>
        <w:t>☐ Meets floor-care standard</w:t>
      </w:r>
    </w:p>
    <w:p>
      <w:r>
        <w:t>☐ Uses products safely</w:t>
      </w:r>
    </w:p>
    <w:p>
      <w:r>
        <w:t>☐ Uses equipment correctly</w:t>
      </w:r>
    </w:p>
    <w:p>
      <w:r>
        <w:t>☐ Follows checklists</w:t>
      </w:r>
    </w:p>
    <w:p>
      <w:r>
        <w:t>☐ Follows customer instructions</w:t>
      </w:r>
    </w:p>
    <w:p>
      <w:r>
        <w:t>☐ Understands damage reporting</w:t>
      </w:r>
    </w:p>
    <w:p>
      <w:r>
        <w:t>☐ Understands security procedures</w:t>
      </w:r>
    </w:p>
    <w:p>
      <w:r>
        <w:t>☐ Demonstrates professional conduct</w:t>
      </w:r>
    </w:p>
    <w:p>
      <w:r>
        <w:t>☐ Demonstrates acceptable pace</w:t>
      </w:r>
    </w:p>
    <w:p>
      <w:r>
        <w:t>☐ Demonstrates acceptable quality</w:t>
      </w:r>
    </w:p>
    <w:p>
      <w:r>
        <w:t>☐ Knows when to contact supervisor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FIELD-READINESS STATUS</w:t>
      </w:r>
    </w:p>
    <w:p>
      <w:r>
        <w:t>☐ Approved for Independent Work</w:t>
      </w:r>
    </w:p>
    <w:p>
      <w:r>
        <w:t>☐ Approved With Follow-Up Training</w:t>
      </w:r>
    </w:p>
    <w:p>
      <w:r>
        <w:t>☐ Additional Shadow Shifts Required</w:t>
      </w:r>
    </w:p>
    <w:p>
      <w:r>
        <w:t>☐ Additional Skills Training Required</w:t>
      </w:r>
    </w:p>
    <w:p>
      <w:r>
        <w:t>☐ Not Yet Approved</w:t>
      </w:r>
    </w:p>
    <w:p>
      <w:r>
        <w:t>Approved By:</w:t>
      </w:r>
    </w:p>
    <w:p>
      <w:r>
        <w:t>Approval Date:</w:t>
      </w:r>
    </w:p>
    <w:p>
      <w:pPr>
        <w:pStyle w:val="Heading3"/>
        <w:keepNext/>
      </w:pPr>
      <w:r>
        <w:t>Conditions / Follow-Up Training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30-DAY FOLLOW-UP</w:t>
      </w:r>
    </w:p>
    <w:p>
      <w:r>
        <w:t>Review Date:</w:t>
      </w:r>
    </w:p>
    <w:p>
      <w:r>
        <w:t>☐ Attendance reviewed</w:t>
      </w:r>
    </w:p>
    <w:p>
      <w:r>
        <w:t>☐ Quality reviewed</w:t>
      </w:r>
    </w:p>
    <w:p>
      <w:r>
        <w:t>☐ Customer feedback reviewed</w:t>
      </w:r>
    </w:p>
    <w:p>
      <w:r>
        <w:t>☐ Inspection scores reviewed</w:t>
      </w:r>
    </w:p>
    <w:p>
      <w:r>
        <w:t>☐ Productivity reviewed</w:t>
      </w:r>
    </w:p>
    <w:p>
      <w:r>
        <w:t>☐ Safety reviewed</w:t>
      </w:r>
    </w:p>
    <w:p>
      <w:r>
        <w:t>☐ Cleaner feedback collected</w:t>
      </w:r>
    </w:p>
    <w:p>
      <w:r>
        <w:t>☐ Additional training assigned if needed</w:t>
      </w:r>
    </w:p>
    <w:p>
      <w:r>
        <w:t>Status:</w:t>
      </w:r>
    </w:p>
    <w:p>
      <w:r>
        <w:t>☐ Meeting Expectations</w:t>
      </w:r>
    </w:p>
    <w:p>
      <w:r>
        <w:t>☐ Coaching Needed</w:t>
      </w:r>
    </w:p>
    <w:p>
      <w:r>
        <w:t>☐ Training Plan Required</w:t>
      </w:r>
    </w:p>
    <w:p>
      <w:r>
        <w:t>☐ Other:</w:t>
      </w:r>
    </w:p>
    <w:p>
      <w:pPr>
        <w:pStyle w:val="Heading3"/>
        <w:keepNext/>
      </w:pPr>
      <w:r>
        <w:t>Notes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EMPLOYEE / TEAM MEMBER ACKNOWLEDGMENT</w:t>
      </w:r>
    </w:p>
    <w:p>
      <w:r>
        <w:t>I acknowledge that the training and procedures marked as completed above were reviewed with me. I understand that I should ask my supervisor when I am uncertain about a cleaning procedure, product, surface, safety issue, customer request, or company policy.</w:t>
      </w:r>
    </w:p>
    <w:p>
      <w:r>
        <w:t>Team Member:</w:t>
      </w:r>
    </w:p>
    <w:p>
      <w:r>
        <w:t>Signature:</w:t>
      </w:r>
    </w:p>
    <w:p>
      <w:r>
        <w:t>Date:</w:t>
      </w:r>
    </w:p>
    <w:p>
      <w:r>
        <w:t>Trainer / Supervisor:</w:t>
      </w:r>
    </w:p>
    <w:p>
      <w:r>
        <w:t>Signature:</w:t>
      </w:r>
    </w:p>
    <w:p>
      <w:r>
        <w:t>Date: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HR &amp; SAFETY NOTICE</w:t>
      </w:r>
    </w:p>
    <w:p>
      <w:r>
        <w:t>This checklist is a general onboarding framework and is not a substitute for legally required employment documentation, safety training, workplace policies, or professional HR or legal advice.</w:t>
      </w:r>
    </w:p>
    <w:p>
      <w:r>
        <w:t>Training requirements vary based on jurisdiction, employee duties, chemicals and equipment used, workplace hazards, and the type of facilities being serviced.</w:t>
      </w:r>
    </w:p>
    <w:p>
      <w:r>
        <w:t>Customize your onboarding process to the requirements that apply to your business.</w:t>
      </w:r>
    </w:p>
    <w:p>
      <w:r>
        <w:t>Template Version: 1.0</w:t>
      </w:r>
    </w:p>
    <w:p>
      <w:r>
        <w:t>Updated: September 2026</w:t>
      </w:r>
    </w:p>
    <w:p>
      <w:r>
        <w:t>Template ID: TPL-HR-003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