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Office Cleaning Checklist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r>
        <w:t>[YOUR COMPANY NAME]</w:t>
      </w:r>
    </w:p>
    <w:p>
      <w:r>
        <w:t>[Phone Number]</w:t>
      </w:r>
    </w:p>
    <w:p>
      <w:r>
        <w:t>[Email Address]</w:t>
      </w:r>
    </w:p>
    <w:p>
      <w:r>
        <w:t>[Website]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JOB DETAILS</w:t>
      </w:r>
    </w:p>
    <w:p>
      <w:r>
        <w:t>Client / Company:</w:t>
      </w:r>
    </w:p>
    <w:p>
      <w:r>
        <w:t>Service Address:</w:t>
      </w:r>
    </w:p>
    <w:p>
      <w:r>
        <w:t>Service Date:</w:t>
      </w:r>
    </w:p>
    <w:p>
      <w:r>
        <w:t>Cleaner / Team:</w:t>
      </w:r>
    </w:p>
    <w:p>
      <w:r>
        <w:t>Service Frequency:</w:t>
      </w:r>
    </w:p>
    <w:p>
      <w:r>
        <w:t>☐ Daily</w:t>
      </w:r>
    </w:p>
    <w:p>
      <w:r>
        <w:t>☐ 3x Weekly</w:t>
      </w:r>
    </w:p>
    <w:p>
      <w:r>
        <w:t>☐ 2x Weekly</w:t>
      </w:r>
    </w:p>
    <w:p>
      <w:r>
        <w:t>☐ Weekly</w:t>
      </w:r>
    </w:p>
    <w:p>
      <w:r>
        <w:t>☐ Custom:</w:t>
      </w:r>
    </w:p>
    <w:p>
      <w:r>
        <w:t>Service Window:</w:t>
      </w:r>
    </w:p>
    <w:p>
      <w:r>
        <w:t>Estimated Cleanable Area:  sq. ft.</w:t>
      </w:r>
    </w:p>
    <w:p>
      <w:r>
        <w:t>Floors / Levels: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RECEPTION &amp; LOBBY</w:t>
      </w:r>
    </w:p>
    <w:p>
      <w:r>
        <w:t>☐ Empty trash and replace liners</w:t>
      </w:r>
    </w:p>
    <w:p>
      <w:r>
        <w:t>☐ Dust reception desk</w:t>
      </w:r>
    </w:p>
    <w:p>
      <w:r>
        <w:t>☐ Wipe accessible counters</w:t>
      </w:r>
    </w:p>
    <w:p>
      <w:r>
        <w:t>☐ Clean high-touch surfaces</w:t>
      </w:r>
    </w:p>
    <w:p>
      <w:r>
        <w:t>☐ Clean entrance doors</w:t>
      </w:r>
    </w:p>
    <w:p>
      <w:r>
        <w:t>☐ Clean interior entrance glass</w:t>
      </w:r>
    </w:p>
    <w:p>
      <w:r>
        <w:t>☐ Clean mirrors</w:t>
      </w:r>
    </w:p>
    <w:p>
      <w:r>
        <w:t>☐ Dust furniture and décor</w:t>
      </w:r>
    </w:p>
    <w:p>
      <w:r>
        <w:t>☐ Straighten chairs and furniture</w:t>
      </w:r>
    </w:p>
    <w:p>
      <w:r>
        <w:t>☐ Vacuum entry mats</w:t>
      </w:r>
    </w:p>
    <w:p>
      <w:r>
        <w:t>☐ Vacuum carpet</w:t>
      </w:r>
    </w:p>
    <w:p>
      <w:r>
        <w:t>☐ Sweep hard floors</w:t>
      </w:r>
    </w:p>
    <w:p>
      <w:r>
        <w:t>☐ Mop hard floors</w:t>
      </w:r>
    </w:p>
    <w:p>
      <w:r>
        <w:t>☐ Remove cobwebs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PRIVATE OFFICES</w:t>
      </w:r>
    </w:p>
    <w:p>
      <w:r>
        <w:t>☐ Empty trash and replace liners</w:t>
      </w:r>
    </w:p>
    <w:p>
      <w:r>
        <w:t>☐ Dust accessible surfaces</w:t>
      </w:r>
    </w:p>
    <w:p>
      <w:r>
        <w:t>☐ Dust furniture</w:t>
      </w:r>
    </w:p>
    <w:p>
      <w:r>
        <w:t>☐ Wipe permitted desk surfaces</w:t>
      </w:r>
    </w:p>
    <w:p>
      <w:r>
        <w:t>☐ Clean high-touch surfaces</w:t>
      </w:r>
    </w:p>
    <w:p>
      <w:r>
        <w:t>☐ Clean door handles</w:t>
      </w:r>
    </w:p>
    <w:p>
      <w:r>
        <w:t>☐ Clean light switches as required</w:t>
      </w:r>
    </w:p>
    <w:p>
      <w:r>
        <w:t>☐ Spot-clean interior glass</w:t>
      </w:r>
    </w:p>
    <w:p>
      <w:r>
        <w:t>☐ Vacuum carpet</w:t>
      </w:r>
    </w:p>
    <w:p>
      <w:r>
        <w:t>☐ Vacuum rugs</w:t>
      </w:r>
    </w:p>
    <w:p>
      <w:r>
        <w:t>☐ Sweep hard floors</w:t>
      </w:r>
    </w:p>
    <w:p>
      <w:r>
        <w:t>☐ Mop hard floors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OPEN WORKSPACES / CUBICLES</w:t>
      </w:r>
    </w:p>
    <w:p>
      <w:r>
        <w:t>☐ Empty trash and recycling</w:t>
      </w:r>
    </w:p>
    <w:p>
      <w:r>
        <w:t>☐ Replace liners</w:t>
      </w:r>
    </w:p>
    <w:p>
      <w:r>
        <w:t>☐ Dust accessible shared surfaces</w:t>
      </w:r>
    </w:p>
    <w:p>
      <w:r>
        <w:t>☐ Clean common touchpoints</w:t>
      </w:r>
    </w:p>
    <w:p>
      <w:r>
        <w:t>☐ Clean partitions where included</w:t>
      </w:r>
    </w:p>
    <w:p>
      <w:r>
        <w:t>☐ Clean shared tables</w:t>
      </w:r>
    </w:p>
    <w:p>
      <w:r>
        <w:t>☐ Vacuum carpet</w:t>
      </w:r>
    </w:p>
    <w:p>
      <w:r>
        <w:t>☐ Sweep hard floors</w:t>
      </w:r>
    </w:p>
    <w:p>
      <w:r>
        <w:t>☐ Mop hard floors</w:t>
      </w:r>
    </w:p>
    <w:p>
      <w:pPr>
        <w:pStyle w:val="Heading3"/>
        <w:keepNext/>
      </w:pPr>
      <w:r>
        <w:t>Workstation Policy</w:t>
      </w:r>
    </w:p>
    <w:p>
      <w:r>
        <w:t>☐ Do not move employee papers or personal items</w:t>
      </w:r>
    </w:p>
    <w:p>
      <w:r>
        <w:t>☐ Clean desk surfaces only when cleared</w:t>
      </w:r>
    </w:p>
    <w:p>
      <w:r>
        <w:t>☐ Follow client-specific workstation instructions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CONFERENCE ROOMS</w:t>
      </w:r>
    </w:p>
    <w:p>
      <w:r>
        <w:t>☐ Empty trash</w:t>
      </w:r>
    </w:p>
    <w:p>
      <w:r>
        <w:t>☐ Replace liner</w:t>
      </w:r>
    </w:p>
    <w:p>
      <w:r>
        <w:t>☐ Wipe conference table</w:t>
      </w:r>
    </w:p>
    <w:p>
      <w:r>
        <w:t>☐ Wipe chair arms where required</w:t>
      </w:r>
    </w:p>
    <w:p>
      <w:r>
        <w:t>☐ Clean high-touch surfaces</w:t>
      </w:r>
    </w:p>
    <w:p>
      <w:r>
        <w:t>☐ Clean whiteboard if instructed</w:t>
      </w:r>
    </w:p>
    <w:p>
      <w:r>
        <w:t>☐ Clean interior glass</w:t>
      </w:r>
    </w:p>
    <w:p>
      <w:r>
        <w:t>☐ Straighten chairs</w:t>
      </w:r>
    </w:p>
    <w:p>
      <w:r>
        <w:t>☐ Dust accessible surfaces</w:t>
      </w:r>
    </w:p>
    <w:p>
      <w:r>
        <w:t>☐ Vacuum carpet</w:t>
      </w:r>
    </w:p>
    <w:p>
      <w:r>
        <w:t>☐ Sweep hard floors</w:t>
      </w:r>
    </w:p>
    <w:p>
      <w:r>
        <w:t>☐ Mop hard floors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BREAK ROOM / KITCHEN</w:t>
      </w:r>
    </w:p>
    <w:p>
      <w:r>
        <w:t>☐ Empty trash and recycling</w:t>
      </w:r>
    </w:p>
    <w:p>
      <w:r>
        <w:t>☐ Replace liners</w:t>
      </w:r>
    </w:p>
    <w:p>
      <w:r>
        <w:t>☐ Clean countertops</w:t>
      </w:r>
    </w:p>
    <w:p>
      <w:r>
        <w:t>☐ Clean sink and faucet</w:t>
      </w:r>
    </w:p>
    <w:p>
      <w:r>
        <w:t>☐ Wipe appliance exteriors</w:t>
      </w:r>
    </w:p>
    <w:p>
      <w:r>
        <w:t>☐ Clean microwave interior</w:t>
      </w:r>
    </w:p>
    <w:p>
      <w:r>
        <w:t>☐ Clean microwave exterior</w:t>
      </w:r>
    </w:p>
    <w:p>
      <w:r>
        <w:t>☐ Wipe cabinet fronts</w:t>
      </w:r>
    </w:p>
    <w:p>
      <w:r>
        <w:t>☐ Clean tables</w:t>
      </w:r>
    </w:p>
    <w:p>
      <w:r>
        <w:t>☐ Wipe chairs</w:t>
      </w:r>
    </w:p>
    <w:p>
      <w:r>
        <w:t>☐ Clean backsplash</w:t>
      </w:r>
    </w:p>
    <w:p>
      <w:r>
        <w:t>☐ Refill paper products if included</w:t>
      </w:r>
    </w:p>
    <w:p>
      <w:r>
        <w:t>☐ Refill soap if included</w:t>
      </w:r>
    </w:p>
    <w:p>
      <w:r>
        <w:t>☐ Vacuum / sweep floor</w:t>
      </w:r>
    </w:p>
    <w:p>
      <w:r>
        <w:t>☐ Mop floor</w:t>
      </w:r>
    </w:p>
    <w:p>
      <w:pPr>
        <w:pStyle w:val="Heading3"/>
        <w:keepNext/>
      </w:pPr>
      <w:r>
        <w:t>Refrigerator</w:t>
      </w:r>
    </w:p>
    <w:p>
      <w:r>
        <w:t>☐ Clean exterior</w:t>
      </w:r>
    </w:p>
    <w:p>
      <w:r>
        <w:t>☐ Spot-clean interior spills if included</w:t>
      </w:r>
    </w:p>
    <w:p>
      <w:r>
        <w:t>☐ Remove abandoned food only if authorized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RESTROOMS</w:t>
      </w:r>
    </w:p>
    <w:p>
      <w:r>
        <w:t>☐ Empty trash</w:t>
      </w:r>
    </w:p>
    <w:p>
      <w:r>
        <w:t>☐ Replace liners</w:t>
      </w:r>
    </w:p>
    <w:p>
      <w:r>
        <w:t>☐ Empty sanitary receptacles where applicable</w:t>
      </w:r>
    </w:p>
    <w:p>
      <w:r>
        <w:t>☐ Clean and disinfect toilets</w:t>
      </w:r>
    </w:p>
    <w:p>
      <w:r>
        <w:t>☐ Clean and disinfect urinals</w:t>
      </w:r>
    </w:p>
    <w:p>
      <w:r>
        <w:t>☐ Clean sinks and faucets</w:t>
      </w:r>
    </w:p>
    <w:p>
      <w:r>
        <w:t>☐ Clean countertops</w:t>
      </w:r>
    </w:p>
    <w:p>
      <w:r>
        <w:t>☐ Clean mirrors</w:t>
      </w:r>
    </w:p>
    <w:p>
      <w:r>
        <w:t>☐ Clean partitions</w:t>
      </w:r>
    </w:p>
    <w:p>
      <w:r>
        <w:t>☐ Clean dispensers</w:t>
      </w:r>
    </w:p>
    <w:p>
      <w:r>
        <w:t>☐ Disinfect high-touch surfaces</w:t>
      </w:r>
    </w:p>
    <w:p>
      <w:r>
        <w:t>☐ Refill toilet tissue</w:t>
      </w:r>
    </w:p>
    <w:p>
      <w:r>
        <w:t>☐ Refill paper towels</w:t>
      </w:r>
    </w:p>
    <w:p>
      <w:r>
        <w:t>☐ Refill hand soap</w:t>
      </w:r>
    </w:p>
    <w:p>
      <w:r>
        <w:t>☐ Sweep floor</w:t>
      </w:r>
    </w:p>
    <w:p>
      <w:r>
        <w:t>☐ Mop and disinfect floor</w:t>
      </w:r>
    </w:p>
    <w:p>
      <w:r>
        <w:t>☐ Report leaks or supply issues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HALLWAYS &amp; COMMON AREAS</w:t>
      </w:r>
    </w:p>
    <w:p>
      <w:r>
        <w:t>☐ Empty trash</w:t>
      </w:r>
    </w:p>
    <w:p>
      <w:r>
        <w:t>☐ Dust accessible surfaces</w:t>
      </w:r>
    </w:p>
    <w:p>
      <w:r>
        <w:t>☐ Clean high-touch surfaces</w:t>
      </w:r>
    </w:p>
    <w:p>
      <w:r>
        <w:t>☐ Clean doors and handles</w:t>
      </w:r>
    </w:p>
    <w:p>
      <w:r>
        <w:t>☐ Spot-clean glass</w:t>
      </w:r>
    </w:p>
    <w:p>
      <w:r>
        <w:t>☐ Vacuum carpet</w:t>
      </w:r>
    </w:p>
    <w:p>
      <w:r>
        <w:t>☐ Sweep hard floors</w:t>
      </w:r>
    </w:p>
    <w:p>
      <w:r>
        <w:t>☐ Mop hard floors</w:t>
      </w:r>
    </w:p>
    <w:p>
      <w:r>
        <w:t>☐ Remove cobwebs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ELEVATORS</w:t>
      </w:r>
    </w:p>
    <w:p>
      <w:r>
        <w:t>☐ Clean doors</w:t>
      </w:r>
    </w:p>
    <w:p>
      <w:r>
        <w:t>☐ Clean interior walls as appropriate</w:t>
      </w:r>
    </w:p>
    <w:p>
      <w:r>
        <w:t>☐ Clean control panel</w:t>
      </w:r>
    </w:p>
    <w:p>
      <w:r>
        <w:t>☐ Disinfect buttons</w:t>
      </w:r>
    </w:p>
    <w:p>
      <w:r>
        <w:t>☐ Clean handrails</w:t>
      </w:r>
    </w:p>
    <w:p>
      <w:r>
        <w:t>☐ Remove debris</w:t>
      </w:r>
    </w:p>
    <w:p>
      <w:r>
        <w:t>☐ Vacuum / sweep floor</w:t>
      </w:r>
    </w:p>
    <w:p>
      <w:r>
        <w:t>☐ Mop floor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STAIRWELLS</w:t>
      </w:r>
    </w:p>
    <w:p>
      <w:r>
        <w:t>☐ Remove trash and debris</w:t>
      </w:r>
    </w:p>
    <w:p>
      <w:r>
        <w:t>☐ Dust ledges</w:t>
      </w:r>
    </w:p>
    <w:p>
      <w:r>
        <w:t>☐ Clean handrails</w:t>
      </w:r>
    </w:p>
    <w:p>
      <w:r>
        <w:t>☐ Clean doors and handles</w:t>
      </w:r>
    </w:p>
    <w:p>
      <w:r>
        <w:t>☐ Vacuum stairs</w:t>
      </w:r>
    </w:p>
    <w:p>
      <w:r>
        <w:t>☐ Sweep stairs</w:t>
      </w:r>
    </w:p>
    <w:p>
      <w:r>
        <w:t>☐ Mop hard-surface stairs</w:t>
      </w:r>
    </w:p>
    <w:p>
      <w:r>
        <w:t>☐ Remove cobwebs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COPY / PRINT / MAIL AREAS</w:t>
      </w:r>
    </w:p>
    <w:p>
      <w:r>
        <w:t>☐ Empty trash and recycling</w:t>
      </w:r>
    </w:p>
    <w:p>
      <w:r>
        <w:t>☐ Dust accessible surfaces</w:t>
      </w:r>
    </w:p>
    <w:p>
      <w:r>
        <w:t>☐ Clean counters</w:t>
      </w:r>
    </w:p>
    <w:p>
      <w:r>
        <w:t>☐ Wipe high-touch surfaces</w:t>
      </w:r>
    </w:p>
    <w:p>
      <w:r>
        <w:t>☐ Vacuum / sweep floor</w:t>
      </w:r>
    </w:p>
    <w:p>
      <w:r>
        <w:t>☐ Mop hard floors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TRAINING / MULTIPURPOSE ROOMS</w:t>
      </w:r>
    </w:p>
    <w:p>
      <w:r>
        <w:t>☐ Empty trash</w:t>
      </w:r>
    </w:p>
    <w:p>
      <w:r>
        <w:t>☐ Wipe tables</w:t>
      </w:r>
    </w:p>
    <w:p>
      <w:r>
        <w:t>☐ Straighten chairs</w:t>
      </w:r>
    </w:p>
    <w:p>
      <w:r>
        <w:t>☐ Dust surfaces</w:t>
      </w:r>
    </w:p>
    <w:p>
      <w:r>
        <w:t>☐ Clean high-touch areas</w:t>
      </w:r>
    </w:p>
    <w:p>
      <w:r>
        <w:t>☐ Vacuum carpet</w:t>
      </w:r>
    </w:p>
    <w:p>
      <w:r>
        <w:t>☐ Sweep / mop hard floors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JANITOR / SUPPLY AREA</w:t>
      </w:r>
    </w:p>
    <w:p>
      <w:r>
        <w:t>☐ Organize cleaning supplies</w:t>
      </w:r>
    </w:p>
    <w:p>
      <w:r>
        <w:t>☐ Check chemical inventory</w:t>
      </w:r>
    </w:p>
    <w:p>
      <w:r>
        <w:t>☐ Check trash-liner inventory</w:t>
      </w:r>
    </w:p>
    <w:p>
      <w:r>
        <w:t>☐ Check paper-product inventory</w:t>
      </w:r>
    </w:p>
    <w:p>
      <w:r>
        <w:t>☐ Clean mop sink / utility sink</w:t>
      </w:r>
    </w:p>
    <w:p>
      <w:r>
        <w:t>☐ Store equipment safely</w:t>
      </w:r>
    </w:p>
    <w:p>
      <w:r>
        <w:t>☐ Report damaged equipment</w:t>
      </w:r>
    </w:p>
    <w:p>
      <w:r>
        <w:t>☐ Report low inventory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RESTOCKING CHECK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Item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Stocked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Low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Out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Toilet tissue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Paper towels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Hand soap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Trash liners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Sanitary products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Air freshener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</w:tbl>
    <w:p>
      <w:pPr>
        <w:pStyle w:val="Heading3"/>
        <w:keepNext/>
      </w:pPr>
      <w:r>
        <w:t>Restock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PERIODIC TASKS</w:t>
      </w:r>
    </w:p>
    <w:p>
      <w:r>
        <w:t>Complete according to the agreed service schedule.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Task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Frequency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Completed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Detail baseboards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Dust vents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Dust high ledges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Clean interior windows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Clean blinds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Carpet extraction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Floor burnishing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Floor stripping / refinishing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Deep restroom cleaning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Upholstery cleaning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CLIENT-SPECIFIC INSTRUCTIONS</w:t>
      </w:r>
    </w:p>
    <w:p>
      <w:r>
        <w:t>Access Instructions:</w:t>
      </w:r>
    </w:p>
    <w:p>
      <w:pPr>
        <w:spacing w:after="80"/>
        <w:pBdr>
          <w:bottom w:val="single" w:sz="8" w:color="0B7285"/>
        </w:pBdr>
      </w:pPr>
    </w:p>
    <w:p>
      <w:r>
        <w:t>Alarm Instructions:</w:t>
      </w:r>
    </w:p>
    <w:p>
      <w:pPr>
        <w:spacing w:after="80"/>
        <w:pBdr>
          <w:bottom w:val="single" w:sz="8" w:color="0B7285"/>
        </w:pBdr>
      </w:pPr>
    </w:p>
    <w:p>
      <w:r>
        <w:t>Restricted Areas:</w:t>
      </w:r>
    </w:p>
    <w:p>
      <w:pPr>
        <w:spacing w:after="80"/>
        <w:pBdr>
          <w:bottom w:val="single" w:sz="8" w:color="0B7285"/>
        </w:pBdr>
      </w:pPr>
    </w:p>
    <w:p>
      <w:r>
        <w:t>Security Requirements:</w:t>
      </w:r>
    </w:p>
    <w:p>
      <w:pPr>
        <w:spacing w:after="80"/>
        <w:pBdr>
          <w:bottom w:val="single" w:sz="8" w:color="0B7285"/>
        </w:pBdr>
      </w:pPr>
    </w:p>
    <w:p>
      <w:r>
        <w:t>Priority Areas:</w:t>
      </w:r>
    </w:p>
    <w:p>
      <w:pPr>
        <w:spacing w:after="80"/>
        <w:pBdr>
          <w:bottom w:val="single" w:sz="8" w:color="0B7285"/>
        </w:pBdr>
      </w:pPr>
    </w:p>
    <w:p>
      <w:r>
        <w:t>Special Instructions: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SECURITY &amp; CLOSING CHECK</w:t>
      </w:r>
    </w:p>
    <w:p>
      <w:r>
        <w:t>☐ All assigned areas completed</w:t>
      </w:r>
    </w:p>
    <w:p>
      <w:r>
        <w:t>☐ Trash removed according to instructions</w:t>
      </w:r>
    </w:p>
    <w:p>
      <w:r>
        <w:t>☐ Supplies returned to designated area</w:t>
      </w:r>
    </w:p>
    <w:p>
      <w:r>
        <w:t>☐ Equipment stored safely</w:t>
      </w:r>
    </w:p>
    <w:p>
      <w:r>
        <w:t>☐ Windows checked as required</w:t>
      </w:r>
    </w:p>
    <w:p>
      <w:r>
        <w:t>☐ Lights set according to instructions</w:t>
      </w:r>
    </w:p>
    <w:p>
      <w:r>
        <w:t>☐ Interior doors set as instructed</w:t>
      </w:r>
    </w:p>
    <w:p>
      <w:r>
        <w:t>☐ Exterior doors secured</w:t>
      </w:r>
    </w:p>
    <w:p>
      <w:r>
        <w:t>☐ Alarm set if required</w:t>
      </w:r>
    </w:p>
    <w:p>
      <w:r>
        <w:t>☐ Keys / access cards handled correctly</w:t>
      </w:r>
    </w:p>
    <w:p>
      <w:r>
        <w:t>☐ Building left according to client instructions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MAINTENANCE / FACILITY ISSUES</w:t>
      </w:r>
    </w:p>
    <w:p>
      <w:r>
        <w:t>☐ No issues observed</w:t>
      </w:r>
    </w:p>
    <w:p>
      <w:r>
        <w:t>☐ Plumbing issue</w:t>
      </w:r>
    </w:p>
    <w:p>
      <w:r>
        <w:t>☐ Lighting issue</w:t>
      </w:r>
    </w:p>
    <w:p>
      <w:r>
        <w:t>☐ Damaged fixture</w:t>
      </w:r>
    </w:p>
    <w:p>
      <w:r>
        <w:t>☐ Broken dispenser</w:t>
      </w:r>
    </w:p>
    <w:p>
      <w:r>
        <w:t>☐ Flooring issue</w:t>
      </w:r>
    </w:p>
    <w:p>
      <w:r>
        <w:t>☐ Door / lock issue</w:t>
      </w:r>
    </w:p>
    <w:p>
      <w:r>
        <w:t>☐ Low consumable inventory</w:t>
      </w:r>
    </w:p>
    <w:p>
      <w:r>
        <w:t>☐ Pest evidence</w:t>
      </w:r>
    </w:p>
    <w:p>
      <w:r>
        <w:t>☐ Safety concern</w:t>
      </w:r>
    </w:p>
    <w:p>
      <w:r>
        <w:t>☐ Other: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QUALITY INSPECTION</w:t>
      </w:r>
    </w:p>
    <w:p>
      <w:r>
        <w:t>Reception / Lobby:</w:t>
      </w:r>
    </w:p>
    <w:p>
      <w:r>
        <w:t>☐ Passed ☐ Needs Attention</w:t>
      </w:r>
    </w:p>
    <w:p>
      <w:r>
        <w:t>Offices / Workspaces:</w:t>
      </w:r>
    </w:p>
    <w:p>
      <w:r>
        <w:t>☐ Passed ☐ Needs Attention</w:t>
      </w:r>
    </w:p>
    <w:p>
      <w:r>
        <w:t>Conference Rooms:</w:t>
      </w:r>
    </w:p>
    <w:p>
      <w:r>
        <w:t>☐ Passed ☐ Needs Attention</w:t>
      </w:r>
    </w:p>
    <w:p>
      <w:r>
        <w:t>Break Room:</w:t>
      </w:r>
    </w:p>
    <w:p>
      <w:r>
        <w:t>☐ Passed ☐ Needs Attention</w:t>
      </w:r>
    </w:p>
    <w:p>
      <w:r>
        <w:t>Restrooms:</w:t>
      </w:r>
    </w:p>
    <w:p>
      <w:r>
        <w:t>☐ Passed ☐ Needs Attention</w:t>
      </w:r>
    </w:p>
    <w:p>
      <w:r>
        <w:t>Floors:</w:t>
      </w:r>
    </w:p>
    <w:p>
      <w:r>
        <w:t>☐ Passed ☐ Needs Attention</w:t>
      </w:r>
    </w:p>
    <w:p>
      <w:r>
        <w:t>Trash / Recycling:</w:t>
      </w:r>
    </w:p>
    <w:p>
      <w:r>
        <w:t>☐ Passed ☐ Needs Attention</w:t>
      </w:r>
    </w:p>
    <w:p>
      <w:r>
        <w:t>Final Walkthrough:</w:t>
      </w:r>
    </w:p>
    <w:p>
      <w:r>
        <w:t>☐ Complete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COMPLETION</w:t>
      </w:r>
    </w:p>
    <w:p>
      <w:r>
        <w:t>Cleaner / Team Lead:</w:t>
      </w:r>
    </w:p>
    <w:p>
      <w:r>
        <w:t>Start Time:</w:t>
      </w:r>
    </w:p>
    <w:p>
      <w:r>
        <w:t>Completion Time:</w:t>
      </w:r>
    </w:p>
    <w:p>
      <w:r>
        <w:t>Total Labor Hours:</w:t>
      </w:r>
    </w:p>
    <w:p>
      <w:r>
        <w:t>Result:</w:t>
      </w:r>
    </w:p>
    <w:p>
      <w:r>
        <w:t>☐ Complete</w:t>
      </w:r>
    </w:p>
    <w:p>
      <w:r>
        <w:t>☐ Complete With Notes</w:t>
      </w:r>
    </w:p>
    <w:p>
      <w:r>
        <w:t>☐ Follow-Up Required</w:t>
      </w:r>
    </w:p>
    <w:p>
      <w:r>
        <w:t>☐ Reclean Required</w:t>
      </w:r>
    </w:p>
    <w:p>
      <w:pPr>
        <w:pStyle w:val="Heading3"/>
        <w:keepNext/>
      </w:pPr>
      <w:r>
        <w:t>Completion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SUPERVISOR REVIEW</w:t>
      </w:r>
    </w:p>
    <w:p>
      <w:r>
        <w:t>Reviewed By:</w:t>
      </w:r>
    </w:p>
    <w:p>
      <w:r>
        <w:t>Date:</w:t>
      </w:r>
    </w:p>
    <w:p>
      <w:r>
        <w:t>Result:</w:t>
      </w:r>
    </w:p>
    <w:p>
      <w:r>
        <w:t>☐ Passed</w:t>
      </w:r>
    </w:p>
    <w:p>
      <w:r>
        <w:t>☐ Passed With Notes</w:t>
      </w:r>
    </w:p>
    <w:p>
      <w:r>
        <w:t>☐ Corrective Action Required</w:t>
      </w:r>
    </w:p>
    <w:p>
      <w:pPr>
        <w:pStyle w:val="Heading3"/>
        <w:keepNext/>
      </w:pPr>
      <w:r>
        <w:t>Review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SCOPE NOTE</w:t>
      </w:r>
    </w:p>
    <w:p>
      <w:r>
        <w:t>Office cleaning scopes should clearly define both tasks and frequencies.</w:t>
      </w:r>
    </w:p>
    <w:p>
      <w:r>
        <w:t>For example, trash removal may be completed every service visit while interior windows, baseboards, carpet extraction, and high dusting may occur weekly, monthly, quarterly, or only when separately requested.</w:t>
      </w:r>
    </w:p>
    <w:p>
      <w:r>
        <w:t>Defining these frequencies prevents misunderstandings and helps ensure the service price reflects the actual workload.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SAFETY &amp; SECURITY NOTE</w:t>
      </w:r>
    </w:p>
    <w:p>
      <w:r>
        <w:t>Cleaning staff should follow client access procedures, company safety policies, product labels, equipment instructions, and applicable workplace requirements.</w:t>
      </w:r>
    </w:p>
    <w:p>
      <w:r>
        <w:t>Do not access restricted areas, move confidential documents, handle hazardous materials, or perform specialized work unless authorized and properly trained.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TEMPLATE CUSTOMIZATION NOTICE</w:t>
      </w:r>
    </w:p>
    <w:p>
      <w:r>
        <w:t>Customize this checklist to the actual office layout, service agreement, task frequencies, security requirements, and consumable responsibilities for each client.</w:t>
      </w:r>
    </w:p>
    <w:p>
      <w:r>
        <w:t>Template Version: 1.0</w:t>
      </w:r>
    </w:p>
    <w:p>
      <w:r>
        <w:t>Updated: September 2026</w:t>
      </w:r>
    </w:p>
    <w:p>
      <w:r>
        <w:t>Template ID: TPL-CHK-005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