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Post Construction Cleaning Checklist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pPr>
        <w:pStyle w:val="Heading1"/>
        <w:keepNext/>
      </w:pPr>
      <w:r>
        <w:t>POST-CONSTRUCTION CLEANING CHECKLIST</w:t>
      </w:r>
    </w:p>
    <w:p>
      <w:r>
        <w:t>[YOUR COMPANY NAME]</w:t>
      </w:r>
    </w:p>
    <w:p>
      <w:r>
        <w:t>[Phone Number]</w:t>
      </w:r>
    </w:p>
    <w:p>
      <w:r>
        <w:t>[Email Address]</w:t>
      </w:r>
    </w:p>
    <w:p>
      <w:r>
        <w:t>[Website]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PROJECT DETAILS</w:t>
      </w:r>
    </w:p>
    <w:p>
      <w:r>
        <w:t>Client / Contractor:</w:t>
      </w:r>
    </w:p>
    <w:p>
      <w:r>
        <w:t>Project Name:</w:t>
      </w:r>
    </w:p>
    <w:p>
      <w:r>
        <w:t>Project Address:</w:t>
      </w:r>
    </w:p>
    <w:p>
      <w:r>
        <w:t>Building / Unit:</w:t>
      </w:r>
    </w:p>
    <w:p>
      <w:r>
        <w:t>Service Date:</w:t>
      </w:r>
    </w:p>
    <w:p>
      <w:r>
        <w:t>Cleaner / Crew:</w:t>
      </w:r>
    </w:p>
    <w:p>
      <w:r>
        <w:t>Project Type:</w:t>
      </w:r>
    </w:p>
    <w:p>
      <w:r>
        <w:t>☐ New Construction</w:t>
      </w:r>
    </w:p>
    <w:p>
      <w:r>
        <w:t>☐ Remodel / Renovation</w:t>
      </w:r>
    </w:p>
    <w:p>
      <w:r>
        <w:t>☐ Tenant Improvement</w:t>
      </w:r>
    </w:p>
    <w:p>
      <w:r>
        <w:t>☐ Residential</w:t>
      </w:r>
    </w:p>
    <w:p>
      <w:r>
        <w:t>☐ Commercial</w:t>
      </w:r>
    </w:p>
    <w:p>
      <w:r>
        <w:t>☐ Multi-Unit</w:t>
      </w:r>
    </w:p>
    <w:p>
      <w:r>
        <w:t>☐ Other:</w:t>
      </w:r>
    </w:p>
    <w:p>
      <w:r>
        <w:t>Approximate Cleanable Area:  sq. ft.</w:t>
      </w:r>
    </w:p>
    <w:p>
      <w:r>
        <w:t>Floors / Levels: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CLEANING PHASE</w:t>
      </w:r>
    </w:p>
    <w:p>
      <w:r>
        <w:t>☐ Rough Clean</w:t>
      </w:r>
    </w:p>
    <w:p>
      <w:r>
        <w:t>☐ Final Clean</w:t>
      </w:r>
    </w:p>
    <w:p>
      <w:r>
        <w:t>☐ Touch-Up / Punch Clean</w:t>
      </w:r>
    </w:p>
    <w:p>
      <w:r>
        <w:t>☐ Custom Phase: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SITE READINESS CHECK</w:t>
      </w:r>
    </w:p>
    <w:p>
      <w:r>
        <w:t>Before work begins, confirm the site is ready for cleaning.</w:t>
      </w:r>
    </w:p>
    <w:p>
      <w:r>
        <w:t>☐ Construction activity has stopped in assigned areas</w:t>
      </w:r>
    </w:p>
    <w:p>
      <w:r>
        <w:t>☐ Major debris has been removed</w:t>
      </w:r>
    </w:p>
    <w:p>
      <w:r>
        <w:t>☐ Flooring is installed</w:t>
      </w:r>
    </w:p>
    <w:p>
      <w:r>
        <w:t>☐ Fixtures are installed</w:t>
      </w:r>
    </w:p>
    <w:p>
      <w:r>
        <w:t>☐ Cabinets / millwork are installed</w:t>
      </w:r>
    </w:p>
    <w:p>
      <w:r>
        <w:t>☐ Windows / glass are installed</w:t>
      </w:r>
    </w:p>
    <w:p>
      <w:r>
        <w:t>☐ Utilities are available</w:t>
      </w:r>
    </w:p>
    <w:p>
      <w:r>
        <w:t>☐ Water is available</w:t>
      </w:r>
    </w:p>
    <w:p>
      <w:r>
        <w:t>☐ Adequate lighting is available</w:t>
      </w:r>
    </w:p>
    <w:p>
      <w:r>
        <w:t>☐ HVAC status confirmed</w:t>
      </w:r>
    </w:p>
    <w:p>
      <w:r>
        <w:t>☐ Access is safe</w:t>
      </w:r>
    </w:p>
    <w:p>
      <w:r>
        <w:t>☐ Work areas are released for cleaning</w:t>
      </w:r>
    </w:p>
    <w:p>
      <w:r>
        <w:t>☐ Required PPE identified</w:t>
      </w:r>
    </w:p>
    <w:p>
      <w:r>
        <w:t>☐ Restricted areas identified</w:t>
      </w:r>
    </w:p>
    <w:p>
      <w:r>
        <w:t>☐ Site contact confirmed</w:t>
      </w:r>
    </w:p>
    <w:p>
      <w:pPr>
        <w:pStyle w:val="Heading3"/>
        <w:keepNext/>
      </w:pPr>
      <w:r>
        <w:t>Site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SAFETY &amp; SITE CONDITIONS</w:t>
      </w:r>
    </w:p>
    <w:p>
      <w:r>
        <w:t>☐ Required PPE worn</w:t>
      </w:r>
    </w:p>
    <w:p>
      <w:r>
        <w:t>☐ Wet-floor / hazard signage available</w:t>
      </w:r>
    </w:p>
    <w:p>
      <w:r>
        <w:t>☐ Electrical hazards checked</w:t>
      </w:r>
    </w:p>
    <w:p>
      <w:r>
        <w:t>☐ Sharp objects / fasteners identified</w:t>
      </w:r>
    </w:p>
    <w:p>
      <w:r>
        <w:t>☐ Construction materials kept clear</w:t>
      </w:r>
    </w:p>
    <w:p>
      <w:r>
        <w:t>☐ Ladders / access equipment used safely</w:t>
      </w:r>
    </w:p>
    <w:p>
      <w:r>
        <w:t>☐ Chemicals used according to label</w:t>
      </w:r>
    </w:p>
    <w:p>
      <w:r>
        <w:t>☐ SDS information available where required</w:t>
      </w:r>
    </w:p>
    <w:p>
      <w:r>
        <w:t>☐ Unsafe areas reported</w:t>
      </w:r>
    </w:p>
    <w:p>
      <w:r>
        <w:t>☐ Hazardous materials not handled without authorization</w:t>
      </w:r>
    </w:p>
    <w:p>
      <w:pPr>
        <w:pStyle w:val="Heading3"/>
        <w:keepNext/>
      </w:pPr>
      <w:r>
        <w:t>Safety Concerns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ROUGH CLEAN</w:t>
      </w:r>
    </w:p>
    <w:p>
      <w:r>
        <w:t>Complete when included.</w:t>
      </w:r>
    </w:p>
    <w:p>
      <w:r>
        <w:t>☐ Remove loose construction debris</w:t>
      </w:r>
    </w:p>
    <w:p>
      <w:r>
        <w:t>☐ Remove packaging materials</w:t>
      </w:r>
    </w:p>
    <w:p>
      <w:r>
        <w:t>☐ Remove cardboard</w:t>
      </w:r>
    </w:p>
    <w:p>
      <w:r>
        <w:t>☐ Remove protective coverings where authorized</w:t>
      </w:r>
    </w:p>
    <w:p>
      <w:r>
        <w:t>☐ Sweep floors</w:t>
      </w:r>
    </w:p>
    <w:p>
      <w:r>
        <w:t>☐ Vacuum floors</w:t>
      </w:r>
    </w:p>
    <w:p>
      <w:r>
        <w:t>☐ Remove loose dust from surfaces</w:t>
      </w:r>
    </w:p>
    <w:p>
      <w:r>
        <w:t>☐ Clean obvious construction residue</w:t>
      </w:r>
    </w:p>
    <w:p>
      <w:r>
        <w:t>☐ Empty trash</w:t>
      </w:r>
    </w:p>
    <w:p>
      <w:r>
        <w:t>☐ Consolidate debris in approved location</w:t>
      </w:r>
    </w:p>
    <w:p>
      <w:r>
        <w:t>☐ Clean accessible window tracks</w:t>
      </w:r>
    </w:p>
    <w:p>
      <w:r>
        <w:t>☐ Clean cabinet interiors if installed</w:t>
      </w:r>
    </w:p>
    <w:p>
      <w:r>
        <w:t>☐ Remove loose labels / stickers where safe</w:t>
      </w:r>
    </w:p>
    <w:p>
      <w:r>
        <w:t>☐ Prepare surfaces for final clean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FINAL CLEAN — KITCHENS / BREAK AREAS</w:t>
      </w:r>
    </w:p>
    <w:p>
      <w:r>
        <w:t>☐ Remove construction dust from surfaces</w:t>
      </w:r>
    </w:p>
    <w:p>
      <w:r>
        <w:t>☐ Clean countertops</w:t>
      </w:r>
    </w:p>
    <w:p>
      <w:r>
        <w:t>☐ Clean backsplash</w:t>
      </w:r>
    </w:p>
    <w:p>
      <w:r>
        <w:t>☐ Clean sink and faucet</w:t>
      </w:r>
    </w:p>
    <w:p>
      <w:r>
        <w:t>☐ Clean cabinet fronts</w:t>
      </w:r>
    </w:p>
    <w:p>
      <w:r>
        <w:t>☐ Clean inside cabinets</w:t>
      </w:r>
    </w:p>
    <w:p>
      <w:r>
        <w:t>☐ Clean inside drawers</w:t>
      </w:r>
    </w:p>
    <w:p>
      <w:r>
        <w:t>☐ Clean cabinet hardware</w:t>
      </w:r>
    </w:p>
    <w:p>
      <w:r>
        <w:t>☐ Clean appliance exteriors</w:t>
      </w:r>
    </w:p>
    <w:p>
      <w:r>
        <w:t>☐ Clean appliance interiors if included</w:t>
      </w:r>
    </w:p>
    <w:p>
      <w:r>
        <w:t>☐ Remove manufacturer labels where authorized</w:t>
      </w:r>
    </w:p>
    <w:p>
      <w:r>
        <w:t>☐ Clean walls / spot-clean as appropriate</w:t>
      </w:r>
    </w:p>
    <w:p>
      <w:r>
        <w:t>☐ Clean doors and frames</w:t>
      </w:r>
    </w:p>
    <w:p>
      <w:r>
        <w:t>☐ Clean switches and outlet covers</w:t>
      </w:r>
    </w:p>
    <w:p>
      <w:r>
        <w:t>☐ Clean light fixtures</w:t>
      </w:r>
    </w:p>
    <w:p>
      <w:r>
        <w:t>☐ Clean vents</w:t>
      </w:r>
    </w:p>
    <w:p>
      <w:r>
        <w:t>☐ Detail baseboards</w:t>
      </w:r>
    </w:p>
    <w:p>
      <w:r>
        <w:t>☐ Vacuum / sweep floors</w:t>
      </w:r>
    </w:p>
    <w:p>
      <w:r>
        <w:t>☐ Mop floors</w:t>
      </w:r>
    </w:p>
    <w:p>
      <w:r>
        <w:t>☐ Detail corners and edges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FINAL CLEAN — BATHROOMS</w:t>
      </w:r>
    </w:p>
    <w:p>
      <w:r>
        <w:t>☐ Remove construction dust</w:t>
      </w:r>
    </w:p>
    <w:p>
      <w:r>
        <w:t>☐ Clean and disinfect toilet</w:t>
      </w:r>
    </w:p>
    <w:p>
      <w:r>
        <w:t>☐ Clean sinks and faucets</w:t>
      </w:r>
    </w:p>
    <w:p>
      <w:r>
        <w:t>☐ Clean countertops</w:t>
      </w:r>
    </w:p>
    <w:p>
      <w:r>
        <w:t>☐ Clean mirrors</w:t>
      </w:r>
    </w:p>
    <w:p>
      <w:r>
        <w:t>☐ Clean tubs</w:t>
      </w:r>
    </w:p>
    <w:p>
      <w:r>
        <w:t>☐ Clean showers</w:t>
      </w:r>
    </w:p>
    <w:p>
      <w:r>
        <w:t>☐ Clean shower glass</w:t>
      </w:r>
    </w:p>
    <w:p>
      <w:r>
        <w:t>☐ Clean fixtures</w:t>
      </w:r>
    </w:p>
    <w:p>
      <w:r>
        <w:t>☐ Clean cabinet fronts</w:t>
      </w:r>
    </w:p>
    <w:p>
      <w:r>
        <w:t>☐ Clean cabinet interiors</w:t>
      </w:r>
    </w:p>
    <w:p>
      <w:r>
        <w:t>☐ Clean drawer interiors</w:t>
      </w:r>
    </w:p>
    <w:p>
      <w:r>
        <w:t>☐ Remove labels / stickers where authorized</w:t>
      </w:r>
    </w:p>
    <w:p>
      <w:r>
        <w:t>☐ Clean doors and frames</w:t>
      </w:r>
    </w:p>
    <w:p>
      <w:r>
        <w:t>☐ Clean switches</w:t>
      </w:r>
    </w:p>
    <w:p>
      <w:r>
        <w:t>☐ Clean outlet covers</w:t>
      </w:r>
    </w:p>
    <w:p>
      <w:r>
        <w:t>☐ Clean light fixtures</w:t>
      </w:r>
    </w:p>
    <w:p>
      <w:r>
        <w:t>☐ Clean vents</w:t>
      </w:r>
    </w:p>
    <w:p>
      <w:r>
        <w:t>☐ Detail baseboards</w:t>
      </w:r>
    </w:p>
    <w:p>
      <w:r>
        <w:t>☐ Vacuum / sweep floors</w:t>
      </w:r>
    </w:p>
    <w:p>
      <w:r>
        <w:t>☐ Mop floors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FINAL CLEAN — BEDROOMS / OFFICES / ROOMS</w:t>
      </w:r>
    </w:p>
    <w:p>
      <w:r>
        <w:t>☐ Remove construction dust</w:t>
      </w:r>
    </w:p>
    <w:p>
      <w:r>
        <w:t>☐ Dust all horizontal surfaces</w:t>
      </w:r>
    </w:p>
    <w:p>
      <w:r>
        <w:t>☐ Clean shelves</w:t>
      </w:r>
    </w:p>
    <w:p>
      <w:r>
        <w:t>☐ Clean closet interiors</w:t>
      </w:r>
    </w:p>
    <w:p>
      <w:r>
        <w:t>☐ Clean built-ins</w:t>
      </w:r>
    </w:p>
    <w:p>
      <w:r>
        <w:t>☐ Clean doors and frames</w:t>
      </w:r>
    </w:p>
    <w:p>
      <w:r>
        <w:t>☐ Clean door hardware</w:t>
      </w:r>
    </w:p>
    <w:p>
      <w:r>
        <w:t>☐ Clean switches</w:t>
      </w:r>
    </w:p>
    <w:p>
      <w:r>
        <w:t>☐ Clean outlet covers</w:t>
      </w:r>
    </w:p>
    <w:p>
      <w:r>
        <w:t>☐ Clean window sills</w:t>
      </w:r>
    </w:p>
    <w:p>
      <w:r>
        <w:t>☐ Clean window tracks</w:t>
      </w:r>
    </w:p>
    <w:p>
      <w:r>
        <w:t>☐ Clean interior glass where included</w:t>
      </w:r>
    </w:p>
    <w:p>
      <w:r>
        <w:t>☐ Clean blinds / coverings if installed</w:t>
      </w:r>
    </w:p>
    <w:p>
      <w:r>
        <w:t>☐ Clean light fixtures</w:t>
      </w:r>
    </w:p>
    <w:p>
      <w:r>
        <w:t>☐ Clean vents</w:t>
      </w:r>
    </w:p>
    <w:p>
      <w:r>
        <w:t>☐ Detail baseboards</w:t>
      </w:r>
    </w:p>
    <w:p>
      <w:r>
        <w:t>☐ Vacuum carpet</w:t>
      </w:r>
    </w:p>
    <w:p>
      <w:r>
        <w:t>☐ Vacuum edges</w:t>
      </w:r>
    </w:p>
    <w:p>
      <w:r>
        <w:t>☐ Sweep hard floors</w:t>
      </w:r>
    </w:p>
    <w:p>
      <w:r>
        <w:t>☐ Mop hard floors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FINAL CLEAN — LIVING / COMMON AREAS</w:t>
      </w:r>
    </w:p>
    <w:p>
      <w:r>
        <w:t>☐ Remove construction dust</w:t>
      </w:r>
    </w:p>
    <w:p>
      <w:r>
        <w:t>☐ Dust all accessible surfaces</w:t>
      </w:r>
    </w:p>
    <w:p>
      <w:r>
        <w:t>☐ Clean built-ins</w:t>
      </w:r>
    </w:p>
    <w:p>
      <w:r>
        <w:t>☐ Clean shelving</w:t>
      </w:r>
    </w:p>
    <w:p>
      <w:r>
        <w:t>☐ Clean railings</w:t>
      </w:r>
    </w:p>
    <w:p>
      <w:r>
        <w:t>☐ Clean doors and frames</w:t>
      </w:r>
    </w:p>
    <w:p>
      <w:r>
        <w:t>☐ Clean door hardware</w:t>
      </w:r>
    </w:p>
    <w:p>
      <w:r>
        <w:t>☐ Clean switches</w:t>
      </w:r>
    </w:p>
    <w:p>
      <w:r>
        <w:t>☐ Clean outlet covers</w:t>
      </w:r>
    </w:p>
    <w:p>
      <w:r>
        <w:t>☐ Clean window sills</w:t>
      </w:r>
    </w:p>
    <w:p>
      <w:r>
        <w:t>☐ Clean window tracks</w:t>
      </w:r>
    </w:p>
    <w:p>
      <w:r>
        <w:t>☐ Clean interior glass where included</w:t>
      </w:r>
    </w:p>
    <w:p>
      <w:r>
        <w:t>☐ Clean fixtures</w:t>
      </w:r>
    </w:p>
    <w:p>
      <w:r>
        <w:t>☐ Clean vents</w:t>
      </w:r>
    </w:p>
    <w:p>
      <w:r>
        <w:t>☐ Detail baseboards</w:t>
      </w:r>
    </w:p>
    <w:p>
      <w:r>
        <w:t>☐ Vacuum carpet</w:t>
      </w:r>
    </w:p>
    <w:p>
      <w:r>
        <w:t>☐ Sweep hard floors</w:t>
      </w:r>
    </w:p>
    <w:p>
      <w:r>
        <w:t>☐ Mop hard floors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WINDOWS &amp; GLASS</w:t>
      </w:r>
    </w:p>
    <w:p>
      <w:r>
        <w:t>Complete only when included in scope.</w:t>
      </w:r>
    </w:p>
    <w:p>
      <w:r>
        <w:t>☐ Remove dust from frames</w:t>
      </w:r>
    </w:p>
    <w:p>
      <w:r>
        <w:t>☐ Clean interior glass</w:t>
      </w:r>
    </w:p>
    <w:p>
      <w:r>
        <w:t>☐ Clean exterior glass where accessible and included</w:t>
      </w:r>
    </w:p>
    <w:p>
      <w:r>
        <w:t>☐ Clean window tracks</w:t>
      </w:r>
    </w:p>
    <w:p>
      <w:r>
        <w:t>☐ Clean window sills</w:t>
      </w:r>
    </w:p>
    <w:p>
      <w:r>
        <w:t>☐ Remove stickers / labels where authorized</w:t>
      </w:r>
    </w:p>
    <w:p>
      <w:r>
        <w:t>☐ Remove adhesive residue where safe</w:t>
      </w:r>
    </w:p>
    <w:p>
      <w:r>
        <w:t>☐ Clean mirrors</w:t>
      </w:r>
    </w:p>
    <w:p>
      <w:r>
        <w:t>☐ Clean glass doors</w:t>
      </w:r>
    </w:p>
    <w:p>
      <w:r>
        <w:t>☐ Clean interior partitions</w:t>
      </w:r>
    </w:p>
    <w:p>
      <w:r>
        <w:t>☐ Detail edges and corners</w:t>
      </w:r>
    </w:p>
    <w:p>
      <w:r>
        <w:t>Do not scrape specialty glass or coated surfaces unless approved tools and methods are specified.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CABINETS, MILLWORK &amp; BUILT-INS</w:t>
      </w:r>
    </w:p>
    <w:p>
      <w:r>
        <w:t>☐ Remove dust</w:t>
      </w:r>
    </w:p>
    <w:p>
      <w:r>
        <w:t>☐ Clean cabinet fronts</w:t>
      </w:r>
    </w:p>
    <w:p>
      <w:r>
        <w:t>☐ Clean inside cabinets</w:t>
      </w:r>
    </w:p>
    <w:p>
      <w:r>
        <w:t>☐ Clean drawers</w:t>
      </w:r>
    </w:p>
    <w:p>
      <w:r>
        <w:t>☐ Clean shelving</w:t>
      </w:r>
    </w:p>
    <w:p>
      <w:r>
        <w:t>☐ Clean hardware</w:t>
      </w:r>
    </w:p>
    <w:p>
      <w:r>
        <w:t>☐ Clean trim</w:t>
      </w:r>
    </w:p>
    <w:p>
      <w:r>
        <w:t>☐ Clean built-ins</w:t>
      </w:r>
    </w:p>
    <w:p>
      <w:r>
        <w:t>☐ Remove labels where authorized</w:t>
      </w:r>
    </w:p>
    <w:p>
      <w:r>
        <w:t>☐ Report damage or defects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WALLS, DOORS &amp; TRIM</w:t>
      </w:r>
    </w:p>
    <w:p>
      <w:r>
        <w:t>☐ Remove loose dust</w:t>
      </w:r>
    </w:p>
    <w:p>
      <w:r>
        <w:t>☐ Spot-clean walls where appropriate</w:t>
      </w:r>
    </w:p>
    <w:p>
      <w:r>
        <w:t>☐ Clean doors</w:t>
      </w:r>
    </w:p>
    <w:p>
      <w:r>
        <w:t>☐ Clean door frames</w:t>
      </w:r>
    </w:p>
    <w:p>
      <w:r>
        <w:t>☐ Clean door hardware</w:t>
      </w:r>
    </w:p>
    <w:p>
      <w:r>
        <w:t>☐ Clean trim</w:t>
      </w:r>
    </w:p>
    <w:p>
      <w:r>
        <w:t>☐ Clean baseboards</w:t>
      </w:r>
    </w:p>
    <w:p>
      <w:r>
        <w:t>☐ Clean handrails</w:t>
      </w:r>
    </w:p>
    <w:p>
      <w:r>
        <w:t>☐ Clean stair components</w:t>
      </w:r>
    </w:p>
    <w:p>
      <w:r>
        <w:t>☐ Report paint damage / defects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LIGHTING, SWITCHES &amp; ELECTRICAL SURFACES</w:t>
      </w:r>
    </w:p>
    <w:p>
      <w:r>
        <w:t>☐ Dust light fixtures</w:t>
      </w:r>
    </w:p>
    <w:p>
      <w:r>
        <w:t>☐ Clean accessible fixture surfaces</w:t>
      </w:r>
    </w:p>
    <w:p>
      <w:r>
        <w:t>☐ Clean switches</w:t>
      </w:r>
    </w:p>
    <w:p>
      <w:r>
        <w:t>☐ Clean outlet covers</w:t>
      </w:r>
    </w:p>
    <w:p>
      <w:r>
        <w:t>☐ Clean control panels where permitted</w:t>
      </w:r>
    </w:p>
    <w:p>
      <w:r>
        <w:t>☐ Remove labels where authorized</w:t>
      </w:r>
    </w:p>
    <w:p>
      <w:r>
        <w:t>☐ Report damaged covers / fixtures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HVAC &amp; VENTS</w:t>
      </w:r>
    </w:p>
    <w:p>
      <w:r>
        <w:t>☐ Dust vent covers</w:t>
      </w:r>
    </w:p>
    <w:p>
      <w:r>
        <w:t>☐ Clean return-air grilles</w:t>
      </w:r>
    </w:p>
    <w:p>
      <w:r>
        <w:t>☐ Clean register covers</w:t>
      </w:r>
    </w:p>
    <w:p>
      <w:r>
        <w:t>☐ Remove visible dust around vents</w:t>
      </w:r>
    </w:p>
    <w:p>
      <w:r>
        <w:t>☐ Report damaged / missing covers</w:t>
      </w:r>
    </w:p>
    <w:p>
      <w:r>
        <w:t>Do not perform duct cleaning unless separately contracted and properly equipped.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FLOORS</w:t>
      </w:r>
    </w:p>
    <w:p>
      <w:pPr>
        <w:pStyle w:val="Heading2"/>
        <w:keepNext/>
      </w:pPr>
      <w:r>
        <w:t>Carpet</w:t>
      </w:r>
    </w:p>
    <w:p>
      <w:r>
        <w:t>☐ Vacuum thoroughly</w:t>
      </w:r>
    </w:p>
    <w:p>
      <w:r>
        <w:t>☐ Vacuum edges</w:t>
      </w:r>
    </w:p>
    <w:p>
      <w:r>
        <w:t>☐ Remove loose debris</w:t>
      </w:r>
    </w:p>
    <w:p>
      <w:r>
        <w:t>☐ Spot-clean as included</w:t>
      </w:r>
    </w:p>
    <w:p>
      <w:r>
        <w:t>☐ Carpet extraction if separately included</w:t>
      </w:r>
    </w:p>
    <w:p>
      <w:r>
        <w:t>☐ Report stains / damage</w:t>
      </w:r>
    </w:p>
    <w:p>
      <w:pPr>
        <w:pStyle w:val="Heading2"/>
        <w:keepNext/>
      </w:pPr>
      <w:r>
        <w:t>Hard Floors</w:t>
      </w:r>
    </w:p>
    <w:p>
      <w:r>
        <w:t>☐ Remove loose debris</w:t>
      </w:r>
    </w:p>
    <w:p>
      <w:r>
        <w:t>☐ Vacuum / sweep</w:t>
      </w:r>
    </w:p>
    <w:p>
      <w:r>
        <w:t>☐ Remove safe-to-remove residue</w:t>
      </w:r>
    </w:p>
    <w:p>
      <w:r>
        <w:t>☐ Damp mop</w:t>
      </w:r>
    </w:p>
    <w:p>
      <w:r>
        <w:t>☐ Detail edges and corners</w:t>
      </w:r>
    </w:p>
    <w:p>
      <w:r>
        <w:t>☐ Clean thresholds</w:t>
      </w:r>
    </w:p>
    <w:p>
      <w:r>
        <w:t>☐ Remove protective film where authorized</w:t>
      </w:r>
    </w:p>
    <w:p>
      <w:r>
        <w:t>☐ Report scratches / damage</w:t>
      </w:r>
    </w:p>
    <w:p>
      <w:pPr>
        <w:pStyle w:val="Heading2"/>
        <w:keepNext/>
      </w:pPr>
      <w:r>
        <w:t>Specialty Flooring</w:t>
      </w:r>
    </w:p>
    <w:p>
      <w:r>
        <w:t>☐ Follow manufacturer / client instructions</w:t>
      </w:r>
    </w:p>
    <w:p>
      <w:r>
        <w:t>☐ Use approved products only</w:t>
      </w:r>
    </w:p>
    <w:p>
      <w:r>
        <w:t>☐ Report uncertainty before cleaning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STAIRS &amp; RAILINGS</w:t>
      </w:r>
    </w:p>
    <w:p>
      <w:r>
        <w:t>☐ Remove construction dust</w:t>
      </w:r>
    </w:p>
    <w:p>
      <w:r>
        <w:t>☐ Clean handrails</w:t>
      </w:r>
    </w:p>
    <w:p>
      <w:r>
        <w:t>☐ Clean balusters</w:t>
      </w:r>
    </w:p>
    <w:p>
      <w:r>
        <w:t>☐ Clean stair treads</w:t>
      </w:r>
    </w:p>
    <w:p>
      <w:r>
        <w:t>☐ Clean risers where included</w:t>
      </w:r>
    </w:p>
    <w:p>
      <w:r>
        <w:t>☐ Detail corners</w:t>
      </w:r>
    </w:p>
    <w:p>
      <w:r>
        <w:t>☐ Vacuum / sweep</w:t>
      </w:r>
    </w:p>
    <w:p>
      <w:r>
        <w:t>☐ Mop hard surfaces</w:t>
      </w:r>
    </w:p>
    <w:p>
      <w:r>
        <w:t>☐ Remove debris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CLOSETS &amp; STORAGE AREAS</w:t>
      </w:r>
    </w:p>
    <w:p>
      <w:r>
        <w:t>☐ Remove dust</w:t>
      </w:r>
    </w:p>
    <w:p>
      <w:r>
        <w:t>☐ Clean shelves</w:t>
      </w:r>
    </w:p>
    <w:p>
      <w:r>
        <w:t>☐ Clean rods</w:t>
      </w:r>
    </w:p>
    <w:p>
      <w:r>
        <w:t>☐ Clean doors</w:t>
      </w:r>
    </w:p>
    <w:p>
      <w:r>
        <w:t>☐ Clean hardware</w:t>
      </w:r>
    </w:p>
    <w:p>
      <w:r>
        <w:t>☐ Detail baseboards</w:t>
      </w:r>
    </w:p>
    <w:p>
      <w:r>
        <w:t>☐ Vacuum / sweep floors</w:t>
      </w:r>
    </w:p>
    <w:p>
      <w:r>
        <w:t>☐ Mop hard floors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EXTERIOR / ENTRY AREAS</w:t>
      </w:r>
    </w:p>
    <w:p>
      <w:r>
        <w:t>Complete only when included.</w:t>
      </w:r>
    </w:p>
    <w:p>
      <w:r>
        <w:t>☐ Sweep entrances</w:t>
      </w:r>
    </w:p>
    <w:p>
      <w:r>
        <w:t>☐ Clean exterior entry doors</w:t>
      </w:r>
    </w:p>
    <w:p>
      <w:r>
        <w:t>☐ Clean entry glass</w:t>
      </w:r>
    </w:p>
    <w:p>
      <w:r>
        <w:t>☐ Remove light construction debris</w:t>
      </w:r>
    </w:p>
    <w:p>
      <w:r>
        <w:t>☐ Sweep patios / balconies</w:t>
      </w:r>
    </w:p>
    <w:p>
      <w:r>
        <w:t>☐ Clean accessible railings</w:t>
      </w:r>
    </w:p>
    <w:p>
      <w:r>
        <w:t>☐ Remove cobwebs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LABELS, STICKERS &amp; ADHESIVE</w:t>
      </w:r>
    </w:p>
    <w:p>
      <w:r>
        <w:t>☐ Appliance labels removed where authorized</w:t>
      </w:r>
    </w:p>
    <w:p>
      <w:r>
        <w:t>☐ Window labels removed where authorized</w:t>
      </w:r>
    </w:p>
    <w:p>
      <w:r>
        <w:t>☐ Fixture labels removed where authorized</w:t>
      </w:r>
    </w:p>
    <w:p>
      <w:r>
        <w:t>☐ Cabinet / millwork labels removed where authorized</w:t>
      </w:r>
    </w:p>
    <w:p>
      <w:r>
        <w:t>☐ Adhesive residue removed using approved method</w:t>
      </w:r>
    </w:p>
    <w:p>
      <w:r>
        <w:t>☐ Surface compatibility confirmed first</w:t>
      </w:r>
    </w:p>
    <w:p>
      <w:r>
        <w:t>Do not use blades, scrapers, solvents, or abrasives on unknown or delicate surfaces without approval.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CONSTRUCTION DUST DETAIL</w:t>
      </w:r>
    </w:p>
    <w:p>
      <w:r>
        <w:t>☐ Horizontal ledges</w:t>
      </w:r>
    </w:p>
    <w:p>
      <w:r>
        <w:t>☐ Window sills</w:t>
      </w:r>
    </w:p>
    <w:p>
      <w:r>
        <w:t>☐ Door tops</w:t>
      </w:r>
    </w:p>
    <w:p>
      <w:r>
        <w:t>☐ Cabinet tops</w:t>
      </w:r>
    </w:p>
    <w:p>
      <w:r>
        <w:t>☐ Shelving</w:t>
      </w:r>
    </w:p>
    <w:p>
      <w:r>
        <w:t>☐ Trim</w:t>
      </w:r>
    </w:p>
    <w:p>
      <w:r>
        <w:t>☐ Baseboards</w:t>
      </w:r>
    </w:p>
    <w:p>
      <w:r>
        <w:t>☐ Fixtures</w:t>
      </w:r>
    </w:p>
    <w:p>
      <w:r>
        <w:t>☐ Vents</w:t>
      </w:r>
    </w:p>
    <w:p>
      <w:r>
        <w:t>☐ Railings</w:t>
      </w:r>
    </w:p>
    <w:p>
      <w:r>
        <w:t>☐ Built-ins</w:t>
      </w:r>
    </w:p>
    <w:p>
      <w:r>
        <w:t>☐ Corners and edges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TOUCH-UP / PUNCH CLEAN</w:t>
      </w:r>
    </w:p>
    <w:p>
      <w:r>
        <w:t>Complete after trades or inspections where included.</w:t>
      </w:r>
    </w:p>
    <w:p>
      <w:r>
        <w:t>☐ Remove new dust</w:t>
      </w:r>
    </w:p>
    <w:p>
      <w:r>
        <w:t>☐ Remove fingerprints</w:t>
      </w:r>
    </w:p>
    <w:p>
      <w:r>
        <w:t>☐ Spot-clean glass</w:t>
      </w:r>
    </w:p>
    <w:p>
      <w:r>
        <w:t>☐ Touch up floors</w:t>
      </w:r>
    </w:p>
    <w:p>
      <w:r>
        <w:t>☐ Reclean restrooms</w:t>
      </w:r>
    </w:p>
    <w:p>
      <w:r>
        <w:t>☐ Reclean kitchen / break area</w:t>
      </w:r>
    </w:p>
    <w:p>
      <w:r>
        <w:t>☐ Wipe fixtures</w:t>
      </w:r>
    </w:p>
    <w:p>
      <w:r>
        <w:t>☐ Wipe doors / hardware</w:t>
      </w:r>
    </w:p>
    <w:p>
      <w:r>
        <w:t>☐ Remove new debris</w:t>
      </w:r>
    </w:p>
    <w:p>
      <w:r>
        <w:t>☐ Recheck windows</w:t>
      </w:r>
    </w:p>
    <w:p>
      <w:r>
        <w:t>☐ Recheck cabinets</w:t>
      </w:r>
    </w:p>
    <w:p>
      <w:r>
        <w:t>☐ Recheck baseboards</w:t>
      </w:r>
    </w:p>
    <w:p>
      <w:r>
        <w:t>☐ Recheck high-touch surfaces</w:t>
      </w:r>
    </w:p>
    <w:p>
      <w:r>
        <w:t>☐ Final vacuum</w:t>
      </w:r>
    </w:p>
    <w:p>
      <w:r>
        <w:t>☐ Final mop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DEFECTS / DAMAGE / INCOMPLETE WORK</w:t>
      </w:r>
    </w:p>
    <w:p>
      <w:r>
        <w:t>Cleaning teams should document observed issues rather than attempting unauthorized repairs.</w:t>
      </w:r>
    </w:p>
    <w:p>
      <w:r>
        <w:t>☐ None observed</w:t>
      </w:r>
    </w:p>
    <w:p>
      <w:r>
        <w:t>☐ Paint defect</w:t>
      </w:r>
    </w:p>
    <w:p>
      <w:r>
        <w:t>☐ Flooring damage</w:t>
      </w:r>
    </w:p>
    <w:p>
      <w:r>
        <w:t>☐ Broken glass</w:t>
      </w:r>
    </w:p>
    <w:p>
      <w:r>
        <w:t>☐ Cabinet / millwork damage</w:t>
      </w:r>
    </w:p>
    <w:p>
      <w:r>
        <w:t>☐ Fixture damage</w:t>
      </w:r>
    </w:p>
    <w:p>
      <w:r>
        <w:t>☐ Plumbing issue</w:t>
      </w:r>
    </w:p>
    <w:p>
      <w:r>
        <w:t>☐ Electrical issue</w:t>
      </w:r>
    </w:p>
    <w:p>
      <w:r>
        <w:t>☐ Missing trim / hardware</w:t>
      </w:r>
    </w:p>
    <w:p>
      <w:r>
        <w:t>☐ Adhesive / residue not safely removable</w:t>
      </w:r>
    </w:p>
    <w:p>
      <w:r>
        <w:t>☐ Construction work incomplete</w:t>
      </w:r>
    </w:p>
    <w:p>
      <w:r>
        <w:t>☐ Other:</w:t>
      </w:r>
    </w:p>
    <w:p>
      <w:pPr>
        <w:pStyle w:val="Heading3"/>
        <w:keepNext/>
      </w:pPr>
      <w:r>
        <w:t>Location /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☐ Photos taken</w:t>
      </w:r>
    </w:p>
    <w:p>
      <w:r>
        <w:t>☐ Site contact notified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FINAL INSPECTION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Area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Passed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Needs Attention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N/A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Kitchen / Break Areas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Bathrooms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Rooms / Offices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Common Areas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Windows / Glass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Cabinets / Millwork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Walls / Doors / Trim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Fixtures / Vents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Floors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Stairs / Railings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Entry Areas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FINAL SITE CHECK</w:t>
      </w:r>
    </w:p>
    <w:p>
      <w:r>
        <w:t>☐ Assigned scope completed</w:t>
      </w:r>
    </w:p>
    <w:p>
      <w:r>
        <w:t>☐ Construction dust removed</w:t>
      </w:r>
    </w:p>
    <w:p>
      <w:r>
        <w:t>☐ Debris placed in approved location</w:t>
      </w:r>
    </w:p>
    <w:p>
      <w:r>
        <w:t>☐ Tools and supplies removed</w:t>
      </w:r>
    </w:p>
    <w:p>
      <w:r>
        <w:t>☐ Equipment removed</w:t>
      </w:r>
    </w:p>
    <w:p>
      <w:r>
        <w:t>☐ Floors complete</w:t>
      </w:r>
    </w:p>
    <w:p>
      <w:r>
        <w:t>☐ Glass complete</w:t>
      </w:r>
    </w:p>
    <w:p>
      <w:r>
        <w:t>☐ Labels handled according to scope</w:t>
      </w:r>
    </w:p>
    <w:p>
      <w:r>
        <w:t>☐ Issues documented</w:t>
      </w:r>
    </w:p>
    <w:p>
      <w:r>
        <w:t>☐ Photos completed if required</w:t>
      </w:r>
    </w:p>
    <w:p>
      <w:r>
        <w:t>☐ Site contact notified of completion</w:t>
      </w:r>
    </w:p>
    <w:p>
      <w:r>
        <w:t>☐ Property secured as instructed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COMPLETION</w:t>
      </w:r>
    </w:p>
    <w:p>
      <w:r>
        <w:t>Crew Lead:</w:t>
      </w:r>
    </w:p>
    <w:p>
      <w:r>
        <w:t>Start Time:</w:t>
      </w:r>
    </w:p>
    <w:p>
      <w:r>
        <w:t>Completion Time:</w:t>
      </w:r>
    </w:p>
    <w:p>
      <w:r>
        <w:t>Total Labor Hours:</w:t>
      </w:r>
    </w:p>
    <w:p>
      <w:r>
        <w:t>Cleaning Phase:</w:t>
      </w:r>
    </w:p>
    <w:p>
      <w:r>
        <w:t>Result:</w:t>
      </w:r>
    </w:p>
    <w:p>
      <w:r>
        <w:t>☐ Complete</w:t>
      </w:r>
    </w:p>
    <w:p>
      <w:r>
        <w:t>☐ Complete With Notes</w:t>
      </w:r>
    </w:p>
    <w:p>
      <w:r>
        <w:t>☐ Follow-Up Required</w:t>
      </w:r>
    </w:p>
    <w:p>
      <w:r>
        <w:t>☐ Touch-Up Required</w:t>
      </w:r>
    </w:p>
    <w:p>
      <w:pPr>
        <w:pStyle w:val="Heading3"/>
        <w:keepNext/>
      </w:pPr>
      <w:r>
        <w:t>Completion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CONTRACTOR / CLIENT REVIEW</w:t>
      </w:r>
    </w:p>
    <w:p>
      <w:r>
        <w:t>Reviewed By:</w:t>
      </w:r>
    </w:p>
    <w:p>
      <w:r>
        <w:t>Company:</w:t>
      </w:r>
    </w:p>
    <w:p>
      <w:r>
        <w:t>Date / Time:</w:t>
      </w:r>
    </w:p>
    <w:p>
      <w:r>
        <w:t>Result:</w:t>
      </w:r>
    </w:p>
    <w:p>
      <w:r>
        <w:t>☐ Accepted</w:t>
      </w:r>
    </w:p>
    <w:p>
      <w:r>
        <w:t>☐ Accepted With Punch Items</w:t>
      </w:r>
    </w:p>
    <w:p>
      <w:r>
        <w:t>☐ Follow-Up Required</w:t>
      </w:r>
    </w:p>
    <w:p>
      <w:pPr>
        <w:pStyle w:val="Heading3"/>
        <w:keepNext/>
      </w:pPr>
      <w:r>
        <w:t>Punch Items / 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SCOPE NOTE</w:t>
      </w:r>
    </w:p>
    <w:p>
      <w:r>
        <w:t>Post-construction cleaning should be quoted from a clearly defined scope.</w:t>
      </w:r>
    </w:p>
    <w:p>
      <w:r>
        <w:t>Confirm responsibility for rough cleaning, final cleaning, touch-up cleaning, construction debris, windows, adhesive removal, appliance interiors, floor care, exterior areas, and disposal before work begins.</w:t>
      </w:r>
    </w:p>
    <w:p>
      <w:r>
        <w:t>Repeated dust caused by ongoing construction or trade activity may require additional cleaning.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SAFETY NOTE</w:t>
      </w:r>
    </w:p>
    <w:p>
      <w:r>
        <w:t>Construction sites can contain sharp debris, unfinished electrical systems, elevated work areas, silica-containing dust, chemicals, adhesives, solvents, and other hazards.</w:t>
      </w:r>
    </w:p>
    <w:p>
      <w:r>
        <w:t>Do not perform work outside your company's training, equipment, insurance, or authorization.</w:t>
      </w:r>
    </w:p>
    <w:p>
      <w:r>
        <w:t>Follow site safety rules, product labels, equipment instructions, applicable occupational-safety requirements, and instructions from the general contractor or site manager.</w:t>
      </w:r>
    </w:p>
    <w:p>
      <w:r>
        <w:t>Hazardous-material remediation and specialized construction hazards are outside the scope of this general template.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TEMPLATE CUSTOMIZATION NOTICE</w:t>
      </w:r>
    </w:p>
    <w:p>
      <w:r>
        <w:t>Customize this checklist for the project's construction phase, surfaces, contract scope, site rules, and client requirements.</w:t>
      </w:r>
    </w:p>
    <w:p>
      <w:r>
        <w:t>Template Version: 1.0</w:t>
      </w:r>
    </w:p>
    <w:p>
      <w:r>
        <w:t>Updated: September 2026</w:t>
      </w:r>
    </w:p>
    <w:p>
      <w:r>
        <w:t>Template ID: TPL-CHK-007</w:t>
      </w:r>
    </w:p>
    <w:p>
      <w:r>
        <w:t>Provided by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