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Residential Cleaning Walkthrough Form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CUSTOMER &amp; PROPERTY INFORMATION</w:t>
      </w:r>
    </w:p>
    <w:p>
      <w:r>
        <w:t>Customer Name:</w:t>
      </w:r>
    </w:p>
    <w:p>
      <w:r>
        <w:t>Phone:</w:t>
      </w:r>
    </w:p>
    <w:p>
      <w:r>
        <w:t>Email:</w:t>
      </w:r>
    </w:p>
    <w:p>
      <w:r>
        <w:t>Service Address:</w:t>
      </w:r>
    </w:p>
    <w:p>
      <w:r>
        <w:t>City / State / ZIP:</w:t>
      </w:r>
    </w:p>
    <w:p>
      <w:r>
        <w:t>Walkthrough Date:</w:t>
      </w:r>
    </w:p>
    <w:p>
      <w:r>
        <w:t>Estimator: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PROPERTY OVERVIEW</w:t>
      </w:r>
    </w:p>
    <w:p>
      <w:r>
        <w:t>Property Type:</w:t>
      </w:r>
    </w:p>
    <w:p>
      <w:r>
        <w:t>☐ House</w:t>
      </w:r>
    </w:p>
    <w:p>
      <w:r>
        <w:t>☐ Apartment</w:t>
      </w:r>
    </w:p>
    <w:p>
      <w:r>
        <w:t>☐ Condo</w:t>
      </w:r>
    </w:p>
    <w:p>
      <w:r>
        <w:t>☐ Townhome</w:t>
      </w:r>
    </w:p>
    <w:p>
      <w:r>
        <w:t>☐ Other:</w:t>
      </w:r>
    </w:p>
    <w:p>
      <w:r>
        <w:t>Approximate Square Footage:  sq. ft.</w:t>
      </w:r>
    </w:p>
    <w:p>
      <w:r>
        <w:t>Bedrooms:</w:t>
      </w:r>
    </w:p>
    <w:p>
      <w:r>
        <w:t>Full Bathrooms:</w:t>
      </w:r>
    </w:p>
    <w:p>
      <w:r>
        <w:t>Half Bathrooms:</w:t>
      </w:r>
    </w:p>
    <w:p>
      <w:r>
        <w:t>Floors / Levels:</w:t>
      </w:r>
    </w:p>
    <w:p>
      <w:r>
        <w:t>Occupancy:</w:t>
      </w:r>
    </w:p>
    <w:p>
      <w:r>
        <w:t>☐ Occupied</w:t>
      </w:r>
    </w:p>
    <w:p>
      <w:r>
        <w:t>☐ Vacant</w:t>
      </w:r>
    </w:p>
    <w:p>
      <w:r>
        <w:t>☐ Partially Occupied</w:t>
      </w:r>
    </w:p>
    <w:p>
      <w:r>
        <w:t>Overall Condition:</w:t>
      </w:r>
    </w:p>
    <w:p>
      <w:r>
        <w:t>☐ Light</w:t>
      </w:r>
    </w:p>
    <w:p>
      <w:r>
        <w:t>☐ Average</w:t>
      </w:r>
    </w:p>
    <w:p>
      <w:r>
        <w:t>☐ Heavy</w:t>
      </w:r>
    </w:p>
    <w:p>
      <w:r>
        <w:t>☐ Very Heavy</w:t>
      </w:r>
    </w:p>
    <w:p>
      <w:r>
        <w:t>☐ Requires Custom Assessment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REQUESTED SERVICE</w:t>
      </w:r>
    </w:p>
    <w:p>
      <w:r>
        <w:t>Service Type:</w:t>
      </w:r>
    </w:p>
    <w:p>
      <w:r>
        <w:t>☐ Standard Cleaning</w:t>
      </w:r>
    </w:p>
    <w:p>
      <w:r>
        <w:t>☐ Deep Cleaning</w:t>
      </w:r>
    </w:p>
    <w:p>
      <w:r>
        <w:t>☐ Move-In Cleaning</w:t>
      </w:r>
    </w:p>
    <w:p>
      <w:r>
        <w:t>☐ Move-Out Cleaning</w:t>
      </w:r>
    </w:p>
    <w:p>
      <w:r>
        <w:t>☐ Recurring Cleaning</w:t>
      </w:r>
    </w:p>
    <w:p>
      <w:r>
        <w:t>☐ One-Time Cleaning</w:t>
      </w:r>
    </w:p>
    <w:p>
      <w:r>
        <w:t>☐ Custom Cleaning</w:t>
      </w:r>
    </w:p>
    <w:p>
      <w:r>
        <w:t>Requested Frequency:</w:t>
      </w:r>
    </w:p>
    <w:p>
      <w:r>
        <w:t>☐ One-Time</w:t>
      </w:r>
    </w:p>
    <w:p>
      <w:r>
        <w:t>☐ Weekly</w:t>
      </w:r>
    </w:p>
    <w:p>
      <w:r>
        <w:t>☐ Every 2 Weeks</w:t>
      </w:r>
    </w:p>
    <w:p>
      <w:r>
        <w:t>☐ Every 4 Weeks</w:t>
      </w:r>
    </w:p>
    <w:p>
      <w:r>
        <w:t>☐ Monthly</w:t>
      </w:r>
    </w:p>
    <w:p>
      <w:r>
        <w:t>☐ Other:</w:t>
      </w:r>
    </w:p>
    <w:p>
      <w:r>
        <w:t>Preferred Start Date:</w:t>
      </w:r>
    </w:p>
    <w:p>
      <w:r>
        <w:t>Preferred Service Days: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ROOM-BY-ROOM WALKTHROUGH</w:t>
      </w:r>
    </w:p>
    <w:p>
      <w:pPr>
        <w:pStyle w:val="Heading2"/>
        <w:keepNext/>
      </w:pPr>
      <w:r>
        <w:t>Kitchen</w:t>
      </w:r>
    </w:p>
    <w:p>
      <w:r>
        <w:t>Condition:</w:t>
      </w:r>
    </w:p>
    <w:p>
      <w:r>
        <w:t>☐ Light</w:t>
      </w:r>
    </w:p>
    <w:p>
      <w:r>
        <w:t>☐ Average</w:t>
      </w:r>
    </w:p>
    <w:p>
      <w:r>
        <w:t>☐ Heavy</w:t>
      </w:r>
    </w:p>
    <w:p>
      <w:r>
        <w:t>☐ Very Heavy</w:t>
      </w:r>
    </w:p>
    <w:p>
      <w:r>
        <w:t>Counters:</w:t>
      </w:r>
    </w:p>
    <w:p>
      <w:r>
        <w:t>☐ Standard</w:t>
      </w:r>
    </w:p>
    <w:p>
      <w:r>
        <w:t>☐ Natural Stone</w:t>
      </w:r>
    </w:p>
    <w:p>
      <w:r>
        <w:t>☐ Specialty Surface</w:t>
      </w:r>
    </w:p>
    <w:p>
      <w:r>
        <w:t>☐ Other:</w:t>
      </w:r>
    </w:p>
    <w:p>
      <w:r>
        <w:t>Cabinets:</w:t>
      </w:r>
    </w:p>
    <w:p>
      <w:r>
        <w:t>☐ Light Soil</w:t>
      </w:r>
    </w:p>
    <w:p>
      <w:r>
        <w:t>☐ Moderate Soil</w:t>
      </w:r>
    </w:p>
    <w:p>
      <w:r>
        <w:t>☐ Heavy Grease / Buildup</w:t>
      </w:r>
    </w:p>
    <w:p>
      <w:r>
        <w:t>Appliances Present:</w:t>
      </w:r>
    </w:p>
    <w:p>
      <w:r>
        <w:t>☐ Refrigerator</w:t>
      </w:r>
    </w:p>
    <w:p>
      <w:r>
        <w:t>☐ Oven / Range</w:t>
      </w:r>
    </w:p>
    <w:p>
      <w:r>
        <w:t>☐ Microwave</w:t>
      </w:r>
    </w:p>
    <w:p>
      <w:r>
        <w:t>☐ Dishwasher</w:t>
      </w:r>
    </w:p>
    <w:p>
      <w:r>
        <w:t>☐ Other:</w:t>
      </w:r>
    </w:p>
    <w:p>
      <w:r>
        <w:t>Requested Add-Ons:</w:t>
      </w:r>
    </w:p>
    <w:p>
      <w:r>
        <w:t>☐ Inside Refrigerator</w:t>
      </w:r>
    </w:p>
    <w:p>
      <w:r>
        <w:t>☐ Inside Oven</w:t>
      </w:r>
    </w:p>
    <w:p>
      <w:r>
        <w:t>☐ Inside Cabinets</w:t>
      </w:r>
    </w:p>
    <w:p>
      <w:r>
        <w:t>☐ Other:</w:t>
      </w:r>
    </w:p>
    <w:p>
      <w:pPr>
        <w:pStyle w:val="Heading3"/>
        <w:keepNext/>
      </w:pPr>
      <w:r>
        <w:t>Kitchen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Bathrooms</w:t>
      </w:r>
    </w:p>
    <w:p>
      <w:r>
        <w:t>Number of Bathrooms:</w:t>
      </w:r>
    </w:p>
    <w:p>
      <w:r>
        <w:t>Overall Condition:</w:t>
      </w:r>
    </w:p>
    <w:p>
      <w:r>
        <w:t>☐ Light</w:t>
      </w:r>
    </w:p>
    <w:p>
      <w:r>
        <w:t>☐ Average</w:t>
      </w:r>
    </w:p>
    <w:p>
      <w:r>
        <w:t>☐ Heavy</w:t>
      </w:r>
    </w:p>
    <w:p>
      <w:r>
        <w:t>☐ Very Heavy</w:t>
      </w:r>
    </w:p>
    <w:p>
      <w:r>
        <w:t>Shower / Tub Condition:</w:t>
      </w:r>
    </w:p>
    <w:p>
      <w:r>
        <w:t>☐ Light</w:t>
      </w:r>
    </w:p>
    <w:p>
      <w:r>
        <w:t>☐ Soap Buildup</w:t>
      </w:r>
    </w:p>
    <w:p>
      <w:r>
        <w:t>☐ Mineral Buildup</w:t>
      </w:r>
    </w:p>
    <w:p>
      <w:r>
        <w:t>☐ Heavy Buildup</w:t>
      </w:r>
    </w:p>
    <w:p>
      <w:r>
        <w:t>Glass Shower Doors:</w:t>
      </w:r>
    </w:p>
    <w:p>
      <w:r>
        <w:t>☐ No</w:t>
      </w:r>
    </w:p>
    <w:p>
      <w:r>
        <w:t>☐ Yes</w:t>
      </w:r>
    </w:p>
    <w:p>
      <w:r>
        <w:t>Specialty Surfaces:</w:t>
      </w:r>
    </w:p>
    <w:p>
      <w:r>
        <w:t>☐ Natural Stone</w:t>
      </w:r>
    </w:p>
    <w:p>
      <w:r>
        <w:t>☐ Tile</w:t>
      </w:r>
    </w:p>
    <w:p>
      <w:r>
        <w:t>☐ Glass</w:t>
      </w:r>
    </w:p>
    <w:p>
      <w:r>
        <w:t>☐ Other:</w:t>
      </w:r>
    </w:p>
    <w:p>
      <w:pPr>
        <w:pStyle w:val="Heading3"/>
        <w:keepNext/>
      </w:pPr>
      <w:r>
        <w:t>Bathroom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Bedrooms</w:t>
      </w:r>
    </w:p>
    <w:p>
      <w:r>
        <w:t>Number of Bedrooms:</w:t>
      </w:r>
    </w:p>
    <w:p>
      <w:r>
        <w:t>Condition:</w:t>
      </w:r>
    </w:p>
    <w:p>
      <w:r>
        <w:t>☐ Light</w:t>
      </w:r>
    </w:p>
    <w:p>
      <w:r>
        <w:t>☐ Average</w:t>
      </w:r>
    </w:p>
    <w:p>
      <w:r>
        <w:t>☐ Heavy</w:t>
      </w:r>
    </w:p>
    <w:p>
      <w:r>
        <w:t>Flooring:</w:t>
      </w:r>
    </w:p>
    <w:p>
      <w:r>
        <w:t>☐ Carpet</w:t>
      </w:r>
    </w:p>
    <w:p>
      <w:r>
        <w:t>☐ Hardwood</w:t>
      </w:r>
    </w:p>
    <w:p>
      <w:r>
        <w:t>☐ Tile</w:t>
      </w:r>
    </w:p>
    <w:p>
      <w:r>
        <w:t>☐ Luxury Vinyl</w:t>
      </w:r>
    </w:p>
    <w:p>
      <w:r>
        <w:t>☐ Other:</w:t>
      </w:r>
    </w:p>
    <w:p>
      <w:r>
        <w:t>Requested Tasks:</w:t>
      </w:r>
    </w:p>
    <w:p>
      <w:r>
        <w:t>☐ Make Beds</w:t>
      </w:r>
    </w:p>
    <w:p>
      <w:r>
        <w:t>☐ Change Linens</w:t>
      </w:r>
    </w:p>
    <w:p>
      <w:r>
        <w:t>☐ Under-Bed Cleaning</w:t>
      </w:r>
    </w:p>
    <w:p>
      <w:r>
        <w:t>☐ Other:</w:t>
      </w:r>
    </w:p>
    <w:p>
      <w:pPr>
        <w:pStyle w:val="Heading3"/>
        <w:keepNext/>
      </w:pPr>
      <w:r>
        <w:t>Bedroom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Living / Family Areas</w:t>
      </w:r>
    </w:p>
    <w:p>
      <w:r>
        <w:t>Condition:</w:t>
      </w:r>
    </w:p>
    <w:p>
      <w:r>
        <w:t>☐ Light</w:t>
      </w:r>
    </w:p>
    <w:p>
      <w:r>
        <w:t>☐ Average</w:t>
      </w:r>
    </w:p>
    <w:p>
      <w:r>
        <w:t>☐ Heavy</w:t>
      </w:r>
    </w:p>
    <w:p>
      <w:r>
        <w:t>Flooring:</w:t>
      </w:r>
    </w:p>
    <w:p>
      <w:r>
        <w:t>☐ Carpet</w:t>
      </w:r>
    </w:p>
    <w:p>
      <w:r>
        <w:t>☐ Hardwood</w:t>
      </w:r>
    </w:p>
    <w:p>
      <w:r>
        <w:t>☐ Tile</w:t>
      </w:r>
    </w:p>
    <w:p>
      <w:r>
        <w:t>☐ Luxury Vinyl</w:t>
      </w:r>
    </w:p>
    <w:p>
      <w:r>
        <w:t>☐ Other:</w:t>
      </w:r>
    </w:p>
    <w:p>
      <w:r>
        <w:t>Special Features:</w:t>
      </w:r>
    </w:p>
    <w:p>
      <w:r>
        <w:t>☐ Fireplace</w:t>
      </w:r>
    </w:p>
    <w:p>
      <w:r>
        <w:t>☐ Built-Ins</w:t>
      </w:r>
    </w:p>
    <w:p>
      <w:r>
        <w:t>☐ Large Glass Areas</w:t>
      </w:r>
    </w:p>
    <w:p>
      <w:r>
        <w:t>☐ Delicate Décor</w:t>
      </w:r>
    </w:p>
    <w:p>
      <w:r>
        <w:t>☐ Other:</w:t>
      </w:r>
    </w:p>
    <w:p>
      <w:pPr>
        <w:pStyle w:val="Heading3"/>
        <w:keepNext/>
      </w:pPr>
      <w:r>
        <w:t>Living Area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Dining Area</w:t>
      </w:r>
    </w:p>
    <w:p>
      <w:r>
        <w:t>Condition:</w:t>
      </w:r>
    </w:p>
    <w:p>
      <w:r>
        <w:t>☐ Light</w:t>
      </w:r>
    </w:p>
    <w:p>
      <w:r>
        <w:t>☐ Average</w:t>
      </w:r>
    </w:p>
    <w:p>
      <w:r>
        <w:t>☐ Heavy</w:t>
      </w:r>
    </w:p>
    <w:p>
      <w:r>
        <w:t>Special Surfaces / Furniture: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Entryways / Hallways</w:t>
      </w:r>
    </w:p>
    <w:p>
      <w:r>
        <w:t>Condition:</w:t>
      </w:r>
    </w:p>
    <w:p>
      <w:r>
        <w:t>☐ Light</w:t>
      </w:r>
    </w:p>
    <w:p>
      <w:r>
        <w:t>☐ Average</w:t>
      </w:r>
    </w:p>
    <w:p>
      <w:r>
        <w:t>☐ Heavy</w:t>
      </w:r>
    </w:p>
    <w:p>
      <w:r>
        <w:t>Flooring: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Stairs</w:t>
      </w:r>
    </w:p>
    <w:p>
      <w:r>
        <w:t>Present:</w:t>
      </w:r>
    </w:p>
    <w:p>
      <w:r>
        <w:t>☐ No</w:t>
      </w:r>
    </w:p>
    <w:p>
      <w:r>
        <w:t>☐ Yes</w:t>
      </w:r>
    </w:p>
    <w:p>
      <w:r>
        <w:t>Type:</w:t>
      </w:r>
    </w:p>
    <w:p>
      <w:r>
        <w:t>☐ Carpeted</w:t>
      </w:r>
    </w:p>
    <w:p>
      <w:r>
        <w:t>☐ Hardwood</w:t>
      </w:r>
    </w:p>
    <w:p>
      <w:r>
        <w:t>☐ Tile</w:t>
      </w:r>
    </w:p>
    <w:p>
      <w:r>
        <w:t>☐ Other:</w:t>
      </w:r>
    </w:p>
    <w:p>
      <w:r>
        <w:t>Condition:</w:t>
      </w:r>
    </w:p>
    <w:p>
      <w:r>
        <w:t>☐ Light</w:t>
      </w:r>
    </w:p>
    <w:p>
      <w:r>
        <w:t>☐ Average</w:t>
      </w:r>
    </w:p>
    <w:p>
      <w:r>
        <w:t>☐ Heavy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Laundry / Utility Area</w:t>
      </w:r>
    </w:p>
    <w:p>
      <w:r>
        <w:t>Present:</w:t>
      </w:r>
    </w:p>
    <w:p>
      <w:r>
        <w:t>☐ No</w:t>
      </w:r>
    </w:p>
    <w:p>
      <w:r>
        <w:t>☐ Yes</w:t>
      </w:r>
    </w:p>
    <w:p>
      <w:r>
        <w:t>Cleaning Requested:</w:t>
      </w:r>
    </w:p>
    <w:p>
      <w:r>
        <w:t>☐ Standard Surface Cleaning</w:t>
      </w:r>
    </w:p>
    <w:p>
      <w:r>
        <w:t>☐ Appliance Exterior</w:t>
      </w:r>
    </w:p>
    <w:p>
      <w:r>
        <w:t>☐ Utility Sink</w:t>
      </w:r>
    </w:p>
    <w:p>
      <w:r>
        <w:t>☐ Cabinets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WHOLE-HOME DETAIL</w:t>
      </w:r>
    </w:p>
    <w:p>
      <w:pPr>
        <w:pStyle w:val="Heading2"/>
        <w:keepNext/>
      </w:pPr>
      <w:r>
        <w:t>Baseboards</w:t>
      </w:r>
    </w:p>
    <w:p>
      <w:r>
        <w:t>☐ Light Dust</w:t>
      </w:r>
    </w:p>
    <w:p>
      <w:r>
        <w:t>☐ Moderate Buildup</w:t>
      </w:r>
    </w:p>
    <w:p>
      <w:r>
        <w:t>☐ Heavy Buildup</w:t>
      </w:r>
    </w:p>
    <w:p>
      <w:r>
        <w:t>☐ Detailed Cleaning Requested</w:t>
      </w:r>
    </w:p>
    <w:p>
      <w:pPr>
        <w:pStyle w:val="Heading2"/>
        <w:keepNext/>
      </w:pPr>
      <w:r>
        <w:t>Doors &amp; Frames</w:t>
      </w:r>
    </w:p>
    <w:p>
      <w:r>
        <w:t>☐ Light</w:t>
      </w:r>
    </w:p>
    <w:p>
      <w:r>
        <w:t>☐ Moderate</w:t>
      </w:r>
    </w:p>
    <w:p>
      <w:r>
        <w:t>☐ Heavy</w:t>
      </w:r>
    </w:p>
    <w:p>
      <w:pPr>
        <w:pStyle w:val="Heading2"/>
        <w:keepNext/>
      </w:pPr>
      <w:r>
        <w:t>Blinds</w:t>
      </w:r>
    </w:p>
    <w:p>
      <w:r>
        <w:t>Approximate Quantity:</w:t>
      </w:r>
    </w:p>
    <w:p>
      <w:r>
        <w:t>Condition:</w:t>
      </w:r>
    </w:p>
    <w:p>
      <w:r>
        <w:t>☐ Light Dust</w:t>
      </w:r>
    </w:p>
    <w:p>
      <w:r>
        <w:t>☐ Moderate</w:t>
      </w:r>
    </w:p>
    <w:p>
      <w:r>
        <w:t>☐ Heavy</w:t>
      </w:r>
    </w:p>
    <w:p>
      <w:r>
        <w:t>☐ Detailed Blind Cleaning Requested</w:t>
      </w:r>
    </w:p>
    <w:p>
      <w:pPr>
        <w:pStyle w:val="Heading2"/>
        <w:keepNext/>
      </w:pPr>
      <w:r>
        <w:t>Interior Windows</w:t>
      </w:r>
    </w:p>
    <w:p>
      <w:r>
        <w:t>Approximate Quantity:</w:t>
      </w:r>
    </w:p>
    <w:p>
      <w:r>
        <w:t>☐ Requested</w:t>
      </w:r>
    </w:p>
    <w:p>
      <w:pPr>
        <w:pStyle w:val="Heading2"/>
        <w:keepNext/>
      </w:pPr>
      <w:r>
        <w:t>Ceiling Fans</w:t>
      </w:r>
    </w:p>
    <w:p>
      <w:r>
        <w:t>Approximate Quantity:</w:t>
      </w:r>
    </w:p>
    <w:p>
      <w:r>
        <w:t>☐ Standard Dusting</w:t>
      </w:r>
    </w:p>
    <w:p>
      <w:r>
        <w:t>☐ Detailed Cleaning</w:t>
      </w:r>
    </w:p>
    <w:p>
      <w:pPr>
        <w:pStyle w:val="Heading2"/>
        <w:keepNext/>
      </w:pPr>
      <w:r>
        <w:t>Light Fixtures</w:t>
      </w:r>
    </w:p>
    <w:p>
      <w:r>
        <w:t>Approximate Quantity:</w:t>
      </w:r>
    </w:p>
    <w:p>
      <w:r>
        <w:t>☐ Standard Dusting</w:t>
      </w:r>
    </w:p>
    <w:p>
      <w:r>
        <w:t>☐ Detailed Cleaning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FLOORING SUMMARY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Area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Floor Type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Approx. Size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Condition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PETS</w:t>
      </w:r>
    </w:p>
    <w:p>
      <w:r>
        <w:t>Pets Present:</w:t>
      </w:r>
    </w:p>
    <w:p>
      <w:r>
        <w:t>☐ No</w:t>
      </w:r>
    </w:p>
    <w:p>
      <w:r>
        <w:t>☐ Yes</w:t>
      </w:r>
    </w:p>
    <w:p>
      <w:r>
        <w:t>Type / Number:</w:t>
      </w:r>
    </w:p>
    <w:p>
      <w:r>
        <w:t>Excess Pet Hair:</w:t>
      </w:r>
    </w:p>
    <w:p>
      <w:r>
        <w:t>☐ No</w:t>
      </w:r>
    </w:p>
    <w:p>
      <w:r>
        <w:t>☐ Moderate</w:t>
      </w:r>
    </w:p>
    <w:p>
      <w:r>
        <w:t>☐ Heavy</w:t>
      </w:r>
    </w:p>
    <w:p>
      <w:r>
        <w:t>Pet Odor Concern:</w:t>
      </w:r>
    </w:p>
    <w:p>
      <w:r>
        <w:t>☐ No</w:t>
      </w:r>
    </w:p>
    <w:p>
      <w:r>
        <w:t>☐ Yes</w:t>
      </w:r>
    </w:p>
    <w:p>
      <w:r>
        <w:t>Pet Instructions: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ACCESS &amp; PARKING</w:t>
      </w:r>
    </w:p>
    <w:p>
      <w:r>
        <w:t>Entry Method:</w:t>
      </w:r>
    </w:p>
    <w:p>
      <w:r>
        <w:t>☐ Customer Present</w:t>
      </w:r>
    </w:p>
    <w:p>
      <w:r>
        <w:t>☐ Key</w:t>
      </w:r>
    </w:p>
    <w:p>
      <w:r>
        <w:t>☐ Lockbox</w:t>
      </w:r>
    </w:p>
    <w:p>
      <w:r>
        <w:t>☐ Smart Lock</w:t>
      </w:r>
    </w:p>
    <w:p>
      <w:r>
        <w:t>☐ Keypad</w:t>
      </w:r>
    </w:p>
    <w:p>
      <w:r>
        <w:t>☐ Concierge</w:t>
      </w:r>
    </w:p>
    <w:p>
      <w:r>
        <w:t>☐ Other:</w:t>
      </w:r>
    </w:p>
    <w:p>
      <w:r>
        <w:t>Parking:</w:t>
      </w:r>
    </w:p>
    <w:p>
      <w:r>
        <w:t>☐ Easy / On-Site</w:t>
      </w:r>
    </w:p>
    <w:p>
      <w:r>
        <w:t>☐ Street</w:t>
      </w:r>
    </w:p>
    <w:p>
      <w:r>
        <w:t>☐ Paid</w:t>
      </w:r>
    </w:p>
    <w:p>
      <w:r>
        <w:t>☐ Garage</w:t>
      </w:r>
    </w:p>
    <w:p>
      <w:r>
        <w:t>☐ Difficult / Limited</w:t>
      </w:r>
    </w:p>
    <w:p>
      <w:r>
        <w:t>Stairs / Elevator Required for Access:</w:t>
      </w:r>
    </w:p>
    <w:p>
      <w:r>
        <w:t>☐ No</w:t>
      </w:r>
    </w:p>
    <w:p>
      <w:r>
        <w:t>☐ Yes</w:t>
      </w:r>
    </w:p>
    <w:p>
      <w:r>
        <w:t>Access Notes: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SPECIAL SURFACES / ITEMS</w:t>
      </w:r>
    </w:p>
    <w:p>
      <w:r>
        <w:t>☐ Natural Stone</w:t>
      </w:r>
    </w:p>
    <w:p>
      <w:r>
        <w:t>☐ Antique Furniture</w:t>
      </w:r>
    </w:p>
    <w:p>
      <w:r>
        <w:t>☐ Artwork</w:t>
      </w:r>
    </w:p>
    <w:p>
      <w:r>
        <w:t>☐ Specialty Flooring</w:t>
      </w:r>
    </w:p>
    <w:p>
      <w:r>
        <w:t>☐ Delicate Fixtures</w:t>
      </w:r>
    </w:p>
    <w:p>
      <w:r>
        <w:t>☐ Unsealed Surface</w:t>
      </w:r>
    </w:p>
    <w:p>
      <w:r>
        <w:t>☐ Specialty Appliances</w:t>
      </w:r>
    </w:p>
    <w:p>
      <w:r>
        <w:t>☐ Fragile Décor</w:t>
      </w:r>
    </w:p>
    <w:p>
      <w:r>
        <w:t>☐ Other:</w:t>
      </w:r>
    </w:p>
    <w:p>
      <w:pPr>
        <w:pStyle w:val="Heading3"/>
        <w:keepNext/>
      </w:pPr>
      <w:r>
        <w:t>Handling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 PRIORITIES</w:t>
      </w:r>
    </w:p>
    <w:p>
      <w:r>
        <w:t>What matters most to the customer?</w:t>
      </w:r>
    </w:p>
    <w:p>
      <w:r>
        <w:t>☐ Kitchen</w:t>
      </w:r>
    </w:p>
    <w:p>
      <w:r>
        <w:t>☐ Bathrooms</w:t>
      </w:r>
    </w:p>
    <w:p>
      <w:r>
        <w:t>☐ Floors</w:t>
      </w:r>
    </w:p>
    <w:p>
      <w:r>
        <w:t>☐ Dusting</w:t>
      </w:r>
    </w:p>
    <w:p>
      <w:r>
        <w:t>☐ Baseboards</w:t>
      </w:r>
    </w:p>
    <w:p>
      <w:r>
        <w:t>☐ Pet Hair</w:t>
      </w:r>
    </w:p>
    <w:p>
      <w:r>
        <w:t>☐ Detail Work</w:t>
      </w:r>
    </w:p>
    <w:p>
      <w:r>
        <w:t>☐ Speed / Efficiency</w:t>
      </w:r>
    </w:p>
    <w:p>
      <w:r>
        <w:t>☐ Fragrance-Free Products</w:t>
      </w:r>
    </w:p>
    <w:p>
      <w:r>
        <w:t>☐ Other:</w:t>
      </w:r>
    </w:p>
    <w:p>
      <w:pPr>
        <w:pStyle w:val="Heading3"/>
        <w:keepNext/>
      </w:pPr>
      <w:r>
        <w:t>Customer Comments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AREAS NOT INCLUDED / RESTRICTED</w:t>
      </w:r>
    </w:p>
    <w:p>
      <w:r>
        <w:t>☐ None</w:t>
      </w:r>
    </w:p>
    <w:p>
      <w:r>
        <w:t>☐ Room(s):</w:t>
      </w:r>
    </w:p>
    <w:p>
      <w:r>
        <w:t>☐ Closets</w:t>
      </w:r>
    </w:p>
    <w:p>
      <w:r>
        <w:t>☐ Garage</w:t>
      </w:r>
    </w:p>
    <w:p>
      <w:r>
        <w:t>☐ Basement</w:t>
      </w:r>
    </w:p>
    <w:p>
      <w:r>
        <w:t>☐ Office</w:t>
      </w:r>
    </w:p>
    <w:p>
      <w:r>
        <w:t>☐ Storage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ADD-ON OPPORTUNITIES</w:t>
      </w:r>
    </w:p>
    <w:p>
      <w:r>
        <w:t>☐ Inside Refrigerator</w:t>
      </w:r>
    </w:p>
    <w:p>
      <w:r>
        <w:t>☐ Inside Oven</w:t>
      </w:r>
    </w:p>
    <w:p>
      <w:r>
        <w:t>☐ Inside Cabinets</w:t>
      </w:r>
    </w:p>
    <w:p>
      <w:r>
        <w:t>☐ Interior Windows</w:t>
      </w:r>
    </w:p>
    <w:p>
      <w:r>
        <w:t>☐ Blinds</w:t>
      </w:r>
    </w:p>
    <w:p>
      <w:r>
        <w:t>☐ Detailed Baseboards</w:t>
      </w:r>
    </w:p>
    <w:p>
      <w:r>
        <w:t>☐ Laundry</w:t>
      </w:r>
    </w:p>
    <w:p>
      <w:r>
        <w:t>☐ Bed Linen Changes</w:t>
      </w:r>
    </w:p>
    <w:p>
      <w:r>
        <w:t>☐ Pet Hair Removal</w:t>
      </w:r>
    </w:p>
    <w:p>
      <w:r>
        <w:t>☐ Wall Spot Cleaning</w:t>
      </w:r>
    </w:p>
    <w:p>
      <w:r>
        <w:t>☐ Organization</w:t>
      </w:r>
    </w:p>
    <w:p>
      <w:r>
        <w:t>☐ Garage</w:t>
      </w:r>
    </w:p>
    <w:p>
      <w:r>
        <w:t>☐ Patio / Porch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ESTIMATED LABOR</w:t>
      </w:r>
    </w:p>
    <w:p>
      <w:r>
        <w:t>Recommended Crew Size:</w:t>
      </w:r>
    </w:p>
    <w:p>
      <w:r>
        <w:t>Estimated Labor Hours:</w:t>
      </w:r>
    </w:p>
    <w:p>
      <w:r>
        <w:t>Estimated Crew Hours:</w:t>
      </w:r>
    </w:p>
    <w:p>
      <w:r>
        <w:t>Complexity:</w:t>
      </w:r>
    </w:p>
    <w:p>
      <w:r>
        <w:t>☐ Low</w:t>
      </w:r>
    </w:p>
    <w:p>
      <w:r>
        <w:t>☐ Normal</w:t>
      </w:r>
    </w:p>
    <w:p>
      <w:r>
        <w:t>☐ High</w:t>
      </w:r>
    </w:p>
    <w:p>
      <w:r>
        <w:t>☐ Very High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PRICING NOTES</w:t>
      </w:r>
    </w:p>
    <w:p>
      <w:r>
        <w:t>Base Service Price: $</w:t>
      </w:r>
    </w:p>
    <w:p>
      <w:r>
        <w:t>Condition Adjustment: $</w:t>
      </w:r>
    </w:p>
    <w:p>
      <w:r>
        <w:t>Add-Ons: $</w:t>
      </w:r>
    </w:p>
    <w:p>
      <w:r>
        <w:t>Travel / Access Adjustment: $</w:t>
      </w:r>
    </w:p>
    <w:p>
      <w:r>
        <w:t>Other Adjustment: $</w:t>
      </w:r>
    </w:p>
    <w:p>
      <w:r>
        <w:t>Estimated Total: $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RECURRING PRICING OPTIONS</w:t>
      </w:r>
    </w:p>
    <w:p>
      <w:r>
        <w:t>Initial Cleaning: $</w:t>
      </w:r>
    </w:p>
    <w:p>
      <w:r>
        <w:t>Weekly: $ per visit</w:t>
      </w:r>
    </w:p>
    <w:p>
      <w:r>
        <w:t>Every 2 Weeks: $ per visit</w:t>
      </w:r>
    </w:p>
    <w:p>
      <w:r>
        <w:t>Every 4 Weeks: $ per visit</w:t>
      </w:r>
    </w:p>
    <w:p>
      <w:r>
        <w:t>Monthly: $ per visit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ESTIMATOR RECOMMENDATION</w:t>
      </w:r>
    </w:p>
    <w:p>
      <w:r>
        <w:t>Recommended Service:</w:t>
      </w:r>
    </w:p>
    <w:p>
      <w:r>
        <w:t>Recommended Frequency:</w:t>
      </w:r>
    </w:p>
    <w:p>
      <w:r>
        <w:t>Walkthrough Result:</w:t>
      </w:r>
    </w:p>
    <w:p>
      <w:r>
        <w:t>☐ Ready to Quote</w:t>
      </w:r>
    </w:p>
    <w:p>
      <w:r>
        <w:t>☐ More Information Needed</w:t>
      </w:r>
    </w:p>
    <w:p>
      <w:r>
        <w:t>☐ Custom Pricing Required</w:t>
      </w:r>
    </w:p>
    <w:p>
      <w:r>
        <w:t>☐ Decline / Outside Service Scope</w:t>
      </w:r>
    </w:p>
    <w:p>
      <w:pPr>
        <w:pStyle w:val="Heading3"/>
        <w:keepNext/>
      </w:pPr>
      <w:r>
        <w:t>Estimator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FOLLOW-UP</w:t>
      </w:r>
    </w:p>
    <w:p>
      <w:r>
        <w:t>Quote Due Date:</w:t>
      </w:r>
    </w:p>
    <w:p>
      <w:r>
        <w:t>Follow-Up Date:</w:t>
      </w:r>
    </w:p>
    <w:p>
      <w:r>
        <w:t>Assigned To:</w:t>
      </w:r>
    </w:p>
    <w:p>
      <w:r>
        <w:t>Lead Status:</w:t>
      </w:r>
    </w:p>
    <w:p>
      <w:r>
        <w:t>☐ Walkthrough Complete</w:t>
      </w:r>
    </w:p>
    <w:p>
      <w:r>
        <w:t>☐ Quote Pending</w:t>
      </w:r>
    </w:p>
    <w:p>
      <w:r>
        <w:t>☐ Quote Sent</w:t>
      </w:r>
    </w:p>
    <w:p>
      <w:r>
        <w:t>☐ Follow-Up Needed</w:t>
      </w:r>
    </w:p>
    <w:p>
      <w:r>
        <w:t>☐ Won</w:t>
      </w:r>
    </w:p>
    <w:p>
      <w:r>
        <w:t>☐ Lost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this form to match your actual estimating process.</w:t>
      </w:r>
    </w:p>
    <w:p>
      <w:r>
        <w:t>Use the walkthrough to document conditions that materially affect labor time, service scope, or pricing.</w:t>
      </w:r>
    </w:p>
    <w:p>
      <w:r>
        <w:t>Avoid collecting unnecessary sensitive information, and store property-access details securely.</w:t>
      </w:r>
    </w:p>
    <w:p>
      <w:r>
        <w:t>Template Version: 1.0</w:t>
      </w:r>
    </w:p>
    <w:p>
      <w:r>
        <w:t>Updated: September 2026</w:t>
      </w:r>
    </w:p>
    <w:p>
      <w:r>
        <w:t>Template ID: TPL-INT-002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