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Standard House Cleaning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JOB DETAILS</w:t>
      </w:r>
    </w:p>
    <w:p>
      <w:r>
        <w:t>Customer Name:</w:t>
      </w:r>
    </w:p>
    <w:p>
      <w:r>
        <w:t>Service Address:</w:t>
      </w:r>
    </w:p>
    <w:p>
      <w:r>
        <w:t>Service Date:</w:t>
      </w:r>
    </w:p>
    <w:p>
      <w:r>
        <w:t>Cleaner / Team:</w:t>
      </w:r>
    </w:p>
    <w:p>
      <w:r>
        <w:t>Service Type:</w:t>
      </w:r>
    </w:p>
    <w:p>
      <w:r>
        <w:t>☐ Standard Cleaning</w:t>
      </w:r>
    </w:p>
    <w:p>
      <w:r>
        <w:t>☐ Recurring Cleaning</w:t>
      </w:r>
    </w:p>
    <w:p>
      <w:r>
        <w:t>☐ Custom Cleaning</w:t>
      </w:r>
    </w:p>
    <w:p>
      <w:r>
        <w:t>Frequency:</w:t>
      </w:r>
    </w:p>
    <w:p>
      <w:r>
        <w:t>☐ Weekly</w:t>
      </w:r>
    </w:p>
    <w:p>
      <w:r>
        <w:t>☐ Every 2 Weeks</w:t>
      </w:r>
    </w:p>
    <w:p>
      <w:r>
        <w:t>☐ Every 4 Weeks</w:t>
      </w:r>
    </w:p>
    <w:p>
      <w:r>
        <w:t>☐ Monthly</w:t>
      </w:r>
    </w:p>
    <w:p>
      <w:r>
        <w:t>☐ One-Time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KITCHEN</w:t>
      </w:r>
    </w:p>
    <w:p>
      <w:r>
        <w:t>☐ Wipe countertops</w:t>
      </w:r>
    </w:p>
    <w:p>
      <w:r>
        <w:t>☐ Clean sink and faucet</w:t>
      </w:r>
    </w:p>
    <w:p>
      <w:r>
        <w:t>☐ Clean stovetop</w:t>
      </w:r>
    </w:p>
    <w:p>
      <w:r>
        <w:t>☐ Wipe appliance exteriors</w:t>
      </w:r>
    </w:p>
    <w:p>
      <w:r>
        <w:t>☐ Clean microwave exterior</w:t>
      </w:r>
    </w:p>
    <w:p>
      <w:r>
        <w:t>☐ Clean microwave interior</w:t>
      </w:r>
    </w:p>
    <w:p>
      <w:r>
        <w:t>☐ Wipe cabinet fronts</w:t>
      </w:r>
    </w:p>
    <w:p>
      <w:r>
        <w:t>☐ Clean backsplash</w:t>
      </w:r>
    </w:p>
    <w:p>
      <w:r>
        <w:t>☐ Wipe table and chairs</w:t>
      </w:r>
    </w:p>
    <w:p>
      <w:r>
        <w:t>☐ Empty trash</w:t>
      </w:r>
    </w:p>
    <w:p>
      <w:r>
        <w:t>☐ Replace trash liner</w:t>
      </w:r>
    </w:p>
    <w:p>
      <w:r>
        <w:t>☐ Vacuum / sweep floor</w:t>
      </w:r>
    </w:p>
    <w:p>
      <w:r>
        <w:t>☐ Mop floor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BATHROOMS</w:t>
      </w:r>
    </w:p>
    <w:p>
      <w:r>
        <w:t>☐ Clean and disinfect toilet</w:t>
      </w:r>
    </w:p>
    <w:p>
      <w:r>
        <w:t>☐ Clean sink and faucet</w:t>
      </w:r>
    </w:p>
    <w:p>
      <w:r>
        <w:t>☐ Clean countertop</w:t>
      </w:r>
    </w:p>
    <w:p>
      <w:r>
        <w:t>☐ Clean mirror</w:t>
      </w:r>
    </w:p>
    <w:p>
      <w:r>
        <w:t>☐ Clean shower</w:t>
      </w:r>
    </w:p>
    <w:p>
      <w:r>
        <w:t>☐ Clean bathtub</w:t>
      </w:r>
    </w:p>
    <w:p>
      <w:r>
        <w:t>☐ Clean shower doors</w:t>
      </w:r>
    </w:p>
    <w:p>
      <w:r>
        <w:t>☐ Wipe cabinet fronts</w:t>
      </w:r>
    </w:p>
    <w:p>
      <w:r>
        <w:t>☐ Wipe fixtures</w:t>
      </w:r>
    </w:p>
    <w:p>
      <w:r>
        <w:t>☐ Empty trash</w:t>
      </w:r>
    </w:p>
    <w:p>
      <w:r>
        <w:t>☐ Replace trash liner</w:t>
      </w:r>
    </w:p>
    <w:p>
      <w:r>
        <w:t>☐ Vacuum / sweep floor</w:t>
      </w:r>
    </w:p>
    <w:p>
      <w:r>
        <w:t>☐ Mop and disinfect floor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BEDROOMS</w:t>
      </w:r>
    </w:p>
    <w:p>
      <w:r>
        <w:t>☐ Dust accessible surfaces</w:t>
      </w:r>
    </w:p>
    <w:p>
      <w:r>
        <w:t>☐ Dust furniture</w:t>
      </w:r>
    </w:p>
    <w:p>
      <w:r>
        <w:t>☐ Dust nightstands</w:t>
      </w:r>
    </w:p>
    <w:p>
      <w:r>
        <w:t>☐ Clean mirrors</w:t>
      </w:r>
    </w:p>
    <w:p>
      <w:r>
        <w:t>☐ Make bed</w:t>
      </w:r>
    </w:p>
    <w:p>
      <w:r>
        <w:t>☐ Change bed linens if requested</w:t>
      </w:r>
    </w:p>
    <w:p>
      <w:r>
        <w:t>☐ Empty trash</w:t>
      </w:r>
    </w:p>
    <w:p>
      <w:r>
        <w:t>☐ Vacuum carpet</w:t>
      </w:r>
    </w:p>
    <w:p>
      <w:r>
        <w:t>☐ Vacuum rugs</w:t>
      </w:r>
    </w:p>
    <w:p>
      <w:r>
        <w:t>☐ Mop hard floors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LIVING ROOM / FAMILY ROOM</w:t>
      </w:r>
    </w:p>
    <w:p>
      <w:r>
        <w:t>☐ Dust accessible surfaces</w:t>
      </w:r>
    </w:p>
    <w:p>
      <w:r>
        <w:t>☐ Dust furniture</w:t>
      </w:r>
    </w:p>
    <w:p>
      <w:r>
        <w:t>☐ Wipe tables</w:t>
      </w:r>
    </w:p>
    <w:p>
      <w:r>
        <w:t>☐ Clean mirrors</w:t>
      </w:r>
    </w:p>
    <w:p>
      <w:r>
        <w:t>☐ Dust electronics carefully</w:t>
      </w:r>
    </w:p>
    <w:p>
      <w:r>
        <w:t>☐ Straighten cushions</w:t>
      </w:r>
    </w:p>
    <w:p>
      <w:r>
        <w:t>☐ Empty trash</w:t>
      </w:r>
    </w:p>
    <w:p>
      <w:r>
        <w:t>☐ Vacuum carpet</w:t>
      </w:r>
    </w:p>
    <w:p>
      <w:r>
        <w:t>☐ Vacuum rugs</w:t>
      </w:r>
    </w:p>
    <w:p>
      <w:r>
        <w:t>☐ Mop hard floors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DINING AREA</w:t>
      </w:r>
    </w:p>
    <w:p>
      <w:r>
        <w:t>☐ Dust furniture</w:t>
      </w:r>
    </w:p>
    <w:p>
      <w:r>
        <w:t>☐ Wipe dining table</w:t>
      </w:r>
    </w:p>
    <w:p>
      <w:r>
        <w:t>☐ Wipe chairs</w:t>
      </w:r>
    </w:p>
    <w:p>
      <w:r>
        <w:t>☐ Dust décor</w:t>
      </w:r>
    </w:p>
    <w:p>
      <w:r>
        <w:t>☐ Clean mirrors</w:t>
      </w:r>
    </w:p>
    <w:p>
      <w:r>
        <w:t>☐ Vacuum / sweep floor</w:t>
      </w:r>
    </w:p>
    <w:p>
      <w:r>
        <w:t>☐ Mop hard floors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ENTRYWAYS &amp; HALLWAYS</w:t>
      </w:r>
    </w:p>
    <w:p>
      <w:r>
        <w:t>☐ Dust accessible surfaces</w:t>
      </w:r>
    </w:p>
    <w:p>
      <w:r>
        <w:t>☐ Clean mirrors</w:t>
      </w:r>
    </w:p>
    <w:p>
      <w:r>
        <w:t>☐ Wipe door handles</w:t>
      </w:r>
    </w:p>
    <w:p>
      <w:r>
        <w:t>☐ Spot-clean doors</w:t>
      </w:r>
    </w:p>
    <w:p>
      <w:r>
        <w:t>☐ Vacuum carpet</w:t>
      </w:r>
    </w:p>
    <w:p>
      <w:r>
        <w:t>☐ Vacuum rugs</w:t>
      </w:r>
    </w:p>
    <w:p>
      <w:r>
        <w:t>☐ Sweep floor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THROUGHOUT THE HOME</w:t>
      </w:r>
    </w:p>
    <w:p>
      <w:r>
        <w:t>☐ Dust accessible surfaces</w:t>
      </w:r>
    </w:p>
    <w:p>
      <w:r>
        <w:t>☐ Remove cobwebs</w:t>
      </w:r>
    </w:p>
    <w:p>
      <w:r>
        <w:t>☐ Dust window sills</w:t>
      </w:r>
    </w:p>
    <w:p>
      <w:r>
        <w:t>☐ Dust picture frames</w:t>
      </w:r>
    </w:p>
    <w:p>
      <w:r>
        <w:t>☐ Dust lamps</w:t>
      </w:r>
    </w:p>
    <w:p>
      <w:r>
        <w:t>☐ Dust ceiling fans where reachable</w:t>
      </w:r>
    </w:p>
    <w:p>
      <w:r>
        <w:t>☐ Dust light fixtures where reachable</w:t>
      </w:r>
    </w:p>
    <w:p>
      <w:r>
        <w:t>☐ Wipe light switches</w:t>
      </w:r>
    </w:p>
    <w:p>
      <w:r>
        <w:t>☐ Wipe door handles</w:t>
      </w:r>
    </w:p>
    <w:p>
      <w:r>
        <w:t>☐ Spot-clean doors</w:t>
      </w:r>
    </w:p>
    <w:p>
      <w:r>
        <w:t>☐ Empty trash cans</w:t>
      </w:r>
    </w:p>
    <w:p>
      <w:r>
        <w:t>☐ Replace trash liners</w:t>
      </w:r>
    </w:p>
    <w:p>
      <w:r>
        <w:t>☐ Vacuum carpet</w:t>
      </w:r>
    </w:p>
    <w:p>
      <w:r>
        <w:t>☐ Vacuum rugs</w:t>
      </w:r>
    </w:p>
    <w:p>
      <w:r>
        <w:t>☐ Sweep floors</w:t>
      </w:r>
    </w:p>
    <w:p>
      <w:r>
        <w:t>☐ Mop hard floors</w:t>
      </w:r>
    </w:p>
    <w:p>
      <w:r>
        <w:t>☐ Vacuum stairs</w:t>
      </w:r>
    </w:p>
    <w:p>
      <w:r>
        <w:t>☐ Straighten common areas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OPTIONAL TASKS</w:t>
      </w:r>
    </w:p>
    <w:p>
      <w:r>
        <w:t>Complete only when included in the service.</w:t>
      </w:r>
    </w:p>
    <w:p>
      <w:r>
        <w:t>☐ Clean inside refrigerator</w:t>
      </w:r>
    </w:p>
    <w:p>
      <w:r>
        <w:t>☐ Clean inside oven</w:t>
      </w:r>
    </w:p>
    <w:p>
      <w:r>
        <w:t>☐ Clean inside cabinets</w:t>
      </w:r>
    </w:p>
    <w:p>
      <w:r>
        <w:t>☐ Clean interior windows</w:t>
      </w:r>
    </w:p>
    <w:p>
      <w:r>
        <w:t>☐ Clean blinds</w:t>
      </w:r>
    </w:p>
    <w:p>
      <w:r>
        <w:t>☐ Detail baseboards</w:t>
      </w:r>
    </w:p>
    <w:p>
      <w:r>
        <w:t>☐ Change bed linens</w:t>
      </w:r>
    </w:p>
    <w:p>
      <w:r>
        <w:t>☐ Laundry</w:t>
      </w:r>
    </w:p>
    <w:p>
      <w:r>
        <w:t>☐ Dishes</w:t>
      </w:r>
    </w:p>
    <w:p>
      <w:r>
        <w:t>☐ Pet hair removal</w:t>
      </w:r>
    </w:p>
    <w:p>
      <w:r>
        <w:t>☐ Wall spot cleaning</w:t>
      </w:r>
    </w:p>
    <w:p>
      <w:r>
        <w:t>☐ Organization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CUSTOMER-SPECIFIC INSTRUCTIONS</w:t>
      </w:r>
    </w:p>
    <w:p>
      <w:r>
        <w:t>Entry Instructions:</w:t>
      </w:r>
    </w:p>
    <w:p>
      <w:pPr>
        <w:spacing w:after="80"/>
        <w:pBdr>
          <w:bottom w:val="single" w:sz="8" w:color="0B7285"/>
        </w:pBdr>
      </w:pPr>
    </w:p>
    <w:p>
      <w:r>
        <w:t>Pet Instructions:</w:t>
      </w:r>
    </w:p>
    <w:p>
      <w:pPr>
        <w:spacing w:after="80"/>
        <w:pBdr>
          <w:bottom w:val="single" w:sz="8" w:color="0B7285"/>
        </w:pBdr>
      </w:pPr>
    </w:p>
    <w:p>
      <w:r>
        <w:t>Priority Areas:</w:t>
      </w:r>
    </w:p>
    <w:p>
      <w:pPr>
        <w:spacing w:after="80"/>
        <w:pBdr>
          <w:bottom w:val="single" w:sz="8" w:color="0B7285"/>
        </w:pBdr>
      </w:pPr>
    </w:p>
    <w:p>
      <w:r>
        <w:t>Do Not Clean / Restricted Areas:</w:t>
      </w:r>
    </w:p>
    <w:p>
      <w:pPr>
        <w:spacing w:after="80"/>
        <w:pBdr>
          <w:bottom w:val="single" w:sz="8" w:color="0B7285"/>
        </w:pBdr>
      </w:pPr>
    </w:p>
    <w:p>
      <w:r>
        <w:t>Other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BEFORE LEAVING</w:t>
      </w:r>
    </w:p>
    <w:p>
      <w:r>
        <w:t>☐ Check all assigned rooms</w:t>
      </w:r>
    </w:p>
    <w:p>
      <w:r>
        <w:t>☐ Confirm all trash was removed</w:t>
      </w:r>
    </w:p>
    <w:p>
      <w:r>
        <w:t>☐ Confirm floors are complete</w:t>
      </w:r>
    </w:p>
    <w:p>
      <w:r>
        <w:t>☐ Return moved items to appropriate location</w:t>
      </w:r>
    </w:p>
    <w:p>
      <w:r>
        <w:t>☐ Return cleaning supplies and equipment</w:t>
      </w:r>
    </w:p>
    <w:p>
      <w:r>
        <w:t>☐ Check for damage or maintenance concerns</w:t>
      </w:r>
    </w:p>
    <w:p>
      <w:r>
        <w:t>☐ Confirm doors and windows are secure</w:t>
      </w:r>
    </w:p>
    <w:p>
      <w:r>
        <w:t>☐ Set alarm if required</w:t>
      </w:r>
    </w:p>
    <w:p>
      <w:r>
        <w:t>☐ Lock property according to instructions</w:t>
      </w:r>
    </w:p>
    <w:p>
      <w:r>
        <w:t>☐ Report any customer or property issues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QUALITY CHECK</w:t>
      </w:r>
    </w:p>
    <w:p>
      <w:r>
        <w:t>Kitchen Completed: ☐ Yes ☐ Needs Attention</w:t>
      </w:r>
    </w:p>
    <w:p>
      <w:r>
        <w:t>Bathrooms Completed: ☐ Yes ☐ Needs Attention</w:t>
      </w:r>
    </w:p>
    <w:p>
      <w:r>
        <w:t>Bedrooms Completed: ☐ Yes ☐ Needs Attention</w:t>
      </w:r>
    </w:p>
    <w:p>
      <w:r>
        <w:t>Living Areas Completed: ☐ Yes ☐ Needs Attention</w:t>
      </w:r>
    </w:p>
    <w:p>
      <w:r>
        <w:t>Floors Completed: ☐ Yes ☐ Needs Attention</w:t>
      </w:r>
    </w:p>
    <w:p>
      <w:r>
        <w:t>Final Walkthrough Completed: ☐ Yes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ISSUES / DAMAGE / FOLLOW-UP NEEDED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☐ No issues to report</w:t>
      </w:r>
    </w:p>
    <w:p>
      <w:r>
        <w:t>☐ Follow-up required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CLEANER COMPLETION</w:t>
      </w:r>
    </w:p>
    <w:p>
      <w:r>
        <w:t>Cleaner / Team Lead:</w:t>
      </w:r>
    </w:p>
    <w:p>
      <w:r>
        <w:t>Completion Time:</w:t>
      </w:r>
    </w:p>
    <w:p>
      <w:r>
        <w:t>Signature /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SUPERVISOR / QUALITY REVIEW</w:t>
      </w:r>
    </w:p>
    <w:p>
      <w:r>
        <w:t>Reviewed By:</w:t>
      </w:r>
    </w:p>
    <w:p>
      <w:r>
        <w:t>Date:</w:t>
      </w:r>
    </w:p>
    <w:p>
      <w:r>
        <w:t>Result:</w:t>
      </w:r>
    </w:p>
    <w:p>
      <w:r>
        <w:t>☐ Passed</w:t>
      </w:r>
    </w:p>
    <w:p>
      <w:r>
        <w:t>☐ Passed With Notes</w:t>
      </w:r>
    </w:p>
    <w:p>
      <w:r>
        <w:t>☐ Reclean Required</w:t>
      </w:r>
    </w:p>
    <w:p>
      <w:pPr>
        <w:pStyle w:val="Heading3"/>
        <w:keepNext/>
      </w:pPr>
      <w:r>
        <w:t>Review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Every cleaning company should customize this checklist to match its actual standard-cleaning service.</w:t>
      </w:r>
    </w:p>
    <w:p>
      <w:r>
        <w:t>Do not include tasks that your company does not normally perform or cannot safely perform.</w:t>
      </w:r>
    </w:p>
    <w:p>
      <w:r>
        <w:t>Consider separate checklists for deep cleaning, move-out cleaning, vacation-rental turnovers, and other services with substantially different scopes.</w:t>
      </w:r>
    </w:p>
    <w:p>
      <w:r>
        <w:t>Template Version: 1.0</w:t>
      </w:r>
    </w:p>
    <w:p>
      <w:r>
        <w:t>Updated: September 2026</w:t>
      </w:r>
    </w:p>
    <w:p>
      <w:r>
        <w:t>Template ID: TPL-CHK-001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